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FB1BA" w14:textId="77777777" w:rsidR="007D5977" w:rsidRPr="00BA0D30" w:rsidRDefault="00933386" w:rsidP="00B54E56">
      <w:pPr>
        <w:spacing w:after="0"/>
        <w:jc w:val="center"/>
        <w:rPr>
          <w:lang w:val="es-ES"/>
        </w:rPr>
      </w:pPr>
      <w:r w:rsidRPr="00BA0D30">
        <w:rPr>
          <w:b/>
          <w:lang w:val="es-ES"/>
        </w:rPr>
        <w:t>PRIMĂRIA MUNICIPIULUI ONEȘTI</w:t>
      </w:r>
    </w:p>
    <w:p w14:paraId="218219E5" w14:textId="77777777" w:rsidR="007D5977" w:rsidRPr="00BA0D30" w:rsidRDefault="00933386" w:rsidP="00B54E56">
      <w:pPr>
        <w:spacing w:after="240"/>
        <w:jc w:val="center"/>
        <w:rPr>
          <w:lang w:val="es-ES"/>
        </w:rPr>
      </w:pPr>
      <w:r w:rsidRPr="00BA0D30">
        <w:rPr>
          <w:b/>
          <w:sz w:val="22"/>
          <w:lang w:val="es-ES"/>
        </w:rPr>
        <w:t>Oraș European al Sportului 2026</w:t>
      </w:r>
    </w:p>
    <w:p w14:paraId="17281A32" w14:textId="77777777" w:rsidR="007D5977" w:rsidRPr="00BA0D30" w:rsidRDefault="00933386" w:rsidP="00B54E56">
      <w:pPr>
        <w:spacing w:after="0"/>
        <w:jc w:val="center"/>
        <w:rPr>
          <w:lang w:val="es-ES"/>
        </w:rPr>
      </w:pPr>
      <w:r w:rsidRPr="00BA0D30">
        <w:rPr>
          <w:b/>
          <w:sz w:val="26"/>
          <w:lang w:val="es-ES"/>
        </w:rPr>
        <w:t>CAMPIONATUL MUNICIPIULUI ONEȘTI LA MINIFOTBAL</w:t>
      </w:r>
    </w:p>
    <w:p w14:paraId="7881A5E2" w14:textId="77777777" w:rsidR="007D5977" w:rsidRPr="00BA0D30" w:rsidRDefault="00933386" w:rsidP="00B54E56">
      <w:pPr>
        <w:spacing w:after="0"/>
        <w:jc w:val="center"/>
        <w:rPr>
          <w:lang w:val="es-ES"/>
        </w:rPr>
      </w:pPr>
      <w:r w:rsidRPr="00BA0D30">
        <w:rPr>
          <w:b/>
          <w:lang w:val="es-ES"/>
        </w:rPr>
        <w:t>— EDIȚIA 2026 —</w:t>
      </w:r>
    </w:p>
    <w:p w14:paraId="20C5D85F" w14:textId="6035BEAF" w:rsidR="007D5977" w:rsidRPr="00BA0D30" w:rsidRDefault="007D5977" w:rsidP="00B54E56">
      <w:pPr>
        <w:spacing w:after="360"/>
        <w:jc w:val="center"/>
        <w:rPr>
          <w:lang w:val="es-ES"/>
        </w:rPr>
      </w:pPr>
    </w:p>
    <w:p w14:paraId="610A855C" w14:textId="1D0C7EFE" w:rsidR="007D5977" w:rsidRPr="00BA0D30" w:rsidRDefault="00933386" w:rsidP="00B54E56">
      <w:pPr>
        <w:spacing w:after="240"/>
        <w:jc w:val="center"/>
        <w:rPr>
          <w:lang w:val="es-ES"/>
        </w:rPr>
      </w:pPr>
      <w:r w:rsidRPr="00BA0D30">
        <w:rPr>
          <w:b/>
          <w:sz w:val="28"/>
          <w:lang w:val="es-ES"/>
        </w:rPr>
        <w:t>R E G U L A M E N T</w:t>
      </w:r>
      <w:r w:rsidR="003D50A5">
        <w:rPr>
          <w:b/>
          <w:sz w:val="28"/>
          <w:lang w:val="es-ES"/>
        </w:rPr>
        <w:t xml:space="preserve"> (reviz. 2)</w:t>
      </w:r>
    </w:p>
    <w:p w14:paraId="6BAAF3E2" w14:textId="44656141" w:rsidR="007D5977" w:rsidRPr="00BA0D30" w:rsidRDefault="00933386" w:rsidP="00B54E56">
      <w:pPr>
        <w:jc w:val="both"/>
        <w:rPr>
          <w:lang w:val="es-ES"/>
        </w:rPr>
      </w:pPr>
      <w:r w:rsidRPr="00BA0D30">
        <w:rPr>
          <w:b/>
          <w:lang w:val="es-ES"/>
        </w:rPr>
        <w:t xml:space="preserve">Temei legal: </w:t>
      </w:r>
      <w:r w:rsidRPr="00BA0D30">
        <w:rPr>
          <w:lang w:val="es-ES"/>
        </w:rPr>
        <w:t xml:space="preserve">Legea educației fizice și sportului nr. 69/2000, cu modificările și completările ulterioare; Regulamentul (UE) 2016/679 privind protecția persoanelor fizice în ceea ce privește prelucrarea datelor cu caracter personal (GDPR) și Legea nr. 190/2018; Legea nr. 4/2008 privind prevenirea și combaterea violenței cu ocazia competițiilor și a jocurilor sportive, republicată; Legea nr. 61/1991 privind sancționarea faptelor de încălcare a unor norme de conviețuire socială, a ordinii și liniștii publice, republicată; H.C.L. Onești nr. </w:t>
      </w:r>
      <w:r w:rsidR="00B54E56" w:rsidRPr="00BA0D30">
        <w:rPr>
          <w:lang w:val="es-ES"/>
        </w:rPr>
        <w:t>147/30.07.2026.</w:t>
      </w:r>
    </w:p>
    <w:p w14:paraId="185B20A9" w14:textId="77777777" w:rsidR="007D5977" w:rsidRPr="00BA0D30" w:rsidRDefault="00933386" w:rsidP="00B54E56">
      <w:pPr>
        <w:spacing w:before="160" w:after="80"/>
        <w:rPr>
          <w:lang w:val="es-ES"/>
        </w:rPr>
      </w:pPr>
      <w:r w:rsidRPr="00BA0D30">
        <w:rPr>
          <w:b/>
          <w:lang w:val="es-ES"/>
        </w:rPr>
        <w:t>I. DISPOZIȚII GENERALE</w:t>
      </w:r>
    </w:p>
    <w:p w14:paraId="7B00BB19" w14:textId="77777777" w:rsidR="007D5977" w:rsidRPr="00BA0D30" w:rsidRDefault="00933386" w:rsidP="00B54E56">
      <w:pPr>
        <w:spacing w:after="80"/>
        <w:jc w:val="both"/>
        <w:rPr>
          <w:lang w:val="es-ES"/>
        </w:rPr>
      </w:pPr>
      <w:r w:rsidRPr="00BA0D30">
        <w:rPr>
          <w:b/>
          <w:lang w:val="es-ES"/>
        </w:rPr>
        <w:t xml:space="preserve">Art. 1 – </w:t>
      </w:r>
      <w:r w:rsidRPr="00BA0D30">
        <w:rPr>
          <w:lang w:val="es-ES"/>
        </w:rPr>
        <w:t>Campionatul municipal de minifotbal este o competiție de masă cu caracter voluntar, organizată de Primăria Municipiului Onești, menită să promoveze și să sprijine educația fizică și sportul în vederea menținerii sănătății, recreării și socializării cetățenilor.</w:t>
      </w:r>
    </w:p>
    <w:p w14:paraId="6616A7C3" w14:textId="3E542A1F" w:rsidR="007D5977" w:rsidRPr="00BA0D30" w:rsidRDefault="00933386" w:rsidP="00B54E56">
      <w:pPr>
        <w:spacing w:after="80"/>
        <w:jc w:val="both"/>
        <w:rPr>
          <w:lang w:val="es-ES"/>
        </w:rPr>
      </w:pPr>
      <w:r w:rsidRPr="00BA0D30">
        <w:rPr>
          <w:b/>
          <w:lang w:val="es-ES"/>
        </w:rPr>
        <w:t xml:space="preserve">Art. 2 – </w:t>
      </w:r>
      <w:r w:rsidRPr="00BA0D30">
        <w:rPr>
          <w:lang w:val="es-ES"/>
        </w:rPr>
        <w:t xml:space="preserve">Participarea echipelor este liberă și voluntară și se realizează independent, pe baza cererii de înscriere însoțite de documentele prevăzute la art. </w:t>
      </w:r>
      <w:r w:rsidR="00B54E56" w:rsidRPr="00BA0D30">
        <w:rPr>
          <w:lang w:val="es-ES"/>
        </w:rPr>
        <w:t>9</w:t>
      </w:r>
      <w:r w:rsidRPr="00BA0D30">
        <w:rPr>
          <w:lang w:val="es-ES"/>
        </w:rPr>
        <w:t>.</w:t>
      </w:r>
    </w:p>
    <w:p w14:paraId="0E2EE372" w14:textId="77777777" w:rsidR="007D5977" w:rsidRPr="00BA0D30" w:rsidRDefault="00933386" w:rsidP="00B54E56">
      <w:pPr>
        <w:spacing w:after="80"/>
        <w:jc w:val="both"/>
        <w:rPr>
          <w:lang w:val="es-ES"/>
        </w:rPr>
      </w:pPr>
      <w:r w:rsidRPr="00BA0D30">
        <w:rPr>
          <w:b/>
          <w:lang w:val="es-ES"/>
        </w:rPr>
        <w:t xml:space="preserve">Art. 3 – </w:t>
      </w:r>
      <w:r w:rsidRPr="00BA0D30">
        <w:rPr>
          <w:lang w:val="es-ES"/>
        </w:rPr>
        <w:t>Competiția se desfășoară pe Stadionul CAROM din municipiul Onești, conform programului stabilit de organizatori și adus la cunoștința echipelor cu cel puțin 2 zile înainte de fiecare etapă.</w:t>
      </w:r>
    </w:p>
    <w:p w14:paraId="37D84CB4" w14:textId="06A13380" w:rsidR="007D5977" w:rsidRPr="00BA0D30" w:rsidRDefault="00933386" w:rsidP="00B54E56">
      <w:pPr>
        <w:spacing w:after="80"/>
        <w:jc w:val="both"/>
        <w:rPr>
          <w:lang w:val="es-ES"/>
        </w:rPr>
      </w:pPr>
      <w:r w:rsidRPr="00BA0D30">
        <w:rPr>
          <w:b/>
          <w:lang w:val="es-ES"/>
        </w:rPr>
        <w:t xml:space="preserve">Art. 4 – </w:t>
      </w:r>
      <w:r w:rsidRPr="00BA0D30">
        <w:rPr>
          <w:lang w:val="es-ES"/>
        </w:rPr>
        <w:t xml:space="preserve">Fiecare echipă va purta o denumire decentă și va avea obligatoriu doua echipamente de joc numerotate, </w:t>
      </w:r>
      <w:r w:rsidR="002E14B7" w:rsidRPr="00BA0D30">
        <w:rPr>
          <w:lang w:val="es-ES"/>
        </w:rPr>
        <w:t>î</w:t>
      </w:r>
      <w:r w:rsidRPr="00BA0D30">
        <w:rPr>
          <w:lang w:val="es-ES"/>
        </w:rPr>
        <w:t xml:space="preserve">n culori diferite, iar jucătorii sunt obligați să-și mențină numărul pe întreg parcursul competiției. </w:t>
      </w:r>
    </w:p>
    <w:p w14:paraId="00036964" w14:textId="1131207A" w:rsidR="007D5977" w:rsidRPr="00BA0D30" w:rsidRDefault="00933386" w:rsidP="00B54E56">
      <w:pPr>
        <w:spacing w:after="80"/>
        <w:jc w:val="both"/>
        <w:rPr>
          <w:lang w:val="es-ES"/>
        </w:rPr>
      </w:pPr>
      <w:r w:rsidRPr="00BA0D30">
        <w:rPr>
          <w:b/>
          <w:lang w:val="es-ES"/>
        </w:rPr>
        <w:t>Art. 5 –</w:t>
      </w:r>
      <w:r w:rsidR="00B54E56" w:rsidRPr="00BA0D30">
        <w:rPr>
          <w:b/>
          <w:lang w:val="es-ES"/>
        </w:rPr>
        <w:t xml:space="preserve"> (1)</w:t>
      </w:r>
      <w:r w:rsidRPr="00BA0D30">
        <w:rPr>
          <w:b/>
          <w:lang w:val="es-ES"/>
        </w:rPr>
        <w:t xml:space="preserve"> </w:t>
      </w:r>
      <w:r w:rsidRPr="00BA0D30">
        <w:rPr>
          <w:lang w:val="es-ES"/>
        </w:rPr>
        <w:t>Lotul fiecărei echipe va fi alcătuit din minim 6 și maxim 12 jucători (se va juca în sistem 6 contra 6).</w:t>
      </w:r>
    </w:p>
    <w:p w14:paraId="24B7A218" w14:textId="76395E5A" w:rsidR="00B54E56" w:rsidRPr="00BA0D30" w:rsidRDefault="00B54E56" w:rsidP="00B54E56">
      <w:pPr>
        <w:spacing w:after="80"/>
        <w:jc w:val="both"/>
        <w:rPr>
          <w:lang w:val="es-ES"/>
        </w:rPr>
      </w:pPr>
      <w:r w:rsidRPr="00BA0D30">
        <w:rPr>
          <w:b/>
          <w:lang w:val="es-ES"/>
        </w:rPr>
        <w:t>(2)</w:t>
      </w:r>
      <w:r w:rsidR="0012133D">
        <w:rPr>
          <w:lang w:val="es-ES"/>
        </w:rPr>
        <w:t xml:space="preserve"> – Jucatorii legitimati nu</w:t>
      </w:r>
      <w:r w:rsidRPr="00BA0D30">
        <w:rPr>
          <w:lang w:val="es-ES"/>
        </w:rPr>
        <w:t xml:space="preserve"> au drept de joc. Echipa care va utiliza jucator/jucatori legitimati va fi eliminata din competitie.</w:t>
      </w:r>
    </w:p>
    <w:p w14:paraId="7A5BD8CC" w14:textId="2F8131B1" w:rsidR="00B54E56" w:rsidRPr="00BA0D30" w:rsidRDefault="00B54E56" w:rsidP="00B54E56">
      <w:pPr>
        <w:spacing w:after="80"/>
        <w:jc w:val="both"/>
        <w:rPr>
          <w:lang w:val="es-ES"/>
        </w:rPr>
      </w:pPr>
      <w:r w:rsidRPr="00BA0D30">
        <w:rPr>
          <w:b/>
          <w:lang w:val="es-ES"/>
        </w:rPr>
        <w:t>(3)</w:t>
      </w:r>
      <w:r w:rsidR="0012133D">
        <w:rPr>
          <w:lang w:val="es-ES"/>
        </w:rPr>
        <w:t xml:space="preserve"> – Lotul nu</w:t>
      </w:r>
      <w:bookmarkStart w:id="0" w:name="_GoBack"/>
      <w:bookmarkEnd w:id="0"/>
      <w:r w:rsidRPr="00BA0D30">
        <w:rPr>
          <w:lang w:val="es-ES"/>
        </w:rPr>
        <w:t xml:space="preserve"> mai poate suferi modificari dupa data tragerii la sorti.</w:t>
      </w:r>
    </w:p>
    <w:p w14:paraId="1DEEC632" w14:textId="71417BEE" w:rsidR="007D5977" w:rsidRPr="00BA0D30" w:rsidRDefault="00933386" w:rsidP="00B54E56">
      <w:pPr>
        <w:spacing w:after="80"/>
        <w:jc w:val="both"/>
        <w:rPr>
          <w:lang w:val="es-ES"/>
        </w:rPr>
      </w:pPr>
      <w:r w:rsidRPr="00BA0D30">
        <w:rPr>
          <w:b/>
          <w:lang w:val="es-ES"/>
        </w:rPr>
        <w:t xml:space="preserve">Art. 6 – </w:t>
      </w:r>
      <w:r w:rsidRPr="00BA0D30">
        <w:rPr>
          <w:lang w:val="es-ES"/>
        </w:rPr>
        <w:t>Fiecare echipă este obligată să aibă un delegat, care va ține legătura cu organizatorii și va reprezenta echipa în raporturile cu comisia de organizare.</w:t>
      </w:r>
    </w:p>
    <w:p w14:paraId="6C362DBA" w14:textId="77777777" w:rsidR="007D5977" w:rsidRPr="00BA0D30" w:rsidRDefault="00933386" w:rsidP="00B54E56">
      <w:pPr>
        <w:spacing w:after="80"/>
        <w:jc w:val="both"/>
      </w:pPr>
      <w:r w:rsidRPr="00BA0D30">
        <w:rPr>
          <w:b/>
        </w:rPr>
        <w:t xml:space="preserve">Art. 7 – </w:t>
      </w:r>
      <w:r w:rsidRPr="00BA0D30">
        <w:t>La competiție pot participa numai persoane care au împlinit 18 ani, cel mai târziu în ziua meciului.</w:t>
      </w:r>
    </w:p>
    <w:p w14:paraId="75851DC2" w14:textId="77777777" w:rsidR="007D5977" w:rsidRPr="00BA0D30" w:rsidRDefault="00933386" w:rsidP="00B54E56">
      <w:pPr>
        <w:spacing w:after="80"/>
        <w:jc w:val="both"/>
        <w:rPr>
          <w:lang w:val="es-ES"/>
        </w:rPr>
      </w:pPr>
      <w:r w:rsidRPr="00BA0D30">
        <w:rPr>
          <w:b/>
          <w:lang w:val="es-ES"/>
        </w:rPr>
        <w:t xml:space="preserve">Art. 8 – </w:t>
      </w:r>
      <w:r w:rsidRPr="00BA0D30">
        <w:rPr>
          <w:lang w:val="es-ES"/>
        </w:rPr>
        <w:t xml:space="preserve">Este interzis ca echipele să poarte denumiri de formațiuni politice sau tricouri cu însemne politice ori cu caracter electoral. Este de asemenea interzisă purtarea de însemne, simboluri sau mesaje cu caracter rasist, xenofob, discriminatoriu, ofensator ori care incită la ură sau violență, </w:t>
      </w:r>
      <w:r w:rsidRPr="00BA0D30">
        <w:rPr>
          <w:lang w:val="es-ES"/>
        </w:rPr>
        <w:lastRenderedPageBreak/>
        <w:t>conform Legii nr. 4/2008 și O.G. nr. 137/2000. Organizatorii își rezervă dreptul de a refuza înscrierea acestor echipe sau de a dispune eliminarea lor din competiție.</w:t>
      </w:r>
    </w:p>
    <w:p w14:paraId="0ED39457" w14:textId="77777777" w:rsidR="007D5977" w:rsidRPr="00BA0D30" w:rsidRDefault="00933386" w:rsidP="00B54E56">
      <w:pPr>
        <w:spacing w:after="80"/>
        <w:jc w:val="both"/>
        <w:rPr>
          <w:lang w:val="es-ES"/>
        </w:rPr>
      </w:pPr>
      <w:r w:rsidRPr="00BA0D30">
        <w:rPr>
          <w:b/>
          <w:lang w:val="es-ES"/>
        </w:rPr>
        <w:t xml:space="preserve">Art. 9 – </w:t>
      </w:r>
      <w:r w:rsidRPr="00BA0D30">
        <w:rPr>
          <w:lang w:val="es-ES"/>
        </w:rPr>
        <w:t>La înscriere, delegatul echipei depune următoarele documente:</w:t>
      </w:r>
    </w:p>
    <w:p w14:paraId="65EE80A1" w14:textId="77777777" w:rsidR="007D5977" w:rsidRPr="00BA0D30" w:rsidRDefault="00933386" w:rsidP="00B54E56">
      <w:pPr>
        <w:spacing w:after="40"/>
        <w:jc w:val="both"/>
        <w:rPr>
          <w:lang w:val="es-ES"/>
        </w:rPr>
      </w:pPr>
      <w:r w:rsidRPr="00BA0D30">
        <w:rPr>
          <w:b/>
          <w:lang w:val="es-ES"/>
        </w:rPr>
        <w:t xml:space="preserve">a) </w:t>
      </w:r>
      <w:r w:rsidRPr="00BA0D30">
        <w:rPr>
          <w:lang w:val="es-ES"/>
        </w:rPr>
        <w:t>cererea de înscriere semnată de toți jucătorii, prin care aceștia își asumă respectarea prezentului regulament și responsabilitatea pentru eventualele accidente survenite pe parcursul competiției;</w:t>
      </w:r>
    </w:p>
    <w:p w14:paraId="09C99515" w14:textId="62D6998F" w:rsidR="007D5977" w:rsidRPr="00BA0D30" w:rsidRDefault="00933386" w:rsidP="00B54E56">
      <w:pPr>
        <w:spacing w:after="40"/>
        <w:jc w:val="both"/>
        <w:rPr>
          <w:lang w:val="es-ES"/>
        </w:rPr>
      </w:pPr>
      <w:r w:rsidRPr="00BA0D30">
        <w:rPr>
          <w:b/>
          <w:lang w:val="es-ES"/>
        </w:rPr>
        <w:t xml:space="preserve">b) </w:t>
      </w:r>
      <w:r w:rsidRPr="00BA0D30">
        <w:rPr>
          <w:lang w:val="es-ES"/>
        </w:rPr>
        <w:t>declarația pe propria răspundere a fiecărui jucător privind starea de sănătate și aptitudinea pentru activitate sportivă, respectiv adeverință medicală emisă de medicul de familie ori aviz medico-sportiv</w:t>
      </w:r>
      <w:r w:rsidR="00B54E56" w:rsidRPr="00BA0D30">
        <w:rPr>
          <w:lang w:val="es-ES"/>
        </w:rPr>
        <w:t xml:space="preserve"> (OBLIGATORIU)</w:t>
      </w:r>
      <w:r w:rsidRPr="00BA0D30">
        <w:rPr>
          <w:lang w:val="es-ES"/>
        </w:rPr>
        <w:t>;</w:t>
      </w:r>
    </w:p>
    <w:p w14:paraId="1568EC05" w14:textId="77777777" w:rsidR="007D5977" w:rsidRPr="00BA0D30" w:rsidRDefault="00933386" w:rsidP="00B54E56">
      <w:pPr>
        <w:spacing w:after="40"/>
        <w:jc w:val="both"/>
      </w:pPr>
      <w:r w:rsidRPr="00BA0D30">
        <w:rPr>
          <w:b/>
        </w:rPr>
        <w:t xml:space="preserve">c) </w:t>
      </w:r>
      <w:proofErr w:type="gramStart"/>
      <w:r w:rsidRPr="00BA0D30">
        <w:t>consimțământul</w:t>
      </w:r>
      <w:proofErr w:type="gramEnd"/>
      <w:r w:rsidRPr="00BA0D30">
        <w:t xml:space="preserve"> informat privind prelucrarea datelor cu caracter personal (art. 15 din prezentul regulament);</w:t>
      </w:r>
    </w:p>
    <w:p w14:paraId="753347CA" w14:textId="77777777" w:rsidR="007D5977" w:rsidRPr="00BA0D30" w:rsidRDefault="00933386" w:rsidP="00B54E56">
      <w:pPr>
        <w:spacing w:after="40"/>
        <w:jc w:val="both"/>
        <w:rPr>
          <w:lang w:val="es-ES"/>
        </w:rPr>
      </w:pPr>
      <w:r w:rsidRPr="00BA0D30">
        <w:rPr>
          <w:b/>
          <w:lang w:val="es-ES"/>
        </w:rPr>
        <w:t xml:space="preserve">d) </w:t>
      </w:r>
      <w:r w:rsidRPr="00BA0D30">
        <w:rPr>
          <w:lang w:val="es-ES"/>
        </w:rPr>
        <w:t>copia actului de identitate (carte de identitate) a fiecărui jucător.</w:t>
      </w:r>
    </w:p>
    <w:p w14:paraId="4B5617A1" w14:textId="77777777" w:rsidR="007D5977" w:rsidRPr="00BA0D30" w:rsidRDefault="00933386" w:rsidP="00B54E56">
      <w:pPr>
        <w:spacing w:after="80"/>
        <w:jc w:val="both"/>
        <w:rPr>
          <w:lang w:val="es-ES"/>
        </w:rPr>
      </w:pPr>
      <w:r w:rsidRPr="00BA0D30">
        <w:rPr>
          <w:b/>
          <w:lang w:val="es-ES"/>
        </w:rPr>
        <w:t xml:space="preserve">Art. 10 – </w:t>
      </w:r>
      <w:r w:rsidRPr="00BA0D30">
        <w:rPr>
          <w:lang w:val="es-ES"/>
        </w:rPr>
        <w:t>Delegatul echipei confirmă autenticitatea semnăturilor jucătorilor și corectitudinea datelor înscrise în cererea de înscriere.</w:t>
      </w:r>
    </w:p>
    <w:p w14:paraId="40D55015" w14:textId="77777777" w:rsidR="007D5977" w:rsidRPr="00BA0D30" w:rsidRDefault="00933386" w:rsidP="00B54E56">
      <w:pPr>
        <w:spacing w:after="80"/>
        <w:jc w:val="both"/>
        <w:rPr>
          <w:lang w:val="es-ES"/>
        </w:rPr>
      </w:pPr>
      <w:r w:rsidRPr="00BA0D30">
        <w:rPr>
          <w:b/>
          <w:lang w:val="es-ES"/>
        </w:rPr>
        <w:t xml:space="preserve">Art. 11 – </w:t>
      </w:r>
      <w:r w:rsidRPr="00BA0D30">
        <w:rPr>
          <w:lang w:val="es-ES"/>
        </w:rPr>
        <w:t>Fiind o competiție de masă, cu caracter voluntar, organizatorii sunt absolviți de orice răspundere privind eventualele accidentări, îmbolnăviri sau prejudicii materiale suferite de jucători, delegați sau spectatori pe parcursul competiției. Organizatorii recomandă echipelor și jucătorilor încheierea unei polițe de asigurare individuală de accidente pentru perioada competiției.</w:t>
      </w:r>
    </w:p>
    <w:p w14:paraId="526E123D" w14:textId="77777777" w:rsidR="007D5977" w:rsidRPr="00BA0D30" w:rsidRDefault="00933386" w:rsidP="00B54E56">
      <w:pPr>
        <w:spacing w:before="160" w:after="80"/>
        <w:rPr>
          <w:lang w:val="es-ES"/>
        </w:rPr>
      </w:pPr>
      <w:r w:rsidRPr="00BA0D30">
        <w:rPr>
          <w:b/>
          <w:lang w:val="es-ES"/>
        </w:rPr>
        <w:t>II. REGULI DE JOC</w:t>
      </w:r>
    </w:p>
    <w:p w14:paraId="63BE9B7B" w14:textId="054A5763" w:rsidR="007D5977" w:rsidRPr="00BA0D30" w:rsidRDefault="00933386" w:rsidP="00B54E56">
      <w:pPr>
        <w:spacing w:after="80"/>
        <w:jc w:val="both"/>
        <w:rPr>
          <w:lang w:val="es-ES"/>
        </w:rPr>
      </w:pPr>
      <w:r w:rsidRPr="00BA0D30">
        <w:rPr>
          <w:b/>
          <w:lang w:val="es-ES"/>
        </w:rPr>
        <w:t xml:space="preserve">Art. 12 – </w:t>
      </w:r>
      <w:r w:rsidRPr="00BA0D30">
        <w:rPr>
          <w:lang w:val="es-ES"/>
        </w:rPr>
        <w:t>Se vor juca două reprize a 2</w:t>
      </w:r>
      <w:r w:rsidR="00FB619D" w:rsidRPr="00BA0D30">
        <w:rPr>
          <w:lang w:val="es-ES"/>
        </w:rPr>
        <w:t>0</w:t>
      </w:r>
      <w:r w:rsidRPr="00BA0D30">
        <w:rPr>
          <w:lang w:val="es-ES"/>
        </w:rPr>
        <w:t xml:space="preserve"> de minute, cu pauză de 5 minute între reprize.</w:t>
      </w:r>
    </w:p>
    <w:p w14:paraId="225F980D" w14:textId="77777777" w:rsidR="007D5977" w:rsidRPr="00BA0D30" w:rsidRDefault="00933386" w:rsidP="00B54E56">
      <w:pPr>
        <w:spacing w:after="80"/>
        <w:jc w:val="both"/>
        <w:rPr>
          <w:lang w:val="es-ES"/>
        </w:rPr>
      </w:pPr>
      <w:r w:rsidRPr="00BA0D30">
        <w:rPr>
          <w:b/>
          <w:lang w:val="es-ES"/>
        </w:rPr>
        <w:t xml:space="preserve">Art. 13 – </w:t>
      </w:r>
      <w:r w:rsidRPr="00BA0D30">
        <w:rPr>
          <w:lang w:val="es-ES"/>
        </w:rPr>
        <w:t>În cazul meciurilor eliminatorii, dacă la finalul timpului regulamentar scorul este egal, se vor executa lovituri de departajare de la 7 metri, câte 3 lovituri pentru fiecare echipă, urmate — dacă egalitatea persistă — de câte o lovitură alternativ, până la departajare.</w:t>
      </w:r>
    </w:p>
    <w:p w14:paraId="622BBE23" w14:textId="5E8FE64B" w:rsidR="00A407EA" w:rsidRPr="00BA0D30" w:rsidRDefault="00933386" w:rsidP="00B54E56">
      <w:pPr>
        <w:spacing w:after="80"/>
        <w:jc w:val="both"/>
      </w:pPr>
      <w:r w:rsidRPr="00BA0D30">
        <w:rPr>
          <w:b/>
        </w:rPr>
        <w:t xml:space="preserve">Art. 14 – </w:t>
      </w:r>
      <w:r w:rsidRPr="00BA0D30">
        <w:t>Aruncarea de la margine (autul) se va executa cu piciorul</w:t>
      </w:r>
      <w:r w:rsidR="002E14B7" w:rsidRPr="00BA0D30">
        <w:t>, mingea fiind așezată</w:t>
      </w:r>
      <w:r w:rsidRPr="00BA0D30">
        <w:t xml:space="preserve"> </w:t>
      </w:r>
      <w:r w:rsidR="002E14B7" w:rsidRPr="00BA0D30">
        <w:t xml:space="preserve">pe linia de margine sau în spatele acesteia </w:t>
      </w:r>
      <w:r w:rsidRPr="00BA0D30">
        <w:t xml:space="preserve">din locul </w:t>
      </w:r>
      <w:r w:rsidR="002E14B7" w:rsidRPr="00BA0D30">
        <w:t>pe</w:t>
      </w:r>
      <w:r w:rsidRPr="00BA0D30">
        <w:t xml:space="preserve"> unde a ieșit; </w:t>
      </w:r>
      <w:r w:rsidR="00A7748E" w:rsidRPr="00BA0D30">
        <w:t xml:space="preserve">mingea este în joc imediat ce a fost lovită și a intrat în terenul de joc; </w:t>
      </w:r>
      <w:r w:rsidRPr="00BA0D30">
        <w:t xml:space="preserve">golul marcat direct din această lovitură </w:t>
      </w:r>
      <w:r w:rsidR="002E14B7" w:rsidRPr="00BA0D30">
        <w:t xml:space="preserve">NU </w:t>
      </w:r>
      <w:r w:rsidRPr="00BA0D30">
        <w:t>este valabil</w:t>
      </w:r>
      <w:r w:rsidR="00A407EA" w:rsidRPr="00BA0D30">
        <w:t>; executantul aruncării de la margine nu poate atinge/juca mingea a doua oară decât după ce aceasta a fost atinsă/jucată de alt jucător</w:t>
      </w:r>
      <w:r w:rsidR="00A7748E" w:rsidRPr="00BA0D30">
        <w:t>.</w:t>
      </w:r>
    </w:p>
    <w:p w14:paraId="4A33B60E" w14:textId="7B75A715" w:rsidR="00A407EA" w:rsidRPr="00BA0D30" w:rsidRDefault="00A7748E" w:rsidP="00B54E56">
      <w:pPr>
        <w:spacing w:after="80"/>
        <w:jc w:val="both"/>
        <w:rPr>
          <w:lang w:val="es-ES"/>
        </w:rPr>
      </w:pPr>
      <w:r w:rsidRPr="00DF1C13">
        <w:rPr>
          <w:b/>
          <w:lang w:val="es-ES"/>
        </w:rPr>
        <w:t>Art. 1</w:t>
      </w:r>
      <w:r w:rsidR="00FB619D" w:rsidRPr="00DF1C13">
        <w:rPr>
          <w:b/>
          <w:lang w:val="es-ES"/>
        </w:rPr>
        <w:t>5</w:t>
      </w:r>
      <w:r w:rsidRPr="00BA0D30">
        <w:rPr>
          <w:lang w:val="es-ES"/>
        </w:rPr>
        <w:t xml:space="preserve"> </w:t>
      </w:r>
      <w:r w:rsidRPr="00BA0D30">
        <w:rPr>
          <w:b/>
          <w:lang w:val="es-ES"/>
        </w:rPr>
        <w:t>–</w:t>
      </w:r>
      <w:r w:rsidRPr="00BA0D30">
        <w:rPr>
          <w:lang w:val="es-ES"/>
        </w:rPr>
        <w:t xml:space="preserve"> </w:t>
      </w:r>
      <w:r w:rsidR="00933386" w:rsidRPr="00BA0D30">
        <w:rPr>
          <w:lang w:val="es-ES"/>
        </w:rPr>
        <w:t xml:space="preserve">Nu se aplica regula de offside </w:t>
      </w:r>
      <w:r w:rsidR="002E14B7" w:rsidRPr="00BA0D30">
        <w:rPr>
          <w:lang w:val="es-ES"/>
        </w:rPr>
        <w:t>î</w:t>
      </w:r>
      <w:r w:rsidR="00933386" w:rsidRPr="00BA0D30">
        <w:rPr>
          <w:lang w:val="es-ES"/>
        </w:rPr>
        <w:t>n aceast</w:t>
      </w:r>
      <w:r w:rsidR="002E14B7" w:rsidRPr="00BA0D30">
        <w:rPr>
          <w:lang w:val="es-ES"/>
        </w:rPr>
        <w:t>ă</w:t>
      </w:r>
      <w:r w:rsidR="00933386" w:rsidRPr="00BA0D30">
        <w:rPr>
          <w:lang w:val="es-ES"/>
        </w:rPr>
        <w:t xml:space="preserve"> competitie.</w:t>
      </w:r>
      <w:r w:rsidR="002E14B7" w:rsidRPr="00BA0D30">
        <w:rPr>
          <w:lang w:val="es-ES"/>
        </w:rPr>
        <w:t xml:space="preserve"> </w:t>
      </w:r>
    </w:p>
    <w:p w14:paraId="4858E072" w14:textId="3B97BD17" w:rsidR="007D5977" w:rsidRPr="00BA0D30" w:rsidRDefault="00A7748E" w:rsidP="00B54E56">
      <w:pPr>
        <w:spacing w:after="80"/>
        <w:jc w:val="both"/>
        <w:rPr>
          <w:lang w:val="es-ES"/>
        </w:rPr>
      </w:pPr>
      <w:r w:rsidRPr="00DF1C13">
        <w:rPr>
          <w:b/>
          <w:lang w:val="es-ES"/>
        </w:rPr>
        <w:t>Art. 1</w:t>
      </w:r>
      <w:r w:rsidR="00FB619D" w:rsidRPr="00DF1C13">
        <w:rPr>
          <w:b/>
          <w:lang w:val="es-ES"/>
        </w:rPr>
        <w:t>6</w:t>
      </w:r>
      <w:r w:rsidRPr="00BA0D30">
        <w:rPr>
          <w:lang w:val="es-ES"/>
        </w:rPr>
        <w:t xml:space="preserve"> – S</w:t>
      </w:r>
      <w:r w:rsidR="002E14B7" w:rsidRPr="00BA0D30">
        <w:rPr>
          <w:lang w:val="es-ES"/>
        </w:rPr>
        <w:t>e poate înscrie un gol direct dintr-o lovitură de începere</w:t>
      </w:r>
      <w:r w:rsidRPr="00BA0D30">
        <w:rPr>
          <w:lang w:val="es-ES"/>
        </w:rPr>
        <w:t>,</w:t>
      </w:r>
      <w:r w:rsidR="002E14B7" w:rsidRPr="00BA0D30">
        <w:rPr>
          <w:lang w:val="es-ES"/>
        </w:rPr>
        <w:t xml:space="preserve"> dar numai în poarta adversă.</w:t>
      </w:r>
    </w:p>
    <w:p w14:paraId="5F88E277" w14:textId="2E19DAAB" w:rsidR="00A407EA" w:rsidRDefault="00A407EA" w:rsidP="00B54E56">
      <w:pPr>
        <w:spacing w:after="80"/>
        <w:jc w:val="both"/>
        <w:rPr>
          <w:lang w:val="es-ES"/>
        </w:rPr>
      </w:pPr>
      <w:r w:rsidRPr="00BA0D30">
        <w:rPr>
          <w:b/>
          <w:bCs/>
          <w:lang w:val="es-ES"/>
        </w:rPr>
        <w:t>Art. 1</w:t>
      </w:r>
      <w:r w:rsidR="00FB619D" w:rsidRPr="00BA0D30">
        <w:rPr>
          <w:b/>
          <w:bCs/>
          <w:lang w:val="es-ES"/>
        </w:rPr>
        <w:t>7</w:t>
      </w:r>
      <w:r w:rsidRPr="00BA0D30">
        <w:rPr>
          <w:lang w:val="es-ES"/>
        </w:rPr>
        <w:t xml:space="preserve"> – Înlocuirile de jucători se fac </w:t>
      </w:r>
      <w:r w:rsidR="00A7748E" w:rsidRPr="00BA0D30">
        <w:rPr>
          <w:lang w:val="es-ES"/>
        </w:rPr>
        <w:t xml:space="preserve">numai </w:t>
      </w:r>
      <w:r w:rsidRPr="00BA0D30">
        <w:rPr>
          <w:lang w:val="es-ES"/>
        </w:rPr>
        <w:t xml:space="preserve">atunci când jocul este oprit și doar cu încuviințarea arbitrului; jucătorul înlocuitor va intra pe terenul de joc doar după ce titularul a părăsit </w:t>
      </w:r>
      <w:r w:rsidR="00A7748E" w:rsidRPr="00BA0D30">
        <w:rPr>
          <w:lang w:val="es-ES"/>
        </w:rPr>
        <w:t>suprafața</w:t>
      </w:r>
      <w:r w:rsidRPr="00BA0D30">
        <w:rPr>
          <w:lang w:val="es-ES"/>
        </w:rPr>
        <w:t xml:space="preserve"> de joc.</w:t>
      </w:r>
    </w:p>
    <w:p w14:paraId="58C12DC6" w14:textId="454A605D" w:rsidR="003755F6" w:rsidRPr="003755F6" w:rsidRDefault="003755F6" w:rsidP="003755F6">
      <w:pPr>
        <w:spacing w:after="80"/>
        <w:jc w:val="both"/>
        <w:rPr>
          <w:lang w:val="es-ES"/>
        </w:rPr>
      </w:pPr>
      <w:r w:rsidRPr="00DF1C13">
        <w:rPr>
          <w:b/>
          <w:lang w:val="es-ES"/>
        </w:rPr>
        <w:t>Art. 17.1</w:t>
      </w:r>
      <w:r w:rsidR="00DF1C13">
        <w:rPr>
          <w:b/>
          <w:lang w:val="es-ES"/>
        </w:rPr>
        <w:t xml:space="preserve"> </w:t>
      </w:r>
      <w:r w:rsidRPr="003755F6">
        <w:rPr>
          <w:lang w:val="es-ES"/>
        </w:rPr>
        <w:t>– Echipamentul obligatoriu și obiectele periculoase</w:t>
      </w:r>
    </w:p>
    <w:p w14:paraId="3B29F9DE" w14:textId="2C787FA4" w:rsidR="003755F6" w:rsidRPr="003755F6" w:rsidRDefault="003755F6" w:rsidP="003755F6">
      <w:pPr>
        <w:spacing w:after="80"/>
        <w:jc w:val="both"/>
        <w:rPr>
          <w:lang w:val="es-ES"/>
        </w:rPr>
      </w:pPr>
      <w:r w:rsidRPr="003755F6">
        <w:rPr>
          <w:lang w:val="es-ES"/>
        </w:rPr>
        <w:t>(</w:t>
      </w:r>
      <w:r w:rsidR="00DF1C13">
        <w:rPr>
          <w:lang w:val="es-ES"/>
        </w:rPr>
        <w:t>1</w:t>
      </w:r>
      <w:r w:rsidRPr="003755F6">
        <w:rPr>
          <w:lang w:val="es-ES"/>
        </w:rPr>
        <w:t>) Este interzisă purtarea oricărui obiect sau echipament care poate pune în pericol integritatea fizică a jucătorilor. Sunt interzise, în mod expres, cerceii, brățările, lanțurile, colierele, inelele, ceasurile și orice alte bijuterii sau obiecte similare, indiferent de materialul din care sunt confecționate.</w:t>
      </w:r>
    </w:p>
    <w:p w14:paraId="54637D02" w14:textId="77777777" w:rsidR="003755F6" w:rsidRPr="003755F6" w:rsidRDefault="003755F6" w:rsidP="003755F6">
      <w:pPr>
        <w:spacing w:after="80"/>
        <w:jc w:val="both"/>
        <w:rPr>
          <w:lang w:val="es-ES"/>
        </w:rPr>
      </w:pPr>
    </w:p>
    <w:p w14:paraId="07BF9AE2" w14:textId="2556A0A9" w:rsidR="003755F6" w:rsidRPr="003755F6" w:rsidRDefault="003755F6" w:rsidP="003755F6">
      <w:pPr>
        <w:spacing w:after="80"/>
        <w:jc w:val="both"/>
        <w:rPr>
          <w:lang w:val="es-ES"/>
        </w:rPr>
      </w:pPr>
      <w:r w:rsidRPr="003755F6">
        <w:rPr>
          <w:lang w:val="es-ES"/>
        </w:rPr>
        <w:lastRenderedPageBreak/>
        <w:t>(</w:t>
      </w:r>
      <w:r w:rsidR="00DF1C13">
        <w:rPr>
          <w:lang w:val="es-ES"/>
        </w:rPr>
        <w:t>2</w:t>
      </w:r>
      <w:r w:rsidRPr="003755F6">
        <w:rPr>
          <w:lang w:val="es-ES"/>
        </w:rPr>
        <w:t>) Bijuteriile sau obiectele interzise nu pot fi acoperite cu bandă adezivă, plasture sau orice alt material pentru a permite participarea la joc. Acestea trebuie îndepărtate complet înainte de intrarea pe teren.</w:t>
      </w:r>
    </w:p>
    <w:p w14:paraId="55F1C836" w14:textId="44141304" w:rsidR="003755F6" w:rsidRPr="003755F6" w:rsidRDefault="003755F6" w:rsidP="003755F6">
      <w:pPr>
        <w:spacing w:after="80"/>
        <w:jc w:val="both"/>
        <w:rPr>
          <w:lang w:val="es-ES"/>
        </w:rPr>
      </w:pPr>
      <w:r w:rsidRPr="003755F6">
        <w:rPr>
          <w:lang w:val="es-ES"/>
        </w:rPr>
        <w:t>(</w:t>
      </w:r>
      <w:r w:rsidR="00DF1C13">
        <w:rPr>
          <w:lang w:val="es-ES"/>
        </w:rPr>
        <w:t>3</w:t>
      </w:r>
      <w:r w:rsidRPr="003755F6">
        <w:rPr>
          <w:lang w:val="es-ES"/>
        </w:rPr>
        <w:t>) Arbitrul verifică echipamentul jucătorilor înainte de începerea jocului și poate efectua verificări și pe parcursul acestuia. Jucătorul care nu respectă prevederile prezentului articol nu va fi autorizat să intre sau să rămână pe teren până la remedierea situației.</w:t>
      </w:r>
    </w:p>
    <w:p w14:paraId="41FAE3CC" w14:textId="62BC8B0F" w:rsidR="003755F6" w:rsidRPr="003755F6" w:rsidRDefault="003755F6" w:rsidP="003755F6">
      <w:pPr>
        <w:spacing w:after="80"/>
        <w:jc w:val="both"/>
        <w:rPr>
          <w:lang w:val="es-ES"/>
        </w:rPr>
      </w:pPr>
      <w:r w:rsidRPr="003755F6">
        <w:rPr>
          <w:lang w:val="es-ES"/>
        </w:rPr>
        <w:t>(</w:t>
      </w:r>
      <w:r w:rsidR="00DF1C13">
        <w:rPr>
          <w:lang w:val="es-ES"/>
        </w:rPr>
        <w:t>4</w:t>
      </w:r>
      <w:r w:rsidRPr="003755F6">
        <w:rPr>
          <w:lang w:val="es-ES"/>
        </w:rPr>
        <w:t>) În cazul în care un jucător refuză să respecte indicația arbitrului privind remedierea echipamentului, se vor aplica prevederile disciplinare corespunzătoare din Legile Jocului și prezentul regulament.</w:t>
      </w:r>
    </w:p>
    <w:p w14:paraId="4DC034BA" w14:textId="1FBD8956" w:rsidR="003755F6" w:rsidRPr="003755F6" w:rsidRDefault="003755F6" w:rsidP="003755F6">
      <w:pPr>
        <w:spacing w:after="80"/>
        <w:jc w:val="both"/>
        <w:rPr>
          <w:lang w:val="es-ES"/>
        </w:rPr>
      </w:pPr>
      <w:r w:rsidRPr="003755F6">
        <w:rPr>
          <w:lang w:val="es-ES"/>
        </w:rPr>
        <w:t>(</w:t>
      </w:r>
      <w:r w:rsidR="00DF1C13">
        <w:rPr>
          <w:lang w:val="es-ES"/>
        </w:rPr>
        <w:t>5</w:t>
      </w:r>
      <w:r w:rsidRPr="003755F6">
        <w:rPr>
          <w:lang w:val="es-ES"/>
        </w:rPr>
        <w:t>) Prevederile prezentului articol se aplică tuturor jucătorilor, inclusiv portarilor, și constituie o condiție obligatorie pentru participarea la joc.</w:t>
      </w:r>
    </w:p>
    <w:p w14:paraId="424292E5" w14:textId="45DAF216" w:rsidR="003755F6" w:rsidRDefault="003755F6" w:rsidP="003755F6">
      <w:pPr>
        <w:spacing w:after="80"/>
        <w:jc w:val="both"/>
        <w:rPr>
          <w:lang w:val="es-ES"/>
        </w:rPr>
      </w:pPr>
      <w:r w:rsidRPr="003755F6">
        <w:rPr>
          <w:lang w:val="es-ES"/>
        </w:rPr>
        <w:t>Temei sportiv: Prevederile prezentului articol sunt formulate în concordanță cu Legea 4 – Echipamentul jucătorilor din Legile Jocului IFAB, adaptate specificului competiției de minifotbal.</w:t>
      </w:r>
    </w:p>
    <w:p w14:paraId="071D2CF7" w14:textId="77777777" w:rsidR="003755F6" w:rsidRDefault="003755F6" w:rsidP="003755F6">
      <w:pPr>
        <w:spacing w:after="80"/>
        <w:jc w:val="both"/>
        <w:rPr>
          <w:lang w:val="es-ES"/>
        </w:rPr>
      </w:pPr>
    </w:p>
    <w:p w14:paraId="494196E2" w14:textId="77777777" w:rsidR="003755F6" w:rsidRPr="003755F6" w:rsidRDefault="003755F6" w:rsidP="003755F6">
      <w:pPr>
        <w:spacing w:after="80"/>
        <w:jc w:val="both"/>
        <w:rPr>
          <w:lang w:val="es-ES"/>
        </w:rPr>
      </w:pPr>
      <w:r w:rsidRPr="00DF1C13">
        <w:rPr>
          <w:b/>
          <w:lang w:val="es-ES"/>
        </w:rPr>
        <w:t>Art. 17.2</w:t>
      </w:r>
      <w:r w:rsidRPr="003755F6">
        <w:rPr>
          <w:lang w:val="es-ES"/>
        </w:rPr>
        <w:t>– Distanța la loviturile libere și formarea zidului</w:t>
      </w:r>
    </w:p>
    <w:p w14:paraId="441495C9" w14:textId="77777777" w:rsidR="003755F6" w:rsidRPr="003755F6" w:rsidRDefault="003755F6" w:rsidP="003755F6">
      <w:pPr>
        <w:spacing w:after="80"/>
        <w:jc w:val="both"/>
        <w:rPr>
          <w:lang w:val="es-ES"/>
        </w:rPr>
      </w:pPr>
      <w:r w:rsidRPr="003755F6">
        <w:rPr>
          <w:lang w:val="es-ES"/>
        </w:rPr>
        <w:t>(1) La executarea loviturilor libere, jucătorii echipei adverse trebuie să se afle la o distanță de minimum 5 metri față de minge, până când aceasta este în joc.</w:t>
      </w:r>
    </w:p>
    <w:p w14:paraId="2984F876" w14:textId="77777777" w:rsidR="003755F6" w:rsidRPr="003755F6" w:rsidRDefault="003755F6" w:rsidP="003755F6">
      <w:pPr>
        <w:spacing w:after="80"/>
        <w:jc w:val="both"/>
        <w:rPr>
          <w:lang w:val="es-ES"/>
        </w:rPr>
      </w:pPr>
      <w:r w:rsidRPr="003755F6">
        <w:rPr>
          <w:lang w:val="es-ES"/>
        </w:rPr>
        <w:t>(2) În cazul în care echipa în apărare formează un zid, acesta va fi poziționat la o distanță de 5 metri față de minge, distanță stabilită și controlată de arbitrul jocului.</w:t>
      </w:r>
    </w:p>
    <w:p w14:paraId="46E5F458" w14:textId="77777777" w:rsidR="003755F6" w:rsidRPr="003755F6" w:rsidRDefault="003755F6" w:rsidP="003755F6">
      <w:pPr>
        <w:spacing w:after="80"/>
        <w:jc w:val="both"/>
        <w:rPr>
          <w:lang w:val="es-ES"/>
        </w:rPr>
      </w:pPr>
      <w:r w:rsidRPr="003755F6">
        <w:rPr>
          <w:lang w:val="es-ES"/>
        </w:rPr>
        <w:t>(3) Atunci când zidul este format din cel puțin 3 jucători ai echipei în apărare, jucătorii echipei care execută lovitura liberă trebuie să păstreze o distanță de minimum 1 metru față de zid până când mingea este în joc.</w:t>
      </w:r>
    </w:p>
    <w:p w14:paraId="4C9C3063" w14:textId="77777777" w:rsidR="003755F6" w:rsidRPr="003755F6" w:rsidRDefault="003755F6" w:rsidP="003755F6">
      <w:pPr>
        <w:spacing w:after="80"/>
        <w:jc w:val="both"/>
        <w:rPr>
          <w:lang w:val="es-ES"/>
        </w:rPr>
      </w:pPr>
      <w:r w:rsidRPr="003755F6">
        <w:rPr>
          <w:lang w:val="es-ES"/>
        </w:rPr>
        <w:t>(4) Jucătorii echipei în atac nu au voie să pătrundă în spațiul dintre minge și zid și nici să se apropie la mai puțin de 1 metru de zid înainte ca mingea să fie în joc.</w:t>
      </w:r>
    </w:p>
    <w:p w14:paraId="58B2D792" w14:textId="77777777" w:rsidR="003755F6" w:rsidRPr="003755F6" w:rsidRDefault="003755F6" w:rsidP="003755F6">
      <w:pPr>
        <w:spacing w:after="80"/>
        <w:jc w:val="both"/>
        <w:rPr>
          <w:lang w:val="es-ES"/>
        </w:rPr>
      </w:pPr>
      <w:r w:rsidRPr="003755F6">
        <w:rPr>
          <w:lang w:val="es-ES"/>
        </w:rPr>
        <w:t>(5) Arbitrul va asigura respectarea distanței de 5 metri și, după caz, a distanței de 1 metru dintre atacanți și zid.</w:t>
      </w:r>
    </w:p>
    <w:p w14:paraId="6DF8DF94" w14:textId="3B559577" w:rsidR="003755F6" w:rsidRPr="003755F6" w:rsidRDefault="003755F6" w:rsidP="003755F6">
      <w:pPr>
        <w:spacing w:after="80"/>
        <w:jc w:val="both"/>
        <w:rPr>
          <w:lang w:val="es-ES"/>
        </w:rPr>
      </w:pPr>
      <w:r w:rsidRPr="003755F6">
        <w:rPr>
          <w:lang w:val="es-ES"/>
        </w:rPr>
        <w:t>(</w:t>
      </w:r>
      <w:r w:rsidR="00DF1C13">
        <w:rPr>
          <w:lang w:val="es-ES"/>
        </w:rPr>
        <w:t>6</w:t>
      </w:r>
      <w:r w:rsidRPr="003755F6">
        <w:rPr>
          <w:lang w:val="es-ES"/>
        </w:rPr>
        <w:t>)La executarea loviturii de colț (corner), jucătorii echipei adverse trebuie să păstreze o distanță de minimum 5 metri față de minge,</w:t>
      </w:r>
      <w:r>
        <w:rPr>
          <w:lang w:val="es-ES"/>
        </w:rPr>
        <w:t xml:space="preserve"> până când aceasta este în joc.</w:t>
      </w:r>
    </w:p>
    <w:p w14:paraId="7FA62281" w14:textId="71CFA650" w:rsidR="003755F6" w:rsidRPr="003755F6" w:rsidRDefault="003755F6" w:rsidP="003755F6">
      <w:pPr>
        <w:spacing w:after="80"/>
        <w:jc w:val="both"/>
        <w:rPr>
          <w:lang w:val="es-ES"/>
        </w:rPr>
      </w:pPr>
      <w:r w:rsidRPr="003755F6">
        <w:rPr>
          <w:lang w:val="es-ES"/>
        </w:rPr>
        <w:t>(</w:t>
      </w:r>
      <w:r w:rsidR="00DF1C13">
        <w:rPr>
          <w:lang w:val="es-ES"/>
        </w:rPr>
        <w:t>7</w:t>
      </w:r>
      <w:r w:rsidRPr="003755F6">
        <w:rPr>
          <w:lang w:val="es-ES"/>
        </w:rPr>
        <w:t>) La executarea repunerii de la margine, jucătorii echipei adverse trebuie să păstreze o distanță de minimum 2 metri față de punctul de pe linia de margine de unde se efectuează repunerea, până când mingea este în joc.</w:t>
      </w:r>
    </w:p>
    <w:p w14:paraId="63DD503C" w14:textId="6504A39E" w:rsidR="003755F6" w:rsidRPr="00BA0D30" w:rsidRDefault="003755F6" w:rsidP="003755F6">
      <w:pPr>
        <w:spacing w:after="80"/>
        <w:jc w:val="both"/>
        <w:rPr>
          <w:lang w:val="es-ES"/>
        </w:rPr>
      </w:pPr>
      <w:r w:rsidRPr="003755F6">
        <w:rPr>
          <w:lang w:val="es-ES"/>
        </w:rPr>
        <w:t>(9)Nerespectarea distanțelor prevăzute în prezentul articol constituie abatere și se sancționează conform Legilor Jocului și prezentului regulament.</w:t>
      </w:r>
    </w:p>
    <w:p w14:paraId="7B862243" w14:textId="77777777" w:rsidR="003755F6" w:rsidRDefault="003755F6" w:rsidP="00B54E56">
      <w:pPr>
        <w:spacing w:after="80"/>
        <w:jc w:val="both"/>
        <w:rPr>
          <w:b/>
          <w:bCs/>
          <w:lang w:val="es-ES"/>
        </w:rPr>
      </w:pPr>
    </w:p>
    <w:p w14:paraId="6E0E3817" w14:textId="3D6285A4" w:rsidR="00A407EA" w:rsidRPr="00BA0D30" w:rsidRDefault="00A407EA" w:rsidP="00B54E56">
      <w:pPr>
        <w:spacing w:after="80"/>
        <w:jc w:val="both"/>
        <w:rPr>
          <w:lang w:val="es-ES"/>
        </w:rPr>
      </w:pPr>
      <w:r w:rsidRPr="00BA0D30">
        <w:rPr>
          <w:b/>
          <w:bCs/>
          <w:lang w:val="es-ES"/>
        </w:rPr>
        <w:t>Art. 1</w:t>
      </w:r>
      <w:r w:rsidR="00FB619D" w:rsidRPr="00BA0D30">
        <w:rPr>
          <w:b/>
          <w:bCs/>
          <w:lang w:val="es-ES"/>
        </w:rPr>
        <w:t>8</w:t>
      </w:r>
      <w:r w:rsidRPr="00BA0D30">
        <w:rPr>
          <w:lang w:val="es-ES"/>
        </w:rPr>
        <w:t xml:space="preserve"> – Lovitura de la poartă se va executa </w:t>
      </w:r>
      <w:r w:rsidR="00A7748E" w:rsidRPr="00BA0D30">
        <w:rPr>
          <w:lang w:val="es-ES"/>
        </w:rPr>
        <w:t xml:space="preserve">din interiorul suprafeței de poartă (careul de 6 metri) </w:t>
      </w:r>
      <w:r w:rsidRPr="00BA0D30">
        <w:rPr>
          <w:lang w:val="es-ES"/>
        </w:rPr>
        <w:t xml:space="preserve">cu piciorul de către un jucător al echipei în apărare iar mingea este în joc imediat ce a părăsit suprafața de </w:t>
      </w:r>
      <w:r w:rsidR="00A7748E" w:rsidRPr="00BA0D30">
        <w:rPr>
          <w:lang w:val="es-ES"/>
        </w:rPr>
        <w:t>pedeapsă</w:t>
      </w:r>
      <w:r w:rsidRPr="00BA0D30">
        <w:rPr>
          <w:lang w:val="es-ES"/>
        </w:rPr>
        <w:t xml:space="preserve"> (careul de </w:t>
      </w:r>
      <w:r w:rsidR="00B54E56" w:rsidRPr="00BA0D30">
        <w:rPr>
          <w:lang w:val="es-ES"/>
        </w:rPr>
        <w:t>6</w:t>
      </w:r>
      <w:r w:rsidRPr="00BA0D30">
        <w:rPr>
          <w:lang w:val="es-ES"/>
        </w:rPr>
        <w:t xml:space="preserve"> metri); executantul loviturii</w:t>
      </w:r>
      <w:r w:rsidR="00A7748E" w:rsidRPr="00BA0D30">
        <w:rPr>
          <w:lang w:val="es-ES"/>
        </w:rPr>
        <w:t xml:space="preserve"> de poartă</w:t>
      </w:r>
      <w:r w:rsidRPr="00BA0D30">
        <w:rPr>
          <w:lang w:val="es-ES"/>
        </w:rPr>
        <w:t xml:space="preserve"> nu poate atinge/juca </w:t>
      </w:r>
      <w:r w:rsidRPr="00BA0D30">
        <w:rPr>
          <w:lang w:val="es-ES"/>
        </w:rPr>
        <w:lastRenderedPageBreak/>
        <w:t>mingea a doua oară decât după ce aceasta a fost atinsă/jucată de alt jucător</w:t>
      </w:r>
      <w:r w:rsidR="00FB619D" w:rsidRPr="00BA0D30">
        <w:rPr>
          <w:lang w:val="es-ES"/>
        </w:rPr>
        <w:t>; dintr-o lovitură de la poartă se poate înscrie un gol direct, dar numai în poarta adversă.</w:t>
      </w:r>
    </w:p>
    <w:p w14:paraId="3BE42F25" w14:textId="28E98E64" w:rsidR="00A7748E" w:rsidRPr="00BA0D30" w:rsidRDefault="00A7748E" w:rsidP="00B54E56">
      <w:pPr>
        <w:spacing w:after="80"/>
        <w:jc w:val="both"/>
        <w:rPr>
          <w:lang w:val="es-ES"/>
        </w:rPr>
      </w:pPr>
      <w:r w:rsidRPr="00DF1C13">
        <w:rPr>
          <w:b/>
          <w:lang w:val="es-ES"/>
        </w:rPr>
        <w:t>Art. 1</w:t>
      </w:r>
      <w:r w:rsidR="00FB619D" w:rsidRPr="00DF1C13">
        <w:rPr>
          <w:b/>
          <w:lang w:val="es-ES"/>
        </w:rPr>
        <w:t>9</w:t>
      </w:r>
      <w:r w:rsidRPr="00BA0D30">
        <w:rPr>
          <w:lang w:val="es-ES"/>
        </w:rPr>
        <w:t xml:space="preserve"> – La lovitura de la colt mingea va fi așezată în sfertul de cerc de la colțul terenului (dacă există), dar nu la o distanță mai mare de 0,5 metri de colțul terenului; executantul va lovi mingea cu piciorul, iar aceasta este în joc imediat ce mingea e lovită și se mișcă</w:t>
      </w:r>
      <w:r w:rsidR="00A02D6E" w:rsidRPr="00BA0D30">
        <w:rPr>
          <w:lang w:val="es-ES"/>
        </w:rPr>
        <w:t xml:space="preserve"> spre interiorul suprafeței de joc</w:t>
      </w:r>
      <w:r w:rsidRPr="00BA0D30">
        <w:rPr>
          <w:lang w:val="es-ES"/>
        </w:rPr>
        <w:t>; se poate înscrie un gol direct dintr-o lovitură de colt, dar numai în poarta advers</w:t>
      </w:r>
      <w:r w:rsidR="00A02D6E" w:rsidRPr="00BA0D30">
        <w:rPr>
          <w:lang w:val="es-ES"/>
        </w:rPr>
        <w:t>ă</w:t>
      </w:r>
      <w:r w:rsidRPr="00BA0D30">
        <w:rPr>
          <w:lang w:val="es-ES"/>
        </w:rPr>
        <w:t>.</w:t>
      </w:r>
    </w:p>
    <w:p w14:paraId="14A75853" w14:textId="3038177E" w:rsidR="007D5977" w:rsidRPr="00BA0D30" w:rsidRDefault="00933386" w:rsidP="00B54E56">
      <w:pPr>
        <w:spacing w:after="80"/>
        <w:jc w:val="both"/>
        <w:rPr>
          <w:lang w:val="es-ES"/>
        </w:rPr>
      </w:pPr>
      <w:r w:rsidRPr="00BA0D30">
        <w:rPr>
          <w:b/>
          <w:lang w:val="es-ES"/>
        </w:rPr>
        <w:t xml:space="preserve">Art. </w:t>
      </w:r>
      <w:r w:rsidR="00FB619D" w:rsidRPr="00BA0D30">
        <w:rPr>
          <w:b/>
          <w:lang w:val="es-ES"/>
        </w:rPr>
        <w:t>20</w:t>
      </w:r>
      <w:r w:rsidRPr="00BA0D30">
        <w:rPr>
          <w:b/>
          <w:lang w:val="es-ES"/>
        </w:rPr>
        <w:t xml:space="preserve"> – </w:t>
      </w:r>
      <w:r w:rsidRPr="00BA0D30">
        <w:rPr>
          <w:lang w:val="es-ES"/>
        </w:rPr>
        <w:t xml:space="preserve">Portarul poate prinde mingea cu mâna, inclusiv din pasa coechipierilor, până la limita semicercului de </w:t>
      </w:r>
      <w:r w:rsidR="00B54E56" w:rsidRPr="00BA0D30">
        <w:rPr>
          <w:lang w:val="es-ES"/>
        </w:rPr>
        <w:t>6</w:t>
      </w:r>
      <w:r w:rsidRPr="00BA0D30">
        <w:rPr>
          <w:lang w:val="es-ES"/>
        </w:rPr>
        <w:t xml:space="preserve"> metri.</w:t>
      </w:r>
    </w:p>
    <w:p w14:paraId="72F412A2" w14:textId="5F7D7011" w:rsidR="007D5977" w:rsidRPr="00BA0D30" w:rsidRDefault="00933386" w:rsidP="00B54E56">
      <w:pPr>
        <w:spacing w:after="80"/>
        <w:jc w:val="both"/>
        <w:rPr>
          <w:lang w:val="es-ES"/>
        </w:rPr>
      </w:pPr>
      <w:r w:rsidRPr="00BA0D30">
        <w:rPr>
          <w:b/>
          <w:lang w:val="es-ES"/>
        </w:rPr>
        <w:t xml:space="preserve">Art. </w:t>
      </w:r>
      <w:r w:rsidR="00FB619D" w:rsidRPr="00BA0D30">
        <w:rPr>
          <w:b/>
          <w:lang w:val="es-ES"/>
        </w:rPr>
        <w:t>21</w:t>
      </w:r>
      <w:r w:rsidRPr="00BA0D30">
        <w:rPr>
          <w:b/>
          <w:lang w:val="es-ES"/>
        </w:rPr>
        <w:t xml:space="preserve"> – </w:t>
      </w:r>
      <w:r w:rsidRPr="00BA0D30">
        <w:rPr>
          <w:lang w:val="es-ES"/>
        </w:rPr>
        <w:t>Golul înscris de portar este valabil, indiferent dacă a fost marcat din degajare cu mâna sau cu piciorul.</w:t>
      </w:r>
    </w:p>
    <w:p w14:paraId="187BD0AF" w14:textId="6A047BF3" w:rsidR="007D5977" w:rsidRPr="00BA0D30" w:rsidRDefault="00933386" w:rsidP="00B54E56">
      <w:pPr>
        <w:spacing w:after="80"/>
        <w:jc w:val="both"/>
        <w:rPr>
          <w:lang w:val="es-ES"/>
        </w:rPr>
      </w:pPr>
      <w:r w:rsidRPr="00BA0D30">
        <w:rPr>
          <w:b/>
          <w:lang w:val="es-ES"/>
        </w:rPr>
        <w:t xml:space="preserve">Art. </w:t>
      </w:r>
      <w:r w:rsidR="00FB619D" w:rsidRPr="00BA0D30">
        <w:rPr>
          <w:b/>
          <w:lang w:val="es-ES"/>
        </w:rPr>
        <w:t>22</w:t>
      </w:r>
      <w:r w:rsidRPr="00BA0D30">
        <w:rPr>
          <w:b/>
          <w:lang w:val="es-ES"/>
        </w:rPr>
        <w:t xml:space="preserve"> – </w:t>
      </w:r>
      <w:r w:rsidRPr="00BA0D30">
        <w:rPr>
          <w:lang w:val="es-ES"/>
        </w:rPr>
        <w:t>Sistemul de sancțiuni disciplinare:</w:t>
      </w:r>
    </w:p>
    <w:p w14:paraId="6101788D" w14:textId="77777777" w:rsidR="007D5977" w:rsidRPr="00BA0D30" w:rsidRDefault="00933386" w:rsidP="00B54E56">
      <w:pPr>
        <w:spacing w:after="40"/>
        <w:jc w:val="both"/>
        <w:rPr>
          <w:lang w:val="es-ES"/>
        </w:rPr>
      </w:pPr>
      <w:r w:rsidRPr="00BA0D30">
        <w:rPr>
          <w:b/>
          <w:lang w:val="es-ES"/>
        </w:rPr>
        <w:t xml:space="preserve">a) </w:t>
      </w:r>
      <w:r w:rsidRPr="00BA0D30">
        <w:rPr>
          <w:lang w:val="es-ES"/>
        </w:rPr>
        <w:t>la două cartonașe galbene cumulate, jucătorul va fi suspendat pentru meciul următor;</w:t>
      </w:r>
    </w:p>
    <w:p w14:paraId="107AB528" w14:textId="77777777" w:rsidR="007D5977" w:rsidRPr="00BA0D30" w:rsidRDefault="00933386" w:rsidP="00B54E56">
      <w:pPr>
        <w:spacing w:after="40"/>
        <w:jc w:val="both"/>
        <w:rPr>
          <w:lang w:val="es-ES"/>
        </w:rPr>
      </w:pPr>
      <w:r w:rsidRPr="00BA0D30">
        <w:rPr>
          <w:b/>
          <w:lang w:val="es-ES"/>
        </w:rPr>
        <w:t xml:space="preserve">b) </w:t>
      </w:r>
      <w:r w:rsidRPr="00BA0D30">
        <w:rPr>
          <w:lang w:val="es-ES"/>
        </w:rPr>
        <w:t>la cartonaș roșu, jucătorul eliminat va fi suspendat pentru cel puțin meciul următor; comisia de organizare poate decide suspendarea pe mai multe meciuri și chiar excluderea din competițiile organizate de Primăria Municipiului Onești, în funcție de gravitatea faptei;</w:t>
      </w:r>
    </w:p>
    <w:p w14:paraId="4E8483A4" w14:textId="3319DF53" w:rsidR="007D5977" w:rsidRPr="00BA0D30" w:rsidRDefault="00933386" w:rsidP="00B54E56">
      <w:pPr>
        <w:spacing w:after="40"/>
        <w:jc w:val="both"/>
        <w:rPr>
          <w:lang w:val="es-ES"/>
        </w:rPr>
      </w:pPr>
      <w:r w:rsidRPr="00BA0D30">
        <w:rPr>
          <w:b/>
          <w:lang w:val="es-ES"/>
        </w:rPr>
        <w:t xml:space="preserve">c) </w:t>
      </w:r>
      <w:r w:rsidRPr="00BA0D30">
        <w:rPr>
          <w:lang w:val="es-ES"/>
        </w:rPr>
        <w:t xml:space="preserve">pentru comportament necivilizat, injurii, agresiuni fizice sau verbale, se aplică sancțiunile prevăzute de Legea nr. 61/1991 republicată și, după caz, dispozițiile Legii nr. 4/2008 privind prevenirea violenței la competițiile sportive, precum și amenzile prevăzute prin </w:t>
      </w:r>
      <w:r w:rsidR="00B54E56" w:rsidRPr="00BA0D30">
        <w:rPr>
          <w:lang w:val="es-ES"/>
        </w:rPr>
        <w:t>alte hotarari de consiliu local sau conform legislatiei in vigoare.</w:t>
      </w:r>
    </w:p>
    <w:p w14:paraId="4CBB08B0" w14:textId="77777777" w:rsidR="00933386" w:rsidRPr="00BA0D30" w:rsidRDefault="00933386" w:rsidP="00B54E56">
      <w:pPr>
        <w:spacing w:before="160" w:after="80"/>
        <w:rPr>
          <w:b/>
          <w:lang w:val="es-ES"/>
        </w:rPr>
      </w:pPr>
    </w:p>
    <w:p w14:paraId="3E49272C" w14:textId="77777777" w:rsidR="007D5977" w:rsidRPr="00BA0D30" w:rsidRDefault="00933386" w:rsidP="00B54E56">
      <w:pPr>
        <w:spacing w:before="160" w:after="80"/>
        <w:rPr>
          <w:lang w:val="es-ES"/>
        </w:rPr>
      </w:pPr>
      <w:r w:rsidRPr="00BA0D30">
        <w:rPr>
          <w:b/>
          <w:lang w:val="es-ES"/>
        </w:rPr>
        <w:t>III. PRELUCRAREA DATELOR CU CARACTER PERSONAL ȘI DREPTUL LA IMAGINE</w:t>
      </w:r>
    </w:p>
    <w:p w14:paraId="177097A8" w14:textId="7B7B9A00" w:rsidR="007D5977" w:rsidRPr="00BA0D30" w:rsidRDefault="00933386" w:rsidP="00B54E56">
      <w:pPr>
        <w:spacing w:after="80"/>
        <w:jc w:val="both"/>
        <w:rPr>
          <w:lang w:val="es-ES"/>
        </w:rPr>
      </w:pPr>
      <w:r w:rsidRPr="00BA0D30">
        <w:rPr>
          <w:b/>
          <w:lang w:val="es-ES"/>
        </w:rPr>
        <w:t xml:space="preserve">Art. </w:t>
      </w:r>
      <w:r w:rsidR="00FB619D" w:rsidRPr="00BA0D30">
        <w:rPr>
          <w:b/>
          <w:lang w:val="es-ES"/>
        </w:rPr>
        <w:t>23</w:t>
      </w:r>
      <w:r w:rsidRPr="00BA0D30">
        <w:rPr>
          <w:b/>
          <w:lang w:val="es-ES"/>
        </w:rPr>
        <w:t xml:space="preserve"> – </w:t>
      </w:r>
      <w:r w:rsidRPr="00BA0D30">
        <w:rPr>
          <w:lang w:val="es-ES"/>
        </w:rPr>
        <w:t>Datele cu caracter personal ale participanților (nume, prenume, CNP, serie și număr CI, data nașterii, semnătura, imaginea) sunt prelucrate de Primăria Municipiului Onești, în calitate de operator, în temeiul art. 6 alin. (1) lit. e) din Regulamentul (UE) 2016/679 (îndeplinirea unei sarcini de interes public) și, după caz, în temeiul consimțământului expres al persoanei vizate (art. 6 alin. (1) lit. a) GDPR).</w:t>
      </w:r>
    </w:p>
    <w:p w14:paraId="5576C53F" w14:textId="292EBD77" w:rsidR="007D5977" w:rsidRPr="00BA0D30" w:rsidRDefault="00933386" w:rsidP="00B54E56">
      <w:pPr>
        <w:spacing w:after="80"/>
        <w:jc w:val="both"/>
        <w:rPr>
          <w:lang w:val="es-ES"/>
        </w:rPr>
      </w:pPr>
      <w:r w:rsidRPr="00BA0D30">
        <w:rPr>
          <w:b/>
          <w:lang w:val="es-ES"/>
        </w:rPr>
        <w:t xml:space="preserve">Art. </w:t>
      </w:r>
      <w:r w:rsidR="00FB619D" w:rsidRPr="00BA0D30">
        <w:rPr>
          <w:b/>
          <w:lang w:val="es-ES"/>
        </w:rPr>
        <w:t>24</w:t>
      </w:r>
      <w:r w:rsidRPr="00BA0D30">
        <w:rPr>
          <w:b/>
          <w:lang w:val="es-ES"/>
        </w:rPr>
        <w:t xml:space="preserve"> – </w:t>
      </w:r>
      <w:r w:rsidRPr="00BA0D30">
        <w:rPr>
          <w:lang w:val="es-ES"/>
        </w:rPr>
        <w:t>Scopul prelucrării: organizarea și desfășurarea competiției, ținerea evidenței participanților, arbitraj, aplicarea regulamentului, promovarea evenimentului și publicarea rezultatelor. Datele vor fi păstrate pe durata competiției și, ulterior, conform Nomenclatorului arhivistic al Primăriei. Datele nu sunt transferate în afara Spațiului Economic European.</w:t>
      </w:r>
    </w:p>
    <w:p w14:paraId="4879EB16" w14:textId="5D75FBB1" w:rsidR="007D5977" w:rsidRPr="00BA0D30" w:rsidRDefault="00933386" w:rsidP="00B54E56">
      <w:pPr>
        <w:spacing w:after="80"/>
        <w:jc w:val="both"/>
        <w:rPr>
          <w:lang w:val="es-ES"/>
        </w:rPr>
      </w:pPr>
      <w:r w:rsidRPr="00BA0D30">
        <w:rPr>
          <w:b/>
          <w:lang w:val="es-ES"/>
        </w:rPr>
        <w:t>Art. 2</w:t>
      </w:r>
      <w:r w:rsidR="00FB619D" w:rsidRPr="00BA0D30">
        <w:rPr>
          <w:b/>
          <w:lang w:val="es-ES"/>
        </w:rPr>
        <w:t>5</w:t>
      </w:r>
      <w:r w:rsidRPr="00BA0D30">
        <w:rPr>
          <w:b/>
          <w:lang w:val="es-ES"/>
        </w:rPr>
        <w:t xml:space="preserve"> – </w:t>
      </w:r>
      <w:r w:rsidRPr="00BA0D30">
        <w:rPr>
          <w:lang w:val="es-ES"/>
        </w:rPr>
        <w:t>Participanții au dreptul de acces, rectificare, ștergere, restricționare a prelucrării, opoziție și portabilitate, precum și dreptul de a se adresa Autorității Naționale de Supraveghere a Prelucrării Datelor cu Caracter Personal (ANSPDCP). Cererile se depun la registratura Primăriei sau la adresa e-mail: primarie@onesti.ro.</w:t>
      </w:r>
    </w:p>
    <w:p w14:paraId="083C85BC" w14:textId="14C7503B" w:rsidR="007D5977" w:rsidRPr="00BA0D30" w:rsidRDefault="00933386" w:rsidP="00B54E56">
      <w:pPr>
        <w:spacing w:after="80"/>
        <w:jc w:val="both"/>
        <w:rPr>
          <w:lang w:val="es-ES"/>
        </w:rPr>
      </w:pPr>
      <w:r w:rsidRPr="00BA0D30">
        <w:rPr>
          <w:b/>
          <w:lang w:val="es-ES"/>
        </w:rPr>
        <w:t>Art. 2</w:t>
      </w:r>
      <w:r w:rsidR="00FB619D" w:rsidRPr="00BA0D30">
        <w:rPr>
          <w:b/>
          <w:lang w:val="es-ES"/>
        </w:rPr>
        <w:t>6</w:t>
      </w:r>
      <w:r w:rsidRPr="00BA0D30">
        <w:rPr>
          <w:b/>
          <w:lang w:val="es-ES"/>
        </w:rPr>
        <w:t xml:space="preserve"> – </w:t>
      </w:r>
      <w:r w:rsidRPr="00BA0D30">
        <w:rPr>
          <w:lang w:val="es-ES"/>
        </w:rPr>
        <w:t xml:space="preserve">Prin semnarea cererii de înscriere, participanții iau la cunoștință că, în cadrul competiției, vor putea fi realizate fotografii și înregistrări video în scop de promovare a evenimentului și a activității Primăriei, publicate pe site-ul instituției, pe paginile de socializare oficiale și în materiale </w:t>
      </w:r>
      <w:r w:rsidRPr="00BA0D30">
        <w:rPr>
          <w:lang w:val="es-ES"/>
        </w:rPr>
        <w:lastRenderedPageBreak/>
        <w:t>de presă. Refuzul acordării consimțământului privind dreptul la imagine se comunică în scris, la înscriere, și nu afectează dreptul de a participa la competiție.</w:t>
      </w:r>
    </w:p>
    <w:p w14:paraId="02994BCC" w14:textId="77777777" w:rsidR="00B54E56" w:rsidRPr="00BA0D30" w:rsidRDefault="00B54E56" w:rsidP="00B54E56">
      <w:pPr>
        <w:spacing w:before="160" w:after="80"/>
        <w:rPr>
          <w:b/>
          <w:lang w:val="es-ES"/>
        </w:rPr>
      </w:pPr>
    </w:p>
    <w:p w14:paraId="4DFD8004" w14:textId="77777777" w:rsidR="00B54E56" w:rsidRPr="00BA0D30" w:rsidRDefault="00B54E56" w:rsidP="00B54E56">
      <w:pPr>
        <w:spacing w:before="160" w:after="80"/>
        <w:rPr>
          <w:b/>
          <w:lang w:val="es-ES"/>
        </w:rPr>
      </w:pPr>
    </w:p>
    <w:p w14:paraId="14E32F80" w14:textId="77777777" w:rsidR="007D5977" w:rsidRPr="00BA0D30" w:rsidRDefault="00933386" w:rsidP="00B54E56">
      <w:pPr>
        <w:spacing w:before="160" w:after="80"/>
        <w:rPr>
          <w:lang w:val="es-ES"/>
        </w:rPr>
      </w:pPr>
      <w:r w:rsidRPr="00BA0D30">
        <w:rPr>
          <w:b/>
          <w:lang w:val="es-ES"/>
        </w:rPr>
        <w:t>IV. DISPOZIȚII FINALE</w:t>
      </w:r>
    </w:p>
    <w:p w14:paraId="6AA20FCC" w14:textId="4B600A91" w:rsidR="007D5977" w:rsidRPr="00BA0D30" w:rsidRDefault="00933386" w:rsidP="00B54E56">
      <w:pPr>
        <w:spacing w:after="80"/>
        <w:jc w:val="both"/>
        <w:rPr>
          <w:lang w:val="es-ES"/>
        </w:rPr>
      </w:pPr>
      <w:r w:rsidRPr="00BA0D30">
        <w:rPr>
          <w:b/>
          <w:lang w:val="es-ES"/>
        </w:rPr>
        <w:t>Art. 2</w:t>
      </w:r>
      <w:r w:rsidR="00FB619D" w:rsidRPr="00BA0D30">
        <w:rPr>
          <w:b/>
          <w:lang w:val="es-ES"/>
        </w:rPr>
        <w:t>7</w:t>
      </w:r>
      <w:r w:rsidRPr="00BA0D30">
        <w:rPr>
          <w:b/>
          <w:lang w:val="es-ES"/>
        </w:rPr>
        <w:t xml:space="preserve"> – </w:t>
      </w:r>
      <w:r w:rsidRPr="00BA0D30">
        <w:rPr>
          <w:lang w:val="es-ES"/>
        </w:rPr>
        <w:t>Contestațiile privind utilizarea jucătorilor vor fi depuse imediat după joc și consemnate în foaia de arbitraj. Cel ce depune contestație are obligația să facă dovada celor contestate cu acte sau cu 2 martori, ale căror declarații vor fi consemnate în foaia de arbitraj și pentru care sunt aplicabile dispozițiile art. 326 din Codul penal (Legea nr. 286/2009) privind infracțiunea de fals în declarații.</w:t>
      </w:r>
    </w:p>
    <w:p w14:paraId="6644FE31" w14:textId="23B76008" w:rsidR="007D5977" w:rsidRPr="00BA0D30" w:rsidRDefault="00933386" w:rsidP="00B54E56">
      <w:pPr>
        <w:spacing w:after="80"/>
        <w:jc w:val="both"/>
        <w:rPr>
          <w:lang w:val="es-ES"/>
        </w:rPr>
      </w:pPr>
      <w:r w:rsidRPr="00BA0D30">
        <w:rPr>
          <w:b/>
          <w:lang w:val="es-ES"/>
        </w:rPr>
        <w:t>Art. 2</w:t>
      </w:r>
      <w:r w:rsidR="00FB619D" w:rsidRPr="00BA0D30">
        <w:rPr>
          <w:b/>
          <w:lang w:val="es-ES"/>
        </w:rPr>
        <w:t>8</w:t>
      </w:r>
      <w:r w:rsidRPr="00BA0D30">
        <w:rPr>
          <w:b/>
          <w:lang w:val="es-ES"/>
        </w:rPr>
        <w:t xml:space="preserve"> – </w:t>
      </w:r>
      <w:r w:rsidRPr="00BA0D30">
        <w:rPr>
          <w:lang w:val="es-ES"/>
        </w:rPr>
        <w:t>Jucătorii sunt obligați să aibă asupra lor actul de identitate (carte de identitate sau, după caz, carte electronică de identitate). În caz de contestație, lipsa actului de identitate atrage descalificarea echipei.</w:t>
      </w:r>
    </w:p>
    <w:p w14:paraId="7FD88C04" w14:textId="11BB0F00" w:rsidR="007D5977" w:rsidRPr="00BA0D30" w:rsidRDefault="00933386" w:rsidP="00B54E56">
      <w:pPr>
        <w:spacing w:after="80"/>
        <w:jc w:val="both"/>
        <w:rPr>
          <w:lang w:val="es-ES"/>
        </w:rPr>
      </w:pPr>
      <w:r w:rsidRPr="00BA0D30">
        <w:rPr>
          <w:b/>
          <w:lang w:val="es-ES"/>
        </w:rPr>
        <w:t>Art. 2</w:t>
      </w:r>
      <w:r w:rsidR="00FB619D" w:rsidRPr="00BA0D30">
        <w:rPr>
          <w:b/>
          <w:lang w:val="es-ES"/>
        </w:rPr>
        <w:t>9</w:t>
      </w:r>
      <w:r w:rsidRPr="00BA0D30">
        <w:rPr>
          <w:b/>
          <w:lang w:val="es-ES"/>
        </w:rPr>
        <w:t xml:space="preserve"> – </w:t>
      </w:r>
      <w:r w:rsidRPr="00BA0D30">
        <w:rPr>
          <w:lang w:val="es-ES"/>
        </w:rPr>
        <w:t>Este interzis consumul de băuturi alcoolice, substanțe interzise, precum și fumatul pe suprafața de joc și în zonele delimitate ca nefumători. Este interzisă utilizarea substanțelor și metodelor dopante, conform Legii nr. 227/2015 privind organizarea și funcționarea Agenției Naționale Anti-Doping.</w:t>
      </w:r>
    </w:p>
    <w:p w14:paraId="31807D13" w14:textId="4FAB9D64" w:rsidR="007D5977" w:rsidRPr="00BA0D30" w:rsidRDefault="00933386" w:rsidP="00B54E56">
      <w:pPr>
        <w:spacing w:after="80"/>
        <w:jc w:val="both"/>
        <w:rPr>
          <w:lang w:val="es-ES"/>
        </w:rPr>
      </w:pPr>
      <w:r w:rsidRPr="00BA0D30">
        <w:rPr>
          <w:b/>
          <w:lang w:val="es-ES"/>
        </w:rPr>
        <w:t xml:space="preserve">Art. </w:t>
      </w:r>
      <w:r w:rsidR="00FB619D" w:rsidRPr="00BA0D30">
        <w:rPr>
          <w:b/>
          <w:lang w:val="es-ES"/>
        </w:rPr>
        <w:t>30</w:t>
      </w:r>
      <w:r w:rsidRPr="00BA0D30">
        <w:rPr>
          <w:b/>
          <w:lang w:val="es-ES"/>
        </w:rPr>
        <w:t xml:space="preserve"> – </w:t>
      </w:r>
      <w:r w:rsidRPr="00BA0D30">
        <w:rPr>
          <w:lang w:val="es-ES"/>
        </w:rPr>
        <w:t>Participanții și spectatorii au obligația de a respecta normele de prevenire și stingere a incendiilor și pe cele de protecție civilă aplicabile în incinta Stadionului CAROM, precum și in</w:t>
      </w:r>
      <w:r w:rsidR="009A6482" w:rsidRPr="00BA0D30">
        <w:rPr>
          <w:lang w:val="es-ES"/>
        </w:rPr>
        <w:t>dicațiile personalului Primariei Municipiului Onesti</w:t>
      </w:r>
      <w:r w:rsidRPr="00BA0D30">
        <w:rPr>
          <w:lang w:val="es-ES"/>
        </w:rPr>
        <w:t>.</w:t>
      </w:r>
    </w:p>
    <w:p w14:paraId="294B130D" w14:textId="07EE683B" w:rsidR="007D5977" w:rsidRPr="00BA0D30" w:rsidRDefault="00933386" w:rsidP="00B54E56">
      <w:pPr>
        <w:spacing w:after="80"/>
        <w:jc w:val="both"/>
        <w:rPr>
          <w:lang w:val="es-ES"/>
        </w:rPr>
      </w:pPr>
      <w:r w:rsidRPr="00BA0D30">
        <w:rPr>
          <w:b/>
          <w:lang w:val="es-ES"/>
        </w:rPr>
        <w:t xml:space="preserve">Art. </w:t>
      </w:r>
      <w:r w:rsidR="00FB619D" w:rsidRPr="00BA0D30">
        <w:rPr>
          <w:b/>
          <w:lang w:val="es-ES"/>
        </w:rPr>
        <w:t>31</w:t>
      </w:r>
      <w:r w:rsidRPr="00BA0D30">
        <w:rPr>
          <w:b/>
          <w:lang w:val="es-ES"/>
        </w:rPr>
        <w:t xml:space="preserve"> – </w:t>
      </w:r>
      <w:r w:rsidRPr="00BA0D30">
        <w:rPr>
          <w:lang w:val="es-ES"/>
        </w:rPr>
        <w:t>Regulile necuprinse în prezentul regulament vor fi aplicate conform Legilor Jocului emise de IFAB și a regulamentelor FRF, adaptate jocului de minifotbal. Orice alte situații apărute pe parcursul competiției vor fi soluționate prin decizia arbitrilor și a comisiei de organizare.</w:t>
      </w:r>
    </w:p>
    <w:p w14:paraId="4026A8B3" w14:textId="1FC8B34C" w:rsidR="007D5977" w:rsidRPr="00BA0D30" w:rsidRDefault="00933386" w:rsidP="00B54E56">
      <w:pPr>
        <w:spacing w:after="80"/>
        <w:jc w:val="both"/>
        <w:rPr>
          <w:lang w:val="es-ES"/>
        </w:rPr>
      </w:pPr>
      <w:r w:rsidRPr="00BA0D30">
        <w:rPr>
          <w:b/>
          <w:lang w:val="es-ES"/>
        </w:rPr>
        <w:t xml:space="preserve">Art. </w:t>
      </w:r>
      <w:r w:rsidR="00FB619D" w:rsidRPr="00BA0D30">
        <w:rPr>
          <w:b/>
          <w:lang w:val="es-ES"/>
        </w:rPr>
        <w:t>32</w:t>
      </w:r>
      <w:r w:rsidRPr="00BA0D30">
        <w:rPr>
          <w:b/>
          <w:lang w:val="es-ES"/>
        </w:rPr>
        <w:t xml:space="preserve"> – </w:t>
      </w:r>
      <w:r w:rsidRPr="00BA0D30">
        <w:rPr>
          <w:lang w:val="es-ES"/>
        </w:rPr>
        <w:t>Înscrierea în lot a jucătorilor suspendați, precum și nerespectarea condițiilor prevăzute de prezentul regulament, atrag descalificarea echipei.</w:t>
      </w:r>
    </w:p>
    <w:p w14:paraId="26229FBD" w14:textId="471D9412" w:rsidR="007D5977" w:rsidRPr="00BA0D30" w:rsidRDefault="00933386" w:rsidP="00B54E56">
      <w:pPr>
        <w:spacing w:after="80"/>
        <w:jc w:val="both"/>
        <w:rPr>
          <w:lang w:val="es-ES"/>
        </w:rPr>
      </w:pPr>
      <w:r w:rsidRPr="00BA0D30">
        <w:rPr>
          <w:b/>
          <w:lang w:val="es-ES"/>
        </w:rPr>
        <w:t xml:space="preserve">Art. </w:t>
      </w:r>
      <w:r w:rsidR="00FB619D" w:rsidRPr="00BA0D30">
        <w:rPr>
          <w:b/>
          <w:lang w:val="es-ES"/>
        </w:rPr>
        <w:t>33</w:t>
      </w:r>
      <w:r w:rsidRPr="00BA0D30">
        <w:rPr>
          <w:b/>
          <w:lang w:val="es-ES"/>
        </w:rPr>
        <w:t xml:space="preserve"> – </w:t>
      </w:r>
      <w:r w:rsidRPr="00BA0D30">
        <w:rPr>
          <w:lang w:val="es-ES"/>
        </w:rPr>
        <w:t xml:space="preserve">Jucătorii, delegații și spectatorii sunt obligați să aibă un comportament civilizat. În caz contrar, se aplică dispozițiile Legii nr. 61/1991 republicată, ale Legii nr. 4/2008 și ale </w:t>
      </w:r>
      <w:r w:rsidR="009A6482" w:rsidRPr="00BA0D30">
        <w:rPr>
          <w:lang w:val="es-ES"/>
        </w:rPr>
        <w:t xml:space="preserve">legislatiei </w:t>
      </w:r>
      <w:r w:rsidRPr="00BA0D30">
        <w:rPr>
          <w:lang w:val="es-ES"/>
        </w:rPr>
        <w:t>în vigoare.</w:t>
      </w:r>
    </w:p>
    <w:p w14:paraId="1956DECB" w14:textId="16C7F524" w:rsidR="007D5977" w:rsidRPr="00BA0D30" w:rsidRDefault="00933386" w:rsidP="00B54E56">
      <w:pPr>
        <w:spacing w:after="80"/>
        <w:jc w:val="both"/>
        <w:rPr>
          <w:lang w:val="es-ES"/>
        </w:rPr>
      </w:pPr>
      <w:r w:rsidRPr="00BA0D30">
        <w:rPr>
          <w:b/>
          <w:lang w:val="es-ES"/>
        </w:rPr>
        <w:t xml:space="preserve">Art. </w:t>
      </w:r>
      <w:r w:rsidR="00FB619D" w:rsidRPr="00BA0D30">
        <w:rPr>
          <w:b/>
          <w:lang w:val="es-ES"/>
        </w:rPr>
        <w:t>34</w:t>
      </w:r>
      <w:r w:rsidRPr="00BA0D30">
        <w:rPr>
          <w:b/>
          <w:lang w:val="es-ES"/>
        </w:rPr>
        <w:t xml:space="preserve"> – </w:t>
      </w:r>
      <w:r w:rsidRPr="00BA0D30">
        <w:rPr>
          <w:lang w:val="es-ES"/>
        </w:rPr>
        <w:t>Prezentul regulament va fi adus la cunoștință publică prin afișare la sediul Primăriei Municipiului Onești (B-dul Oituz nr. 17), pe site-ul www.onesti</w:t>
      </w:r>
      <w:r w:rsidR="009A6482" w:rsidRPr="00BA0D30">
        <w:rPr>
          <w:lang w:val="es-ES"/>
        </w:rPr>
        <w:t>2026</w:t>
      </w:r>
      <w:r w:rsidRPr="00BA0D30">
        <w:rPr>
          <w:lang w:val="es-ES"/>
        </w:rPr>
        <w:t>.ro.</w:t>
      </w:r>
    </w:p>
    <w:p w14:paraId="34ADD003" w14:textId="77777777" w:rsidR="007D5977" w:rsidRPr="00BA0D30" w:rsidRDefault="007D5977" w:rsidP="00B54E56">
      <w:pPr>
        <w:rPr>
          <w:lang w:val="es-ES"/>
        </w:rPr>
      </w:pPr>
    </w:p>
    <w:p w14:paraId="1F52B10E" w14:textId="2D88BF99" w:rsidR="007D5977" w:rsidRPr="00BA0D30" w:rsidRDefault="009A6482" w:rsidP="00B54E56">
      <w:pPr>
        <w:jc w:val="right"/>
        <w:rPr>
          <w:b/>
          <w:lang w:val="es-ES"/>
        </w:rPr>
      </w:pPr>
      <w:r w:rsidRPr="00BA0D30">
        <w:rPr>
          <w:b/>
          <w:lang w:val="es-ES"/>
        </w:rPr>
        <w:t>Intocmit, Vasilica Tufa</w:t>
      </w:r>
    </w:p>
    <w:p w14:paraId="425F3715" w14:textId="77777777" w:rsidR="00D16BD0" w:rsidRPr="00BA0D30" w:rsidRDefault="00D16BD0" w:rsidP="00B54E56">
      <w:pPr>
        <w:jc w:val="right"/>
        <w:rPr>
          <w:b/>
          <w:lang w:val="es-ES"/>
        </w:rPr>
      </w:pPr>
    </w:p>
    <w:p w14:paraId="59D10807" w14:textId="77777777" w:rsidR="00D16BD0" w:rsidRPr="00BA0D30" w:rsidRDefault="00D16BD0" w:rsidP="00B54E56">
      <w:pPr>
        <w:jc w:val="right"/>
        <w:rPr>
          <w:b/>
          <w:lang w:val="es-ES"/>
        </w:rPr>
      </w:pPr>
    </w:p>
    <w:p w14:paraId="432DE7DC" w14:textId="77777777" w:rsidR="00D16BD0" w:rsidRPr="00BA0D30" w:rsidRDefault="00D16BD0" w:rsidP="00B54E56">
      <w:pPr>
        <w:jc w:val="right"/>
        <w:rPr>
          <w:b/>
          <w:lang w:val="es-ES"/>
        </w:rPr>
      </w:pPr>
    </w:p>
    <w:p w14:paraId="1571FBA3" w14:textId="77777777" w:rsidR="00D16BD0" w:rsidRPr="00BA0D30" w:rsidRDefault="00D16BD0" w:rsidP="00B54E56">
      <w:pPr>
        <w:jc w:val="right"/>
        <w:rPr>
          <w:b/>
          <w:lang w:val="es-ES"/>
        </w:rPr>
      </w:pPr>
    </w:p>
    <w:p w14:paraId="62C2D26A" w14:textId="77777777" w:rsidR="009A6482" w:rsidRPr="00BA0D30" w:rsidRDefault="009A6482" w:rsidP="00B54E56">
      <w:pPr>
        <w:jc w:val="right"/>
        <w:rPr>
          <w:b/>
          <w:lang w:val="es-ES"/>
        </w:rPr>
      </w:pPr>
    </w:p>
    <w:p w14:paraId="50CF67E4" w14:textId="77777777" w:rsidR="00D16BD0" w:rsidRPr="00BA0D30" w:rsidRDefault="00D16BD0" w:rsidP="00B54E56">
      <w:pPr>
        <w:spacing w:before="1200" w:after="120"/>
        <w:jc w:val="center"/>
        <w:rPr>
          <w:lang w:val="es-ES"/>
        </w:rPr>
      </w:pPr>
      <w:r w:rsidRPr="00BA0D30">
        <w:rPr>
          <w:b/>
          <w:sz w:val="26"/>
          <w:lang w:val="es-ES"/>
        </w:rPr>
        <w:t>PRIMĂRIA MUNICIPIULUI ONEȘTI</w:t>
      </w:r>
    </w:p>
    <w:p w14:paraId="3FD18133" w14:textId="77777777" w:rsidR="00D16BD0" w:rsidRPr="00BA0D30" w:rsidRDefault="00D16BD0" w:rsidP="00B54E56">
      <w:pPr>
        <w:spacing w:after="400"/>
        <w:jc w:val="center"/>
        <w:rPr>
          <w:lang w:val="es-ES"/>
        </w:rPr>
      </w:pPr>
      <w:r w:rsidRPr="00BA0D30">
        <w:rPr>
          <w:b/>
          <w:lang w:val="es-ES"/>
        </w:rPr>
        <w:t>Oraș European al Sportului 2026</w:t>
      </w:r>
    </w:p>
    <w:p w14:paraId="63566687" w14:textId="77777777" w:rsidR="00D16BD0" w:rsidRPr="00BA0D30" w:rsidRDefault="00D16BD0" w:rsidP="00B54E56">
      <w:pPr>
        <w:spacing w:after="0"/>
        <w:jc w:val="center"/>
        <w:rPr>
          <w:lang w:val="es-ES"/>
        </w:rPr>
      </w:pPr>
      <w:r w:rsidRPr="00BA0D30">
        <w:rPr>
          <w:b/>
          <w:sz w:val="28"/>
          <w:lang w:val="es-ES"/>
        </w:rPr>
        <w:t>ANEXE LA REGULAMENTUL</w:t>
      </w:r>
    </w:p>
    <w:p w14:paraId="04A8438E" w14:textId="77777777" w:rsidR="00D16BD0" w:rsidRPr="00BA0D30" w:rsidRDefault="00D16BD0" w:rsidP="00B54E56">
      <w:pPr>
        <w:spacing w:after="0"/>
        <w:jc w:val="center"/>
        <w:rPr>
          <w:lang w:val="es-ES"/>
        </w:rPr>
      </w:pPr>
      <w:r w:rsidRPr="00BA0D30">
        <w:rPr>
          <w:b/>
          <w:sz w:val="28"/>
          <w:lang w:val="es-ES"/>
        </w:rPr>
        <w:t>CAMPIONATULUI MUNICIPAL DE MINIFOTBAL</w:t>
      </w:r>
    </w:p>
    <w:p w14:paraId="46345163" w14:textId="77777777" w:rsidR="00D16BD0" w:rsidRPr="00BA0D30" w:rsidRDefault="00D16BD0" w:rsidP="00B54E56">
      <w:pPr>
        <w:spacing w:after="600"/>
        <w:jc w:val="center"/>
        <w:rPr>
          <w:lang w:val="es-ES"/>
        </w:rPr>
      </w:pPr>
      <w:r w:rsidRPr="00BA0D30">
        <w:rPr>
          <w:b/>
          <w:lang w:val="es-ES"/>
        </w:rPr>
        <w:t>— EDIȚIA 2026 —</w:t>
      </w:r>
    </w:p>
    <w:p w14:paraId="602322A6" w14:textId="6B3EF12A" w:rsidR="00D16BD0" w:rsidRPr="00BA0D30" w:rsidRDefault="00D16BD0" w:rsidP="00B54E56">
      <w:pPr>
        <w:spacing w:after="240"/>
        <w:jc w:val="both"/>
        <w:rPr>
          <w:lang w:val="es-ES"/>
        </w:rPr>
      </w:pPr>
      <w:r w:rsidRPr="00BA0D30">
        <w:rPr>
          <w:lang w:val="es-ES"/>
        </w:rPr>
        <w:t>Prezentul document conține formularele necesare punerii în aplicare a Regulamentului Campionatului Municipal de Minifotbal, ediția 2026,</w:t>
      </w:r>
      <w:r w:rsidR="009A6482" w:rsidRPr="00BA0D30">
        <w:rPr>
          <w:lang w:val="es-ES"/>
        </w:rPr>
        <w:t xml:space="preserve"> aprobat prin H.C.L. Onești nr. 147/30.07.2026</w:t>
      </w:r>
      <w:r w:rsidRPr="00BA0D30">
        <w:rPr>
          <w:lang w:val="es-ES"/>
        </w:rPr>
        <w:t>.</w:t>
      </w:r>
    </w:p>
    <w:p w14:paraId="3EF5126C" w14:textId="77777777" w:rsidR="00D16BD0" w:rsidRPr="00BA0D30" w:rsidRDefault="00D16BD0" w:rsidP="00B54E56">
      <w:pPr>
        <w:spacing w:after="120"/>
        <w:rPr>
          <w:lang w:val="es-ES"/>
        </w:rPr>
      </w:pPr>
      <w:r w:rsidRPr="00BA0D30">
        <w:rPr>
          <w:b/>
          <w:lang w:val="es-ES"/>
        </w:rPr>
        <w:t>Cuprins:</w:t>
      </w:r>
    </w:p>
    <w:p w14:paraId="5AD08416" w14:textId="77777777" w:rsidR="00D16BD0" w:rsidRPr="00BA0D30" w:rsidRDefault="00D16BD0" w:rsidP="00B54E56">
      <w:pPr>
        <w:spacing w:after="40"/>
        <w:rPr>
          <w:lang w:val="es-ES"/>
        </w:rPr>
      </w:pPr>
      <w:r w:rsidRPr="00BA0D30">
        <w:rPr>
          <w:lang w:val="es-ES"/>
        </w:rPr>
        <w:t>Anexa nr. 1 – Cererea de înscriere a echipei</w:t>
      </w:r>
    </w:p>
    <w:p w14:paraId="0C682B71" w14:textId="77777777" w:rsidR="00D16BD0" w:rsidRPr="00BA0D30" w:rsidRDefault="00D16BD0" w:rsidP="00B54E56">
      <w:pPr>
        <w:spacing w:after="40"/>
        <w:rPr>
          <w:lang w:val="es-ES"/>
        </w:rPr>
      </w:pPr>
      <w:r w:rsidRPr="00BA0D30">
        <w:rPr>
          <w:lang w:val="es-ES"/>
        </w:rPr>
        <w:t>Anexa nr. 2 – Declarația pe propria răspundere a jucătorului (sănătate + asumare regulament)</w:t>
      </w:r>
    </w:p>
    <w:p w14:paraId="135753AA" w14:textId="77777777" w:rsidR="00D16BD0" w:rsidRPr="00BA0D30" w:rsidRDefault="00D16BD0" w:rsidP="00B54E56">
      <w:pPr>
        <w:spacing w:after="40"/>
        <w:rPr>
          <w:lang w:val="es-ES"/>
        </w:rPr>
      </w:pPr>
      <w:r w:rsidRPr="00BA0D30">
        <w:rPr>
          <w:lang w:val="es-ES"/>
        </w:rPr>
        <w:t>Anexa nr. 3 – Informarea privind prelucrarea datelor cu caracter personal (GDPR)</w:t>
      </w:r>
    </w:p>
    <w:p w14:paraId="18314A6C" w14:textId="77777777" w:rsidR="00D16BD0" w:rsidRPr="00BA0D30" w:rsidRDefault="00D16BD0" w:rsidP="00B54E56">
      <w:pPr>
        <w:spacing w:after="40"/>
        <w:rPr>
          <w:lang w:val="es-ES"/>
        </w:rPr>
      </w:pPr>
      <w:r w:rsidRPr="00BA0D30">
        <w:rPr>
          <w:lang w:val="es-ES"/>
        </w:rPr>
        <w:t>Anexa nr. 4 – Consimțământul pentru prelucrarea datelor și utilizarea imaginii</w:t>
      </w:r>
    </w:p>
    <w:p w14:paraId="3600C469" w14:textId="77777777" w:rsidR="00D16BD0" w:rsidRPr="00BA0D30" w:rsidRDefault="00D16BD0" w:rsidP="00B54E56">
      <w:pPr>
        <w:spacing w:after="40"/>
        <w:rPr>
          <w:lang w:val="es-ES"/>
        </w:rPr>
      </w:pPr>
      <w:r w:rsidRPr="00BA0D30">
        <w:rPr>
          <w:lang w:val="es-ES"/>
        </w:rPr>
        <w:t>Anexa nr. 5 – Foaia de arbitraj (match sheet)</w:t>
      </w:r>
    </w:p>
    <w:p w14:paraId="567BCC4E" w14:textId="77777777" w:rsidR="00D16BD0" w:rsidRPr="00BA0D30" w:rsidRDefault="00D16BD0" w:rsidP="00B54E56">
      <w:pPr>
        <w:spacing w:after="40"/>
        <w:rPr>
          <w:lang w:val="es-ES"/>
        </w:rPr>
      </w:pPr>
      <w:r w:rsidRPr="00BA0D30">
        <w:rPr>
          <w:lang w:val="es-ES"/>
        </w:rPr>
        <w:t>Anexa nr. 6 – Formularul de contestație</w:t>
      </w:r>
    </w:p>
    <w:p w14:paraId="6659B635" w14:textId="77777777" w:rsidR="00D16BD0" w:rsidRPr="00BA0D30" w:rsidRDefault="00D16BD0" w:rsidP="00B54E56">
      <w:pPr>
        <w:spacing w:after="40"/>
        <w:rPr>
          <w:lang w:val="es-ES"/>
        </w:rPr>
      </w:pPr>
      <w:r w:rsidRPr="00BA0D30">
        <w:rPr>
          <w:lang w:val="es-ES"/>
        </w:rPr>
        <w:t>Anexa nr. 7 – Procesul-verbal de constatare a abaterilor disciplinare</w:t>
      </w:r>
    </w:p>
    <w:p w14:paraId="1AB00259" w14:textId="77777777" w:rsidR="00D16BD0" w:rsidRPr="00BA0D30" w:rsidRDefault="00D16BD0" w:rsidP="00B54E56">
      <w:pPr>
        <w:rPr>
          <w:lang w:val="es-ES"/>
        </w:rPr>
      </w:pPr>
      <w:r w:rsidRPr="00BA0D30">
        <w:rPr>
          <w:lang w:val="es-ES"/>
        </w:rPr>
        <w:br w:type="page"/>
      </w:r>
    </w:p>
    <w:p w14:paraId="6D56C3CE" w14:textId="77777777" w:rsidR="00D16BD0" w:rsidRPr="00BA0D30" w:rsidRDefault="00D16BD0" w:rsidP="00B54E56">
      <w:pPr>
        <w:rPr>
          <w:lang w:val="es-ES"/>
        </w:rPr>
      </w:pPr>
      <w:r w:rsidRPr="00BA0D30">
        <w:rPr>
          <w:b/>
          <w:lang w:val="es-ES"/>
        </w:rPr>
        <w:lastRenderedPageBreak/>
        <w:t>PRIMĂRIA MUNICIPIULUI ONEȘTI</w:t>
      </w:r>
    </w:p>
    <w:p w14:paraId="34A2ADDF" w14:textId="77777777" w:rsidR="00D16BD0" w:rsidRPr="00BA0D30" w:rsidRDefault="00D16BD0" w:rsidP="00B54E56">
      <w:pPr>
        <w:rPr>
          <w:lang w:val="es-ES"/>
        </w:rPr>
      </w:pPr>
      <w:r w:rsidRPr="00BA0D30">
        <w:rPr>
          <w:i/>
          <w:sz w:val="20"/>
          <w:lang w:val="es-ES"/>
        </w:rPr>
        <w:t>Campionatul Municipal de Minifotbal – Ediția 2026</w:t>
      </w:r>
    </w:p>
    <w:p w14:paraId="5FF51D8D" w14:textId="77777777" w:rsidR="00D16BD0" w:rsidRPr="00BA0D30" w:rsidRDefault="00D16BD0" w:rsidP="00B54E56">
      <w:pPr>
        <w:spacing w:after="0"/>
        <w:jc w:val="center"/>
        <w:rPr>
          <w:lang w:val="es-ES"/>
        </w:rPr>
      </w:pPr>
      <w:r w:rsidRPr="00BA0D30">
        <w:rPr>
          <w:b/>
          <w:lang w:val="es-ES"/>
        </w:rPr>
        <w:t>Anexa nr. 1</w:t>
      </w:r>
    </w:p>
    <w:p w14:paraId="597B8662" w14:textId="77777777" w:rsidR="00D16BD0" w:rsidRPr="00BA0D30" w:rsidRDefault="00D16BD0" w:rsidP="00B54E56">
      <w:pPr>
        <w:spacing w:after="280"/>
        <w:jc w:val="center"/>
        <w:rPr>
          <w:lang w:val="es-ES"/>
        </w:rPr>
      </w:pPr>
      <w:r w:rsidRPr="00BA0D30">
        <w:rPr>
          <w:b/>
          <w:sz w:val="26"/>
          <w:lang w:val="es-ES"/>
        </w:rPr>
        <w:t>CERERE DE ÎNSCRIERE A ECHIPEI</w:t>
      </w:r>
    </w:p>
    <w:p w14:paraId="72DF4779" w14:textId="48984441" w:rsidR="00D16BD0" w:rsidRPr="00BA0D30" w:rsidRDefault="00D16BD0" w:rsidP="00B54E56">
      <w:pPr>
        <w:jc w:val="both"/>
        <w:rPr>
          <w:lang w:val="es-ES"/>
        </w:rPr>
      </w:pPr>
      <w:r w:rsidRPr="00BA0D30">
        <w:rPr>
          <w:lang w:val="es-ES"/>
        </w:rPr>
        <w:t>Subsemnatul/</w:t>
      </w:r>
      <w:proofErr w:type="gramStart"/>
      <w:r w:rsidRPr="00BA0D30">
        <w:rPr>
          <w:lang w:val="es-ES"/>
        </w:rPr>
        <w:t>a</w:t>
      </w:r>
      <w:r w:rsidR="009A6482" w:rsidRPr="00BA0D30">
        <w:rPr>
          <w:lang w:val="es-ES"/>
        </w:rPr>
        <w:t xml:space="preserve"> </w:t>
      </w:r>
      <w:r w:rsidRPr="00BA0D30">
        <w:rPr>
          <w:lang w:val="es-ES"/>
        </w:rPr>
        <w:t>................................................................................</w:t>
      </w:r>
      <w:proofErr w:type="gramEnd"/>
      <w:r w:rsidRPr="00BA0D30">
        <w:rPr>
          <w:lang w:val="es-ES"/>
        </w:rPr>
        <w:t xml:space="preserve">, domiciliat/ă în ....................................................................................., CNP |__|__|__|__|__|__|__|__|__|__|__|__|__|, act de identitate seria ........ </w:t>
      </w:r>
      <w:proofErr w:type="gramStart"/>
      <w:r w:rsidRPr="00BA0D30">
        <w:rPr>
          <w:lang w:val="es-ES"/>
        </w:rPr>
        <w:t>nr</w:t>
      </w:r>
      <w:proofErr w:type="gramEnd"/>
      <w:r w:rsidRPr="00BA0D30">
        <w:rPr>
          <w:lang w:val="es-ES"/>
        </w:rPr>
        <w:t xml:space="preserve">. ...................., </w:t>
      </w:r>
      <w:proofErr w:type="gramStart"/>
      <w:r w:rsidRPr="00BA0D30">
        <w:rPr>
          <w:lang w:val="es-ES"/>
        </w:rPr>
        <w:t>telefon .......................................</w:t>
      </w:r>
      <w:proofErr w:type="gramEnd"/>
      <w:r w:rsidRPr="00BA0D30">
        <w:rPr>
          <w:lang w:val="es-ES"/>
        </w:rPr>
        <w:t>, e-mail ..............................................................., în calitate de DELEGAT al echipei denumite mai jos, solicit înscrierea acesteia în Campionatul Municipal de Minifotbal, ediția 2026.</w:t>
      </w:r>
    </w:p>
    <w:p w14:paraId="7AC5E00B" w14:textId="77777777" w:rsidR="00D16BD0" w:rsidRPr="00BA0D30" w:rsidRDefault="00D16BD0" w:rsidP="00B54E56">
      <w:pPr>
        <w:spacing w:after="80"/>
        <w:rPr>
          <w:lang w:val="es-ES"/>
        </w:rPr>
      </w:pPr>
      <w:r w:rsidRPr="00BA0D30">
        <w:rPr>
          <w:b/>
          <w:lang w:val="es-ES"/>
        </w:rPr>
        <w:t>DATE DESPRE ECHIPĂ</w:t>
      </w:r>
    </w:p>
    <w:p w14:paraId="14310634" w14:textId="77777777" w:rsidR="00D16BD0" w:rsidRPr="00BA0D30" w:rsidRDefault="00D16BD0" w:rsidP="00B54E56">
      <w:pPr>
        <w:spacing w:after="80"/>
        <w:rPr>
          <w:lang w:val="es-ES"/>
        </w:rPr>
      </w:pPr>
      <w:r w:rsidRPr="00BA0D30">
        <w:rPr>
          <w:b/>
          <w:lang w:val="es-ES"/>
        </w:rPr>
        <w:t xml:space="preserve">Denumirea echipei: </w:t>
      </w:r>
      <w:r w:rsidRPr="00BA0D30">
        <w:rPr>
          <w:lang w:val="es-ES"/>
        </w:rPr>
        <w:t>............................................................</w:t>
      </w:r>
    </w:p>
    <w:p w14:paraId="37C7A446" w14:textId="77777777" w:rsidR="00D16BD0" w:rsidRPr="00BA0D30" w:rsidRDefault="00D16BD0" w:rsidP="00B54E56">
      <w:pPr>
        <w:spacing w:after="80"/>
        <w:rPr>
          <w:lang w:val="es-ES"/>
        </w:rPr>
      </w:pPr>
      <w:r w:rsidRPr="00BA0D30">
        <w:rPr>
          <w:b/>
          <w:lang w:val="es-ES"/>
        </w:rPr>
        <w:t xml:space="preserve">Culorile echipamentului (tricou / short): </w:t>
      </w:r>
      <w:r w:rsidRPr="00BA0D30">
        <w:rPr>
          <w:lang w:val="es-ES"/>
        </w:rPr>
        <w:t>............................................................</w:t>
      </w:r>
    </w:p>
    <w:p w14:paraId="00F5F1CB" w14:textId="77777777" w:rsidR="00D16BD0" w:rsidRPr="00BA0D30" w:rsidRDefault="00D16BD0" w:rsidP="00B54E56">
      <w:pPr>
        <w:spacing w:after="80"/>
        <w:rPr>
          <w:lang w:val="es-ES"/>
        </w:rPr>
      </w:pPr>
      <w:r w:rsidRPr="00BA0D30">
        <w:rPr>
          <w:b/>
          <w:lang w:val="es-ES"/>
        </w:rPr>
        <w:t xml:space="preserve">Numele căpitanului de echipă: </w:t>
      </w:r>
      <w:r w:rsidRPr="00BA0D30">
        <w:rPr>
          <w:lang w:val="es-ES"/>
        </w:rPr>
        <w:t>............................................................</w:t>
      </w:r>
    </w:p>
    <w:p w14:paraId="76499C7C" w14:textId="77777777" w:rsidR="00D16BD0" w:rsidRPr="00BA0D30" w:rsidRDefault="00D16BD0" w:rsidP="00B54E56">
      <w:pPr>
        <w:spacing w:after="80"/>
      </w:pPr>
      <w:r w:rsidRPr="00BA0D30">
        <w:rPr>
          <w:b/>
        </w:rPr>
        <w:t xml:space="preserve">Persoană de rezervă (delegat supleant): </w:t>
      </w:r>
      <w:r w:rsidRPr="00BA0D30">
        <w:t>............................................................</w:t>
      </w:r>
    </w:p>
    <w:p w14:paraId="0105338B" w14:textId="77777777" w:rsidR="00D16BD0" w:rsidRPr="00BA0D30" w:rsidRDefault="00D16BD0" w:rsidP="00B54E56">
      <w:pPr>
        <w:spacing w:after="80"/>
      </w:pPr>
      <w:r w:rsidRPr="00BA0D30">
        <w:rPr>
          <w:b/>
        </w:rPr>
        <w:t xml:space="preserve">Telefon delegat supleant: </w:t>
      </w:r>
      <w:r w:rsidRPr="00BA0D30">
        <w:t>............................................................</w:t>
      </w:r>
    </w:p>
    <w:p w14:paraId="3F970921" w14:textId="77777777" w:rsidR="00D16BD0" w:rsidRPr="00BA0D30" w:rsidRDefault="00D16BD0" w:rsidP="00B54E56">
      <w:pPr>
        <w:spacing w:after="80"/>
      </w:pPr>
    </w:p>
    <w:p w14:paraId="20460238" w14:textId="77777777" w:rsidR="00D16BD0" w:rsidRPr="00BA0D30" w:rsidRDefault="00D16BD0" w:rsidP="00B54E56">
      <w:pPr>
        <w:spacing w:after="120"/>
      </w:pPr>
      <w:r w:rsidRPr="00BA0D30">
        <w:rPr>
          <w:b/>
        </w:rPr>
        <w:t>LOTUL DE JUCĂTORI (minim 6, maxim 12)</w:t>
      </w:r>
    </w:p>
    <w:tbl>
      <w:tblPr>
        <w:tblStyle w:val="TableGrid"/>
        <w:tblW w:w="0" w:type="auto"/>
        <w:tblLook w:val="04A0" w:firstRow="1" w:lastRow="0" w:firstColumn="1" w:lastColumn="0" w:noHBand="0" w:noVBand="1"/>
      </w:tblPr>
      <w:tblGrid>
        <w:gridCol w:w="567"/>
        <w:gridCol w:w="2721"/>
        <w:gridCol w:w="1814"/>
        <w:gridCol w:w="1304"/>
        <w:gridCol w:w="907"/>
        <w:gridCol w:w="1757"/>
      </w:tblGrid>
      <w:tr w:rsidR="00BA0D30" w:rsidRPr="00BA0D30" w14:paraId="5F571A6C" w14:textId="77777777" w:rsidTr="005F5492">
        <w:tc>
          <w:tcPr>
            <w:tcW w:w="567" w:type="dxa"/>
            <w:shd w:val="clear" w:color="auto" w:fill="E8E8E8"/>
          </w:tcPr>
          <w:p w14:paraId="38CFEB5F" w14:textId="77777777" w:rsidR="00D16BD0" w:rsidRPr="00BA0D30" w:rsidRDefault="00D16BD0" w:rsidP="00B54E56">
            <w:pPr>
              <w:jc w:val="center"/>
            </w:pPr>
            <w:r w:rsidRPr="00BA0D30">
              <w:rPr>
                <w:b/>
                <w:sz w:val="20"/>
              </w:rPr>
              <w:t>Nr.</w:t>
            </w:r>
          </w:p>
        </w:tc>
        <w:tc>
          <w:tcPr>
            <w:tcW w:w="2721" w:type="dxa"/>
            <w:shd w:val="clear" w:color="auto" w:fill="E8E8E8"/>
          </w:tcPr>
          <w:p w14:paraId="1B856ADD" w14:textId="77777777" w:rsidR="00D16BD0" w:rsidRPr="00BA0D30" w:rsidRDefault="00D16BD0" w:rsidP="00B54E56">
            <w:pPr>
              <w:jc w:val="center"/>
            </w:pPr>
            <w:r w:rsidRPr="00BA0D30">
              <w:rPr>
                <w:b/>
                <w:sz w:val="20"/>
              </w:rPr>
              <w:t>Nume și prenume</w:t>
            </w:r>
          </w:p>
        </w:tc>
        <w:tc>
          <w:tcPr>
            <w:tcW w:w="1814" w:type="dxa"/>
            <w:shd w:val="clear" w:color="auto" w:fill="E8E8E8"/>
          </w:tcPr>
          <w:p w14:paraId="68616178" w14:textId="77777777" w:rsidR="00D16BD0" w:rsidRPr="00BA0D30" w:rsidRDefault="00D16BD0" w:rsidP="00B54E56">
            <w:pPr>
              <w:jc w:val="center"/>
            </w:pPr>
            <w:r w:rsidRPr="00BA0D30">
              <w:rPr>
                <w:b/>
                <w:sz w:val="20"/>
              </w:rPr>
              <w:t>CNP</w:t>
            </w:r>
          </w:p>
        </w:tc>
        <w:tc>
          <w:tcPr>
            <w:tcW w:w="1304" w:type="dxa"/>
            <w:shd w:val="clear" w:color="auto" w:fill="E8E8E8"/>
          </w:tcPr>
          <w:p w14:paraId="7AE539D7" w14:textId="77777777" w:rsidR="00D16BD0" w:rsidRPr="00BA0D30" w:rsidRDefault="00D16BD0" w:rsidP="00B54E56">
            <w:pPr>
              <w:jc w:val="center"/>
            </w:pPr>
            <w:r w:rsidRPr="00BA0D30">
              <w:rPr>
                <w:b/>
                <w:sz w:val="20"/>
              </w:rPr>
              <w:t>Seria/nr. CI</w:t>
            </w:r>
          </w:p>
        </w:tc>
        <w:tc>
          <w:tcPr>
            <w:tcW w:w="907" w:type="dxa"/>
            <w:shd w:val="clear" w:color="auto" w:fill="E8E8E8"/>
          </w:tcPr>
          <w:p w14:paraId="46E8F9F8" w14:textId="77777777" w:rsidR="00D16BD0" w:rsidRPr="00BA0D30" w:rsidRDefault="00D16BD0" w:rsidP="00B54E56">
            <w:pPr>
              <w:jc w:val="center"/>
            </w:pPr>
            <w:r w:rsidRPr="00BA0D30">
              <w:rPr>
                <w:b/>
                <w:sz w:val="20"/>
              </w:rPr>
              <w:t>Nr. tricou</w:t>
            </w:r>
          </w:p>
        </w:tc>
        <w:tc>
          <w:tcPr>
            <w:tcW w:w="1757" w:type="dxa"/>
            <w:shd w:val="clear" w:color="auto" w:fill="E8E8E8"/>
          </w:tcPr>
          <w:p w14:paraId="72CA8B83" w14:textId="77777777" w:rsidR="00D16BD0" w:rsidRPr="00BA0D30" w:rsidRDefault="00D16BD0" w:rsidP="00B54E56">
            <w:pPr>
              <w:jc w:val="center"/>
            </w:pPr>
            <w:r w:rsidRPr="00BA0D30">
              <w:rPr>
                <w:b/>
                <w:sz w:val="20"/>
              </w:rPr>
              <w:t>Semnătura</w:t>
            </w:r>
          </w:p>
        </w:tc>
      </w:tr>
      <w:tr w:rsidR="00BA0D30" w:rsidRPr="00BA0D30" w14:paraId="01A9990F" w14:textId="77777777" w:rsidTr="005F5492">
        <w:tc>
          <w:tcPr>
            <w:tcW w:w="567" w:type="dxa"/>
          </w:tcPr>
          <w:p w14:paraId="2B9D8890" w14:textId="77777777" w:rsidR="00D16BD0" w:rsidRPr="00BA0D30" w:rsidRDefault="00D16BD0" w:rsidP="00B54E56">
            <w:pPr>
              <w:jc w:val="center"/>
            </w:pPr>
            <w:r w:rsidRPr="00BA0D30">
              <w:t>1</w:t>
            </w:r>
          </w:p>
        </w:tc>
        <w:tc>
          <w:tcPr>
            <w:tcW w:w="2721" w:type="dxa"/>
          </w:tcPr>
          <w:p w14:paraId="558CC24B" w14:textId="77777777" w:rsidR="00D16BD0" w:rsidRPr="00BA0D30" w:rsidRDefault="00D16BD0" w:rsidP="00B54E56"/>
        </w:tc>
        <w:tc>
          <w:tcPr>
            <w:tcW w:w="1814" w:type="dxa"/>
          </w:tcPr>
          <w:p w14:paraId="1406AA1D" w14:textId="77777777" w:rsidR="00D16BD0" w:rsidRPr="00BA0D30" w:rsidRDefault="00D16BD0" w:rsidP="00B54E56"/>
        </w:tc>
        <w:tc>
          <w:tcPr>
            <w:tcW w:w="1304" w:type="dxa"/>
          </w:tcPr>
          <w:p w14:paraId="5EB8DF78" w14:textId="77777777" w:rsidR="00D16BD0" w:rsidRPr="00BA0D30" w:rsidRDefault="00D16BD0" w:rsidP="00B54E56"/>
        </w:tc>
        <w:tc>
          <w:tcPr>
            <w:tcW w:w="907" w:type="dxa"/>
          </w:tcPr>
          <w:p w14:paraId="7561DCA0" w14:textId="77777777" w:rsidR="00D16BD0" w:rsidRPr="00BA0D30" w:rsidRDefault="00D16BD0" w:rsidP="00B54E56"/>
        </w:tc>
        <w:tc>
          <w:tcPr>
            <w:tcW w:w="1757" w:type="dxa"/>
          </w:tcPr>
          <w:p w14:paraId="4659E4C1" w14:textId="77777777" w:rsidR="00D16BD0" w:rsidRPr="00BA0D30" w:rsidRDefault="00D16BD0" w:rsidP="00B54E56"/>
        </w:tc>
      </w:tr>
      <w:tr w:rsidR="00BA0D30" w:rsidRPr="00BA0D30" w14:paraId="52C0B6CD" w14:textId="77777777" w:rsidTr="005F5492">
        <w:tc>
          <w:tcPr>
            <w:tcW w:w="567" w:type="dxa"/>
          </w:tcPr>
          <w:p w14:paraId="626178DD" w14:textId="77777777" w:rsidR="00D16BD0" w:rsidRPr="00BA0D30" w:rsidRDefault="00D16BD0" w:rsidP="00B54E56">
            <w:pPr>
              <w:jc w:val="center"/>
            </w:pPr>
            <w:r w:rsidRPr="00BA0D30">
              <w:t>2</w:t>
            </w:r>
          </w:p>
        </w:tc>
        <w:tc>
          <w:tcPr>
            <w:tcW w:w="2721" w:type="dxa"/>
          </w:tcPr>
          <w:p w14:paraId="50669AC4" w14:textId="77777777" w:rsidR="00D16BD0" w:rsidRPr="00BA0D30" w:rsidRDefault="00D16BD0" w:rsidP="00B54E56"/>
        </w:tc>
        <w:tc>
          <w:tcPr>
            <w:tcW w:w="1814" w:type="dxa"/>
          </w:tcPr>
          <w:p w14:paraId="0B4C2666" w14:textId="77777777" w:rsidR="00D16BD0" w:rsidRPr="00BA0D30" w:rsidRDefault="00D16BD0" w:rsidP="00B54E56"/>
        </w:tc>
        <w:tc>
          <w:tcPr>
            <w:tcW w:w="1304" w:type="dxa"/>
          </w:tcPr>
          <w:p w14:paraId="0369DEB1" w14:textId="77777777" w:rsidR="00D16BD0" w:rsidRPr="00BA0D30" w:rsidRDefault="00D16BD0" w:rsidP="00B54E56"/>
        </w:tc>
        <w:tc>
          <w:tcPr>
            <w:tcW w:w="907" w:type="dxa"/>
          </w:tcPr>
          <w:p w14:paraId="0F90D24B" w14:textId="77777777" w:rsidR="00D16BD0" w:rsidRPr="00BA0D30" w:rsidRDefault="00D16BD0" w:rsidP="00B54E56"/>
        </w:tc>
        <w:tc>
          <w:tcPr>
            <w:tcW w:w="1757" w:type="dxa"/>
          </w:tcPr>
          <w:p w14:paraId="41E03E3E" w14:textId="77777777" w:rsidR="00D16BD0" w:rsidRPr="00BA0D30" w:rsidRDefault="00D16BD0" w:rsidP="00B54E56"/>
        </w:tc>
      </w:tr>
      <w:tr w:rsidR="00BA0D30" w:rsidRPr="00BA0D30" w14:paraId="5E939BAD" w14:textId="77777777" w:rsidTr="005F5492">
        <w:tc>
          <w:tcPr>
            <w:tcW w:w="567" w:type="dxa"/>
          </w:tcPr>
          <w:p w14:paraId="4631ADFD" w14:textId="77777777" w:rsidR="00D16BD0" w:rsidRPr="00BA0D30" w:rsidRDefault="00D16BD0" w:rsidP="00B54E56">
            <w:pPr>
              <w:jc w:val="center"/>
            </w:pPr>
            <w:r w:rsidRPr="00BA0D30">
              <w:t>3</w:t>
            </w:r>
          </w:p>
        </w:tc>
        <w:tc>
          <w:tcPr>
            <w:tcW w:w="2721" w:type="dxa"/>
          </w:tcPr>
          <w:p w14:paraId="7AECA2BD" w14:textId="77777777" w:rsidR="00D16BD0" w:rsidRPr="00BA0D30" w:rsidRDefault="00D16BD0" w:rsidP="00B54E56"/>
        </w:tc>
        <w:tc>
          <w:tcPr>
            <w:tcW w:w="1814" w:type="dxa"/>
          </w:tcPr>
          <w:p w14:paraId="632C3913" w14:textId="77777777" w:rsidR="00D16BD0" w:rsidRPr="00BA0D30" w:rsidRDefault="00D16BD0" w:rsidP="00B54E56"/>
        </w:tc>
        <w:tc>
          <w:tcPr>
            <w:tcW w:w="1304" w:type="dxa"/>
          </w:tcPr>
          <w:p w14:paraId="32967707" w14:textId="77777777" w:rsidR="00D16BD0" w:rsidRPr="00BA0D30" w:rsidRDefault="00D16BD0" w:rsidP="00B54E56"/>
        </w:tc>
        <w:tc>
          <w:tcPr>
            <w:tcW w:w="907" w:type="dxa"/>
          </w:tcPr>
          <w:p w14:paraId="51611B50" w14:textId="77777777" w:rsidR="00D16BD0" w:rsidRPr="00BA0D30" w:rsidRDefault="00D16BD0" w:rsidP="00B54E56"/>
        </w:tc>
        <w:tc>
          <w:tcPr>
            <w:tcW w:w="1757" w:type="dxa"/>
          </w:tcPr>
          <w:p w14:paraId="1561A8C0" w14:textId="77777777" w:rsidR="00D16BD0" w:rsidRPr="00BA0D30" w:rsidRDefault="00D16BD0" w:rsidP="00B54E56"/>
        </w:tc>
      </w:tr>
      <w:tr w:rsidR="00BA0D30" w:rsidRPr="00BA0D30" w14:paraId="08881F06" w14:textId="77777777" w:rsidTr="005F5492">
        <w:tc>
          <w:tcPr>
            <w:tcW w:w="567" w:type="dxa"/>
          </w:tcPr>
          <w:p w14:paraId="5FC81217" w14:textId="77777777" w:rsidR="00D16BD0" w:rsidRPr="00BA0D30" w:rsidRDefault="00D16BD0" w:rsidP="00B54E56">
            <w:pPr>
              <w:jc w:val="center"/>
            </w:pPr>
            <w:r w:rsidRPr="00BA0D30">
              <w:t>4</w:t>
            </w:r>
          </w:p>
        </w:tc>
        <w:tc>
          <w:tcPr>
            <w:tcW w:w="2721" w:type="dxa"/>
          </w:tcPr>
          <w:p w14:paraId="196AD8D2" w14:textId="77777777" w:rsidR="00D16BD0" w:rsidRPr="00BA0D30" w:rsidRDefault="00D16BD0" w:rsidP="00B54E56"/>
        </w:tc>
        <w:tc>
          <w:tcPr>
            <w:tcW w:w="1814" w:type="dxa"/>
          </w:tcPr>
          <w:p w14:paraId="330CA950" w14:textId="77777777" w:rsidR="00D16BD0" w:rsidRPr="00BA0D30" w:rsidRDefault="00D16BD0" w:rsidP="00B54E56"/>
        </w:tc>
        <w:tc>
          <w:tcPr>
            <w:tcW w:w="1304" w:type="dxa"/>
          </w:tcPr>
          <w:p w14:paraId="07C81E4F" w14:textId="77777777" w:rsidR="00D16BD0" w:rsidRPr="00BA0D30" w:rsidRDefault="00D16BD0" w:rsidP="00B54E56"/>
        </w:tc>
        <w:tc>
          <w:tcPr>
            <w:tcW w:w="907" w:type="dxa"/>
          </w:tcPr>
          <w:p w14:paraId="233F71AD" w14:textId="77777777" w:rsidR="00D16BD0" w:rsidRPr="00BA0D30" w:rsidRDefault="00D16BD0" w:rsidP="00B54E56"/>
        </w:tc>
        <w:tc>
          <w:tcPr>
            <w:tcW w:w="1757" w:type="dxa"/>
          </w:tcPr>
          <w:p w14:paraId="53F8BD6F" w14:textId="77777777" w:rsidR="00D16BD0" w:rsidRPr="00BA0D30" w:rsidRDefault="00D16BD0" w:rsidP="00B54E56"/>
        </w:tc>
      </w:tr>
      <w:tr w:rsidR="00BA0D30" w:rsidRPr="00BA0D30" w14:paraId="548DCC3B" w14:textId="77777777" w:rsidTr="005F5492">
        <w:tc>
          <w:tcPr>
            <w:tcW w:w="567" w:type="dxa"/>
          </w:tcPr>
          <w:p w14:paraId="691AD888" w14:textId="77777777" w:rsidR="00D16BD0" w:rsidRPr="00BA0D30" w:rsidRDefault="00D16BD0" w:rsidP="00B54E56">
            <w:pPr>
              <w:jc w:val="center"/>
            </w:pPr>
            <w:r w:rsidRPr="00BA0D30">
              <w:t>5</w:t>
            </w:r>
          </w:p>
        </w:tc>
        <w:tc>
          <w:tcPr>
            <w:tcW w:w="2721" w:type="dxa"/>
          </w:tcPr>
          <w:p w14:paraId="45F1D1D1" w14:textId="77777777" w:rsidR="00D16BD0" w:rsidRPr="00BA0D30" w:rsidRDefault="00D16BD0" w:rsidP="00B54E56"/>
        </w:tc>
        <w:tc>
          <w:tcPr>
            <w:tcW w:w="1814" w:type="dxa"/>
          </w:tcPr>
          <w:p w14:paraId="690B14CB" w14:textId="77777777" w:rsidR="00D16BD0" w:rsidRPr="00BA0D30" w:rsidRDefault="00D16BD0" w:rsidP="00B54E56"/>
        </w:tc>
        <w:tc>
          <w:tcPr>
            <w:tcW w:w="1304" w:type="dxa"/>
          </w:tcPr>
          <w:p w14:paraId="69298FBA" w14:textId="77777777" w:rsidR="00D16BD0" w:rsidRPr="00BA0D30" w:rsidRDefault="00D16BD0" w:rsidP="00B54E56"/>
        </w:tc>
        <w:tc>
          <w:tcPr>
            <w:tcW w:w="907" w:type="dxa"/>
          </w:tcPr>
          <w:p w14:paraId="7A7BC68E" w14:textId="77777777" w:rsidR="00D16BD0" w:rsidRPr="00BA0D30" w:rsidRDefault="00D16BD0" w:rsidP="00B54E56"/>
        </w:tc>
        <w:tc>
          <w:tcPr>
            <w:tcW w:w="1757" w:type="dxa"/>
          </w:tcPr>
          <w:p w14:paraId="797D3CAE" w14:textId="77777777" w:rsidR="00D16BD0" w:rsidRPr="00BA0D30" w:rsidRDefault="00D16BD0" w:rsidP="00B54E56"/>
        </w:tc>
      </w:tr>
      <w:tr w:rsidR="00BA0D30" w:rsidRPr="00BA0D30" w14:paraId="2F395B25" w14:textId="77777777" w:rsidTr="005F5492">
        <w:tc>
          <w:tcPr>
            <w:tcW w:w="567" w:type="dxa"/>
          </w:tcPr>
          <w:p w14:paraId="5EE0D85C" w14:textId="77777777" w:rsidR="00D16BD0" w:rsidRPr="00BA0D30" w:rsidRDefault="00D16BD0" w:rsidP="00B54E56">
            <w:pPr>
              <w:jc w:val="center"/>
            </w:pPr>
            <w:r w:rsidRPr="00BA0D30">
              <w:t>6</w:t>
            </w:r>
          </w:p>
        </w:tc>
        <w:tc>
          <w:tcPr>
            <w:tcW w:w="2721" w:type="dxa"/>
          </w:tcPr>
          <w:p w14:paraId="72D934F5" w14:textId="77777777" w:rsidR="00D16BD0" w:rsidRPr="00BA0D30" w:rsidRDefault="00D16BD0" w:rsidP="00B54E56"/>
        </w:tc>
        <w:tc>
          <w:tcPr>
            <w:tcW w:w="1814" w:type="dxa"/>
          </w:tcPr>
          <w:p w14:paraId="11D19EA8" w14:textId="77777777" w:rsidR="00D16BD0" w:rsidRPr="00BA0D30" w:rsidRDefault="00D16BD0" w:rsidP="00B54E56"/>
        </w:tc>
        <w:tc>
          <w:tcPr>
            <w:tcW w:w="1304" w:type="dxa"/>
          </w:tcPr>
          <w:p w14:paraId="31C04C0E" w14:textId="77777777" w:rsidR="00D16BD0" w:rsidRPr="00BA0D30" w:rsidRDefault="00D16BD0" w:rsidP="00B54E56"/>
        </w:tc>
        <w:tc>
          <w:tcPr>
            <w:tcW w:w="907" w:type="dxa"/>
          </w:tcPr>
          <w:p w14:paraId="39327154" w14:textId="77777777" w:rsidR="00D16BD0" w:rsidRPr="00BA0D30" w:rsidRDefault="00D16BD0" w:rsidP="00B54E56"/>
        </w:tc>
        <w:tc>
          <w:tcPr>
            <w:tcW w:w="1757" w:type="dxa"/>
          </w:tcPr>
          <w:p w14:paraId="5F327EDA" w14:textId="77777777" w:rsidR="00D16BD0" w:rsidRPr="00BA0D30" w:rsidRDefault="00D16BD0" w:rsidP="00B54E56"/>
        </w:tc>
      </w:tr>
      <w:tr w:rsidR="00BA0D30" w:rsidRPr="00BA0D30" w14:paraId="6AC1A6D0" w14:textId="77777777" w:rsidTr="005F5492">
        <w:tc>
          <w:tcPr>
            <w:tcW w:w="567" w:type="dxa"/>
          </w:tcPr>
          <w:p w14:paraId="466A6E23" w14:textId="77777777" w:rsidR="00D16BD0" w:rsidRPr="00BA0D30" w:rsidRDefault="00D16BD0" w:rsidP="00B54E56">
            <w:pPr>
              <w:jc w:val="center"/>
            </w:pPr>
            <w:r w:rsidRPr="00BA0D30">
              <w:t>7</w:t>
            </w:r>
          </w:p>
        </w:tc>
        <w:tc>
          <w:tcPr>
            <w:tcW w:w="2721" w:type="dxa"/>
          </w:tcPr>
          <w:p w14:paraId="7C100A6E" w14:textId="77777777" w:rsidR="00D16BD0" w:rsidRPr="00BA0D30" w:rsidRDefault="00D16BD0" w:rsidP="00B54E56"/>
        </w:tc>
        <w:tc>
          <w:tcPr>
            <w:tcW w:w="1814" w:type="dxa"/>
          </w:tcPr>
          <w:p w14:paraId="0E6D1660" w14:textId="77777777" w:rsidR="00D16BD0" w:rsidRPr="00BA0D30" w:rsidRDefault="00D16BD0" w:rsidP="00B54E56"/>
        </w:tc>
        <w:tc>
          <w:tcPr>
            <w:tcW w:w="1304" w:type="dxa"/>
          </w:tcPr>
          <w:p w14:paraId="0A001075" w14:textId="77777777" w:rsidR="00D16BD0" w:rsidRPr="00BA0D30" w:rsidRDefault="00D16BD0" w:rsidP="00B54E56"/>
        </w:tc>
        <w:tc>
          <w:tcPr>
            <w:tcW w:w="907" w:type="dxa"/>
          </w:tcPr>
          <w:p w14:paraId="3F841918" w14:textId="77777777" w:rsidR="00D16BD0" w:rsidRPr="00BA0D30" w:rsidRDefault="00D16BD0" w:rsidP="00B54E56"/>
        </w:tc>
        <w:tc>
          <w:tcPr>
            <w:tcW w:w="1757" w:type="dxa"/>
          </w:tcPr>
          <w:p w14:paraId="49C37739" w14:textId="77777777" w:rsidR="00D16BD0" w:rsidRPr="00BA0D30" w:rsidRDefault="00D16BD0" w:rsidP="00B54E56"/>
        </w:tc>
      </w:tr>
      <w:tr w:rsidR="00BA0D30" w:rsidRPr="00BA0D30" w14:paraId="00B8398C" w14:textId="77777777" w:rsidTr="005F5492">
        <w:tc>
          <w:tcPr>
            <w:tcW w:w="567" w:type="dxa"/>
          </w:tcPr>
          <w:p w14:paraId="222962FD" w14:textId="77777777" w:rsidR="00D16BD0" w:rsidRPr="00BA0D30" w:rsidRDefault="00D16BD0" w:rsidP="00B54E56">
            <w:pPr>
              <w:jc w:val="center"/>
            </w:pPr>
            <w:r w:rsidRPr="00BA0D30">
              <w:t>8</w:t>
            </w:r>
          </w:p>
        </w:tc>
        <w:tc>
          <w:tcPr>
            <w:tcW w:w="2721" w:type="dxa"/>
          </w:tcPr>
          <w:p w14:paraId="28C74D31" w14:textId="77777777" w:rsidR="00D16BD0" w:rsidRPr="00BA0D30" w:rsidRDefault="00D16BD0" w:rsidP="00B54E56"/>
        </w:tc>
        <w:tc>
          <w:tcPr>
            <w:tcW w:w="1814" w:type="dxa"/>
          </w:tcPr>
          <w:p w14:paraId="00E91D02" w14:textId="77777777" w:rsidR="00D16BD0" w:rsidRPr="00BA0D30" w:rsidRDefault="00D16BD0" w:rsidP="00B54E56"/>
        </w:tc>
        <w:tc>
          <w:tcPr>
            <w:tcW w:w="1304" w:type="dxa"/>
          </w:tcPr>
          <w:p w14:paraId="0A0A7ECA" w14:textId="77777777" w:rsidR="00D16BD0" w:rsidRPr="00BA0D30" w:rsidRDefault="00D16BD0" w:rsidP="00B54E56"/>
        </w:tc>
        <w:tc>
          <w:tcPr>
            <w:tcW w:w="907" w:type="dxa"/>
          </w:tcPr>
          <w:p w14:paraId="4FAED38A" w14:textId="77777777" w:rsidR="00D16BD0" w:rsidRPr="00BA0D30" w:rsidRDefault="00D16BD0" w:rsidP="00B54E56"/>
        </w:tc>
        <w:tc>
          <w:tcPr>
            <w:tcW w:w="1757" w:type="dxa"/>
          </w:tcPr>
          <w:p w14:paraId="00F63768" w14:textId="77777777" w:rsidR="00D16BD0" w:rsidRPr="00BA0D30" w:rsidRDefault="00D16BD0" w:rsidP="00B54E56"/>
        </w:tc>
      </w:tr>
      <w:tr w:rsidR="00BA0D30" w:rsidRPr="00BA0D30" w14:paraId="051BD05D" w14:textId="77777777" w:rsidTr="005F5492">
        <w:tc>
          <w:tcPr>
            <w:tcW w:w="567" w:type="dxa"/>
          </w:tcPr>
          <w:p w14:paraId="36845C25" w14:textId="77777777" w:rsidR="00D16BD0" w:rsidRPr="00BA0D30" w:rsidRDefault="00D16BD0" w:rsidP="00B54E56">
            <w:pPr>
              <w:jc w:val="center"/>
            </w:pPr>
            <w:r w:rsidRPr="00BA0D30">
              <w:t>9</w:t>
            </w:r>
          </w:p>
        </w:tc>
        <w:tc>
          <w:tcPr>
            <w:tcW w:w="2721" w:type="dxa"/>
          </w:tcPr>
          <w:p w14:paraId="0ECFC3D5" w14:textId="77777777" w:rsidR="00D16BD0" w:rsidRPr="00BA0D30" w:rsidRDefault="00D16BD0" w:rsidP="00B54E56"/>
        </w:tc>
        <w:tc>
          <w:tcPr>
            <w:tcW w:w="1814" w:type="dxa"/>
          </w:tcPr>
          <w:p w14:paraId="53987913" w14:textId="77777777" w:rsidR="00D16BD0" w:rsidRPr="00BA0D30" w:rsidRDefault="00D16BD0" w:rsidP="00B54E56"/>
        </w:tc>
        <w:tc>
          <w:tcPr>
            <w:tcW w:w="1304" w:type="dxa"/>
          </w:tcPr>
          <w:p w14:paraId="1B69BEAC" w14:textId="77777777" w:rsidR="00D16BD0" w:rsidRPr="00BA0D30" w:rsidRDefault="00D16BD0" w:rsidP="00B54E56"/>
        </w:tc>
        <w:tc>
          <w:tcPr>
            <w:tcW w:w="907" w:type="dxa"/>
          </w:tcPr>
          <w:p w14:paraId="42C48E1F" w14:textId="77777777" w:rsidR="00D16BD0" w:rsidRPr="00BA0D30" w:rsidRDefault="00D16BD0" w:rsidP="00B54E56"/>
        </w:tc>
        <w:tc>
          <w:tcPr>
            <w:tcW w:w="1757" w:type="dxa"/>
          </w:tcPr>
          <w:p w14:paraId="098D199A" w14:textId="77777777" w:rsidR="00D16BD0" w:rsidRPr="00BA0D30" w:rsidRDefault="00D16BD0" w:rsidP="00B54E56"/>
        </w:tc>
      </w:tr>
      <w:tr w:rsidR="00BA0D30" w:rsidRPr="00BA0D30" w14:paraId="2B62D5A6" w14:textId="77777777" w:rsidTr="005F5492">
        <w:tc>
          <w:tcPr>
            <w:tcW w:w="567" w:type="dxa"/>
          </w:tcPr>
          <w:p w14:paraId="171521BB" w14:textId="77777777" w:rsidR="00D16BD0" w:rsidRPr="00BA0D30" w:rsidRDefault="00D16BD0" w:rsidP="00B54E56">
            <w:pPr>
              <w:jc w:val="center"/>
            </w:pPr>
            <w:r w:rsidRPr="00BA0D30">
              <w:t>10</w:t>
            </w:r>
          </w:p>
        </w:tc>
        <w:tc>
          <w:tcPr>
            <w:tcW w:w="2721" w:type="dxa"/>
          </w:tcPr>
          <w:p w14:paraId="20BBC147" w14:textId="77777777" w:rsidR="00D16BD0" w:rsidRPr="00BA0D30" w:rsidRDefault="00D16BD0" w:rsidP="00B54E56"/>
        </w:tc>
        <w:tc>
          <w:tcPr>
            <w:tcW w:w="1814" w:type="dxa"/>
          </w:tcPr>
          <w:p w14:paraId="5DF27910" w14:textId="77777777" w:rsidR="00D16BD0" w:rsidRPr="00BA0D30" w:rsidRDefault="00D16BD0" w:rsidP="00B54E56"/>
        </w:tc>
        <w:tc>
          <w:tcPr>
            <w:tcW w:w="1304" w:type="dxa"/>
          </w:tcPr>
          <w:p w14:paraId="3A1B4476" w14:textId="77777777" w:rsidR="00D16BD0" w:rsidRPr="00BA0D30" w:rsidRDefault="00D16BD0" w:rsidP="00B54E56"/>
        </w:tc>
        <w:tc>
          <w:tcPr>
            <w:tcW w:w="907" w:type="dxa"/>
          </w:tcPr>
          <w:p w14:paraId="431E410D" w14:textId="77777777" w:rsidR="00D16BD0" w:rsidRPr="00BA0D30" w:rsidRDefault="00D16BD0" w:rsidP="00B54E56"/>
        </w:tc>
        <w:tc>
          <w:tcPr>
            <w:tcW w:w="1757" w:type="dxa"/>
          </w:tcPr>
          <w:p w14:paraId="7AB275EC" w14:textId="77777777" w:rsidR="00D16BD0" w:rsidRPr="00BA0D30" w:rsidRDefault="00D16BD0" w:rsidP="00B54E56"/>
        </w:tc>
      </w:tr>
      <w:tr w:rsidR="00BA0D30" w:rsidRPr="00BA0D30" w14:paraId="24380A8F" w14:textId="77777777" w:rsidTr="005F5492">
        <w:tc>
          <w:tcPr>
            <w:tcW w:w="567" w:type="dxa"/>
          </w:tcPr>
          <w:p w14:paraId="09AAFEF9" w14:textId="77777777" w:rsidR="00D16BD0" w:rsidRPr="00BA0D30" w:rsidRDefault="00D16BD0" w:rsidP="00B54E56">
            <w:pPr>
              <w:jc w:val="center"/>
            </w:pPr>
            <w:r w:rsidRPr="00BA0D30">
              <w:t>11</w:t>
            </w:r>
          </w:p>
        </w:tc>
        <w:tc>
          <w:tcPr>
            <w:tcW w:w="2721" w:type="dxa"/>
          </w:tcPr>
          <w:p w14:paraId="00045CBE" w14:textId="77777777" w:rsidR="00D16BD0" w:rsidRPr="00BA0D30" w:rsidRDefault="00D16BD0" w:rsidP="00B54E56"/>
        </w:tc>
        <w:tc>
          <w:tcPr>
            <w:tcW w:w="1814" w:type="dxa"/>
          </w:tcPr>
          <w:p w14:paraId="4266A709" w14:textId="77777777" w:rsidR="00D16BD0" w:rsidRPr="00BA0D30" w:rsidRDefault="00D16BD0" w:rsidP="00B54E56"/>
        </w:tc>
        <w:tc>
          <w:tcPr>
            <w:tcW w:w="1304" w:type="dxa"/>
          </w:tcPr>
          <w:p w14:paraId="7722DF15" w14:textId="77777777" w:rsidR="00D16BD0" w:rsidRPr="00BA0D30" w:rsidRDefault="00D16BD0" w:rsidP="00B54E56"/>
        </w:tc>
        <w:tc>
          <w:tcPr>
            <w:tcW w:w="907" w:type="dxa"/>
          </w:tcPr>
          <w:p w14:paraId="0FD51607" w14:textId="77777777" w:rsidR="00D16BD0" w:rsidRPr="00BA0D30" w:rsidRDefault="00D16BD0" w:rsidP="00B54E56"/>
        </w:tc>
        <w:tc>
          <w:tcPr>
            <w:tcW w:w="1757" w:type="dxa"/>
          </w:tcPr>
          <w:p w14:paraId="7CBAC582" w14:textId="77777777" w:rsidR="00D16BD0" w:rsidRPr="00BA0D30" w:rsidRDefault="00D16BD0" w:rsidP="00B54E56"/>
        </w:tc>
      </w:tr>
      <w:tr w:rsidR="00D16BD0" w:rsidRPr="00BA0D30" w14:paraId="1500C1AA" w14:textId="77777777" w:rsidTr="005F5492">
        <w:tc>
          <w:tcPr>
            <w:tcW w:w="567" w:type="dxa"/>
          </w:tcPr>
          <w:p w14:paraId="14F9CD05" w14:textId="77777777" w:rsidR="00D16BD0" w:rsidRPr="00BA0D30" w:rsidRDefault="00D16BD0" w:rsidP="00B54E56">
            <w:pPr>
              <w:jc w:val="center"/>
            </w:pPr>
            <w:r w:rsidRPr="00BA0D30">
              <w:t>12</w:t>
            </w:r>
          </w:p>
        </w:tc>
        <w:tc>
          <w:tcPr>
            <w:tcW w:w="2721" w:type="dxa"/>
          </w:tcPr>
          <w:p w14:paraId="4E3AEDB7" w14:textId="77777777" w:rsidR="00D16BD0" w:rsidRPr="00BA0D30" w:rsidRDefault="00D16BD0" w:rsidP="00B54E56"/>
        </w:tc>
        <w:tc>
          <w:tcPr>
            <w:tcW w:w="1814" w:type="dxa"/>
          </w:tcPr>
          <w:p w14:paraId="45BE6876" w14:textId="77777777" w:rsidR="00D16BD0" w:rsidRPr="00BA0D30" w:rsidRDefault="00D16BD0" w:rsidP="00B54E56"/>
        </w:tc>
        <w:tc>
          <w:tcPr>
            <w:tcW w:w="1304" w:type="dxa"/>
          </w:tcPr>
          <w:p w14:paraId="34BA4EAF" w14:textId="77777777" w:rsidR="00D16BD0" w:rsidRPr="00BA0D30" w:rsidRDefault="00D16BD0" w:rsidP="00B54E56"/>
        </w:tc>
        <w:tc>
          <w:tcPr>
            <w:tcW w:w="907" w:type="dxa"/>
          </w:tcPr>
          <w:p w14:paraId="6A6964EA" w14:textId="77777777" w:rsidR="00D16BD0" w:rsidRPr="00BA0D30" w:rsidRDefault="00D16BD0" w:rsidP="00B54E56"/>
        </w:tc>
        <w:tc>
          <w:tcPr>
            <w:tcW w:w="1757" w:type="dxa"/>
          </w:tcPr>
          <w:p w14:paraId="685160F0" w14:textId="77777777" w:rsidR="00D16BD0" w:rsidRPr="00BA0D30" w:rsidRDefault="00D16BD0" w:rsidP="00B54E56"/>
        </w:tc>
      </w:tr>
    </w:tbl>
    <w:p w14:paraId="59124E81" w14:textId="77777777" w:rsidR="00D16BD0" w:rsidRPr="00BA0D30" w:rsidRDefault="00D16BD0" w:rsidP="00B54E56">
      <w:pPr>
        <w:spacing w:after="120"/>
      </w:pPr>
    </w:p>
    <w:p w14:paraId="2E5A8A19" w14:textId="77777777" w:rsidR="00D16BD0" w:rsidRPr="00BA0D30" w:rsidRDefault="00D16BD0" w:rsidP="00B54E56">
      <w:pPr>
        <w:spacing w:after="120"/>
      </w:pPr>
      <w:r w:rsidRPr="00BA0D30">
        <w:rPr>
          <w:b/>
        </w:rPr>
        <w:t>DECLARAȚII ALE DELEGATULUI:</w:t>
      </w:r>
    </w:p>
    <w:p w14:paraId="6270B5C0" w14:textId="77777777" w:rsidR="00D16BD0" w:rsidRPr="00BA0D30" w:rsidRDefault="00D16BD0" w:rsidP="00B54E56">
      <w:pPr>
        <w:spacing w:after="40"/>
        <w:jc w:val="both"/>
      </w:pPr>
      <w:r w:rsidRPr="00BA0D30">
        <w:t>• Confirm autenticitatea semnăturilor jucătorilor și corectitudinea datelor înscrise mai sus.</w:t>
      </w:r>
    </w:p>
    <w:p w14:paraId="18F96A55" w14:textId="77777777" w:rsidR="00D16BD0" w:rsidRPr="00BA0D30" w:rsidRDefault="00D16BD0" w:rsidP="00B54E56">
      <w:pPr>
        <w:spacing w:after="40"/>
        <w:jc w:val="both"/>
      </w:pPr>
      <w:r w:rsidRPr="00BA0D30">
        <w:t>• Am luat cunoștință de conținutul Regulamentului Campionatului Municipal de Minifotbal, ediția 2026, și îmi asum, împreună cu jucătorii, respectarea acestuia.</w:t>
      </w:r>
    </w:p>
    <w:p w14:paraId="337101B7" w14:textId="77777777" w:rsidR="00D16BD0" w:rsidRPr="00BA0D30" w:rsidRDefault="00D16BD0" w:rsidP="00B54E56">
      <w:pPr>
        <w:spacing w:after="40"/>
        <w:jc w:val="both"/>
        <w:rPr>
          <w:lang w:val="es-ES"/>
        </w:rPr>
      </w:pPr>
      <w:r w:rsidRPr="00BA0D30">
        <w:rPr>
          <w:lang w:val="es-ES"/>
        </w:rPr>
        <w:t>• Confirm că toți jucătorii au împlinit vârsta de 18 ani.</w:t>
      </w:r>
    </w:p>
    <w:p w14:paraId="115BA439" w14:textId="77777777" w:rsidR="00D16BD0" w:rsidRPr="00BA0D30" w:rsidRDefault="00D16BD0" w:rsidP="00B54E56">
      <w:pPr>
        <w:spacing w:after="40"/>
        <w:jc w:val="both"/>
        <w:rPr>
          <w:lang w:val="es-ES"/>
        </w:rPr>
      </w:pPr>
      <w:r w:rsidRPr="00BA0D30">
        <w:rPr>
          <w:lang w:val="es-ES"/>
        </w:rPr>
        <w:lastRenderedPageBreak/>
        <w:t>• Am transmis fiecărui jucător Informarea GDPR (Anexa nr. 3) și am colectat declarațiile și consimțămintele individuale (Anexele nr. 2 și 4).</w:t>
      </w:r>
    </w:p>
    <w:p w14:paraId="57EB9B7A" w14:textId="77777777" w:rsidR="00BA0D30" w:rsidRPr="00BA0D30" w:rsidRDefault="00BA0D30" w:rsidP="00B54E56">
      <w:pPr>
        <w:spacing w:after="40"/>
        <w:jc w:val="both"/>
        <w:rPr>
          <w:lang w:val="es-ES"/>
        </w:rPr>
      </w:pPr>
    </w:p>
    <w:p w14:paraId="3629FD6B" w14:textId="6C0615F1" w:rsidR="00BA0D30" w:rsidRPr="00BA0D30" w:rsidRDefault="00BA0D30" w:rsidP="00BA0D30">
      <w:pPr>
        <w:spacing w:after="80"/>
        <w:jc w:val="both"/>
        <w:rPr>
          <w:i/>
          <w:lang w:val="es-ES"/>
        </w:rPr>
      </w:pPr>
      <w:r>
        <w:rPr>
          <w:i/>
          <w:lang w:val="es-ES"/>
        </w:rPr>
        <w:t>Conform regulamentului, l</w:t>
      </w:r>
      <w:r w:rsidRPr="00BA0D30">
        <w:rPr>
          <w:i/>
          <w:lang w:val="es-ES"/>
        </w:rPr>
        <w:t>a înscriere, delegatul echipei depune următoarele documente:</w:t>
      </w:r>
    </w:p>
    <w:p w14:paraId="03EBB0D1" w14:textId="77777777" w:rsidR="00BA0D30" w:rsidRPr="00BA0D30" w:rsidRDefault="00BA0D30" w:rsidP="00BA0D30">
      <w:pPr>
        <w:spacing w:after="40"/>
        <w:jc w:val="both"/>
        <w:rPr>
          <w:i/>
          <w:lang w:val="es-ES"/>
        </w:rPr>
      </w:pPr>
      <w:r w:rsidRPr="00BA0D30">
        <w:rPr>
          <w:b/>
          <w:i/>
          <w:lang w:val="es-ES"/>
        </w:rPr>
        <w:t xml:space="preserve">a) </w:t>
      </w:r>
      <w:r w:rsidRPr="00BA0D30">
        <w:rPr>
          <w:i/>
          <w:lang w:val="es-ES"/>
        </w:rPr>
        <w:t>cererea de înscriere semnată de toți jucătorii, prin care aceștia își asumă respectarea prezentului regulament și responsabilitatea pentru eventualele accidente survenite pe parcursul competiției;</w:t>
      </w:r>
    </w:p>
    <w:p w14:paraId="03EAE539" w14:textId="77777777" w:rsidR="00BA0D30" w:rsidRPr="00BA0D30" w:rsidRDefault="00BA0D30" w:rsidP="00BA0D30">
      <w:pPr>
        <w:spacing w:after="40"/>
        <w:jc w:val="both"/>
        <w:rPr>
          <w:i/>
          <w:lang w:val="es-ES"/>
        </w:rPr>
      </w:pPr>
      <w:r w:rsidRPr="00BA0D30">
        <w:rPr>
          <w:b/>
          <w:i/>
          <w:lang w:val="es-ES"/>
        </w:rPr>
        <w:t xml:space="preserve">b) </w:t>
      </w:r>
      <w:r w:rsidRPr="00BA0D30">
        <w:rPr>
          <w:i/>
          <w:lang w:val="es-ES"/>
        </w:rPr>
        <w:t>declarația pe propria răspundere a fiecărui jucător privind starea de sănătate și aptitudinea pentru activitate sportivă, respectiv adeverință medicală emisă de medicul de familie ori aviz medico-sportiv (OBLIGATORIU);</w:t>
      </w:r>
    </w:p>
    <w:p w14:paraId="65685E06" w14:textId="77777777" w:rsidR="00BA0D30" w:rsidRPr="00BA0D30" w:rsidRDefault="00BA0D30" w:rsidP="00BA0D30">
      <w:pPr>
        <w:spacing w:after="40"/>
        <w:jc w:val="both"/>
        <w:rPr>
          <w:i/>
        </w:rPr>
      </w:pPr>
      <w:r w:rsidRPr="00BA0D30">
        <w:rPr>
          <w:b/>
          <w:i/>
        </w:rPr>
        <w:t xml:space="preserve">c) </w:t>
      </w:r>
      <w:proofErr w:type="gramStart"/>
      <w:r w:rsidRPr="00BA0D30">
        <w:rPr>
          <w:i/>
        </w:rPr>
        <w:t>consimțământul</w:t>
      </w:r>
      <w:proofErr w:type="gramEnd"/>
      <w:r w:rsidRPr="00BA0D30">
        <w:rPr>
          <w:i/>
        </w:rPr>
        <w:t xml:space="preserve"> informat privind prelucrarea datelor cu caracter personal (art. 15 din prezentul regulament);</w:t>
      </w:r>
    </w:p>
    <w:p w14:paraId="6FEBED5C" w14:textId="77777777" w:rsidR="00BA0D30" w:rsidRPr="00BA0D30" w:rsidRDefault="00BA0D30" w:rsidP="00BA0D30">
      <w:pPr>
        <w:spacing w:after="40"/>
        <w:jc w:val="both"/>
        <w:rPr>
          <w:i/>
          <w:lang w:val="es-ES"/>
        </w:rPr>
      </w:pPr>
      <w:r w:rsidRPr="00BA0D30">
        <w:rPr>
          <w:b/>
          <w:i/>
          <w:lang w:val="es-ES"/>
        </w:rPr>
        <w:t xml:space="preserve">d) </w:t>
      </w:r>
      <w:r w:rsidRPr="00BA0D30">
        <w:rPr>
          <w:i/>
          <w:lang w:val="es-ES"/>
        </w:rPr>
        <w:t>copia actului de identitate (carte de identitate) a fiecărui jucător.</w:t>
      </w:r>
    </w:p>
    <w:p w14:paraId="04B88744" w14:textId="77777777" w:rsidR="00BA0D30" w:rsidRPr="00BA0D30" w:rsidRDefault="00BA0D30" w:rsidP="00B54E56">
      <w:pPr>
        <w:spacing w:after="40"/>
        <w:jc w:val="both"/>
        <w:rPr>
          <w:lang w:val="es-ES"/>
        </w:rPr>
      </w:pPr>
    </w:p>
    <w:p w14:paraId="03B7D0EA" w14:textId="77777777" w:rsidR="00D16BD0" w:rsidRPr="00BA0D30" w:rsidRDefault="00D16BD0" w:rsidP="00B54E56">
      <w:pPr>
        <w:tabs>
          <w:tab w:val="left" w:pos="6236"/>
        </w:tabs>
        <w:rPr>
          <w:lang w:val="es-ES"/>
        </w:rPr>
      </w:pPr>
      <w:r w:rsidRPr="00BA0D30">
        <w:rPr>
          <w:b/>
          <w:lang w:val="es-ES"/>
        </w:rPr>
        <w:t>Data: ........./........./2026</w:t>
      </w:r>
      <w:r w:rsidRPr="00BA0D30">
        <w:rPr>
          <w:b/>
          <w:lang w:val="es-ES"/>
        </w:rPr>
        <w:tab/>
        <w:t>Semnătura delegatului: .......................................</w:t>
      </w:r>
    </w:p>
    <w:p w14:paraId="3DD648F2" w14:textId="77777777" w:rsidR="00D16BD0" w:rsidRPr="00BA0D30" w:rsidRDefault="00D16BD0" w:rsidP="00B54E56">
      <w:pPr>
        <w:rPr>
          <w:lang w:val="es-ES"/>
        </w:rPr>
      </w:pPr>
      <w:r w:rsidRPr="00BA0D30">
        <w:rPr>
          <w:lang w:val="es-ES"/>
        </w:rPr>
        <w:br w:type="page"/>
      </w:r>
    </w:p>
    <w:p w14:paraId="60B93EA2" w14:textId="77777777" w:rsidR="00D16BD0" w:rsidRPr="00BA0D30" w:rsidRDefault="00D16BD0" w:rsidP="00B54E56">
      <w:pPr>
        <w:rPr>
          <w:lang w:val="es-ES"/>
        </w:rPr>
      </w:pPr>
      <w:r w:rsidRPr="00BA0D30">
        <w:rPr>
          <w:b/>
          <w:lang w:val="es-ES"/>
        </w:rPr>
        <w:lastRenderedPageBreak/>
        <w:t>PRIMĂRIA MUNICIPIULUI ONEȘTI</w:t>
      </w:r>
    </w:p>
    <w:p w14:paraId="3DA4BB12" w14:textId="77777777" w:rsidR="00D16BD0" w:rsidRPr="00BA0D30" w:rsidRDefault="00D16BD0" w:rsidP="00B54E56">
      <w:pPr>
        <w:rPr>
          <w:lang w:val="es-ES"/>
        </w:rPr>
      </w:pPr>
      <w:r w:rsidRPr="00BA0D30">
        <w:rPr>
          <w:i/>
          <w:sz w:val="20"/>
          <w:lang w:val="es-ES"/>
        </w:rPr>
        <w:t>Campionatul Municipal de Minifotbal – Ediția 2026</w:t>
      </w:r>
    </w:p>
    <w:p w14:paraId="73A982CB" w14:textId="77777777" w:rsidR="00D16BD0" w:rsidRPr="00BA0D30" w:rsidRDefault="00D16BD0" w:rsidP="00B54E56">
      <w:pPr>
        <w:spacing w:after="0"/>
        <w:jc w:val="center"/>
        <w:rPr>
          <w:lang w:val="es-ES"/>
        </w:rPr>
      </w:pPr>
      <w:r w:rsidRPr="00BA0D30">
        <w:rPr>
          <w:b/>
          <w:lang w:val="es-ES"/>
        </w:rPr>
        <w:t>Anexa nr. 2</w:t>
      </w:r>
    </w:p>
    <w:p w14:paraId="490B9D1B" w14:textId="77777777" w:rsidR="00D16BD0" w:rsidRPr="00BA0D30" w:rsidRDefault="00D16BD0" w:rsidP="00B54E56">
      <w:pPr>
        <w:spacing w:after="280"/>
        <w:jc w:val="center"/>
        <w:rPr>
          <w:lang w:val="es-ES"/>
        </w:rPr>
      </w:pPr>
      <w:r w:rsidRPr="00BA0D30">
        <w:rPr>
          <w:b/>
          <w:sz w:val="26"/>
          <w:lang w:val="es-ES"/>
        </w:rPr>
        <w:t>DECLARAȚIE PE PROPRIA RĂSPUNDERE A JUCĂTORULUI</w:t>
      </w:r>
    </w:p>
    <w:p w14:paraId="5D96FC48" w14:textId="77777777" w:rsidR="00D16BD0" w:rsidRPr="00BA0D30" w:rsidRDefault="00D16BD0" w:rsidP="00B54E56">
      <w:pPr>
        <w:spacing w:after="80"/>
        <w:rPr>
          <w:lang w:val="es-ES"/>
        </w:rPr>
      </w:pPr>
      <w:r w:rsidRPr="00BA0D30">
        <w:rPr>
          <w:b/>
          <w:lang w:val="es-ES"/>
        </w:rPr>
        <w:t>Subsemnatul/a:</w:t>
      </w:r>
    </w:p>
    <w:p w14:paraId="04595071" w14:textId="77777777" w:rsidR="00D16BD0" w:rsidRPr="00BA0D30" w:rsidRDefault="00D16BD0" w:rsidP="00B54E56">
      <w:pPr>
        <w:spacing w:after="80"/>
        <w:rPr>
          <w:lang w:val="es-ES"/>
        </w:rPr>
      </w:pPr>
      <w:r w:rsidRPr="00BA0D30">
        <w:rPr>
          <w:b/>
          <w:lang w:val="es-ES"/>
        </w:rPr>
        <w:t xml:space="preserve">Nume și prenume: </w:t>
      </w:r>
      <w:r w:rsidRPr="00BA0D30">
        <w:rPr>
          <w:lang w:val="es-ES"/>
        </w:rPr>
        <w:t>............................................................</w:t>
      </w:r>
    </w:p>
    <w:p w14:paraId="716FC34F" w14:textId="77777777" w:rsidR="00D16BD0" w:rsidRPr="00BA0D30" w:rsidRDefault="00D16BD0" w:rsidP="00B54E56">
      <w:pPr>
        <w:spacing w:after="80"/>
        <w:rPr>
          <w:lang w:val="es-ES"/>
        </w:rPr>
      </w:pPr>
      <w:r w:rsidRPr="00BA0D30">
        <w:rPr>
          <w:b/>
          <w:lang w:val="es-ES"/>
        </w:rPr>
        <w:t xml:space="preserve">Data nașterii: </w:t>
      </w:r>
      <w:r w:rsidRPr="00BA0D30">
        <w:rPr>
          <w:lang w:val="es-ES"/>
        </w:rPr>
        <w:t>............................................................</w:t>
      </w:r>
    </w:p>
    <w:p w14:paraId="67A499BE" w14:textId="77777777" w:rsidR="00D16BD0" w:rsidRPr="00BA0D30" w:rsidRDefault="00D16BD0" w:rsidP="00B54E56">
      <w:pPr>
        <w:spacing w:after="80"/>
        <w:rPr>
          <w:lang w:val="es-ES"/>
        </w:rPr>
      </w:pPr>
      <w:r w:rsidRPr="00BA0D30">
        <w:rPr>
          <w:b/>
          <w:lang w:val="es-ES"/>
        </w:rPr>
        <w:t xml:space="preserve">Domiciliul: </w:t>
      </w:r>
      <w:r w:rsidRPr="00BA0D30">
        <w:rPr>
          <w:lang w:val="es-ES"/>
        </w:rPr>
        <w:t>............................................................</w:t>
      </w:r>
    </w:p>
    <w:p w14:paraId="30AB0B88" w14:textId="77777777" w:rsidR="00D16BD0" w:rsidRPr="00BA0D30" w:rsidRDefault="00D16BD0" w:rsidP="00B54E56">
      <w:pPr>
        <w:spacing w:after="80"/>
        <w:rPr>
          <w:lang w:val="es-ES"/>
        </w:rPr>
      </w:pPr>
      <w:r w:rsidRPr="00BA0D30">
        <w:rPr>
          <w:b/>
          <w:lang w:val="es-ES"/>
        </w:rPr>
        <w:t xml:space="preserve">CNP: </w:t>
      </w:r>
      <w:r w:rsidRPr="00BA0D30">
        <w:rPr>
          <w:lang w:val="es-ES"/>
        </w:rPr>
        <w:t>............................................................</w:t>
      </w:r>
    </w:p>
    <w:p w14:paraId="2CE61D66" w14:textId="77777777" w:rsidR="00D16BD0" w:rsidRPr="00BA0D30" w:rsidRDefault="00D16BD0" w:rsidP="00B54E56">
      <w:pPr>
        <w:spacing w:after="80"/>
        <w:rPr>
          <w:lang w:val="es-ES"/>
        </w:rPr>
      </w:pPr>
      <w:r w:rsidRPr="00BA0D30">
        <w:rPr>
          <w:b/>
          <w:lang w:val="es-ES"/>
        </w:rPr>
        <w:t xml:space="preserve">Act de identitate (CI): </w:t>
      </w:r>
      <w:proofErr w:type="gramStart"/>
      <w:r w:rsidRPr="00BA0D30">
        <w:rPr>
          <w:b/>
          <w:lang w:val="es-ES"/>
        </w:rPr>
        <w:t>seria ........</w:t>
      </w:r>
      <w:proofErr w:type="gramEnd"/>
      <w:r w:rsidRPr="00BA0D30">
        <w:rPr>
          <w:b/>
          <w:lang w:val="es-ES"/>
        </w:rPr>
        <w:t xml:space="preserve"> </w:t>
      </w:r>
      <w:proofErr w:type="gramStart"/>
      <w:r w:rsidRPr="00BA0D30">
        <w:rPr>
          <w:b/>
          <w:lang w:val="es-ES"/>
        </w:rPr>
        <w:t>nr</w:t>
      </w:r>
      <w:proofErr w:type="gramEnd"/>
      <w:r w:rsidRPr="00BA0D30">
        <w:rPr>
          <w:b/>
          <w:lang w:val="es-ES"/>
        </w:rPr>
        <w:t xml:space="preserve">. </w:t>
      </w:r>
      <w:r w:rsidRPr="00BA0D30">
        <w:rPr>
          <w:lang w:val="es-ES"/>
        </w:rPr>
        <w:t>............................................................</w:t>
      </w:r>
    </w:p>
    <w:p w14:paraId="1302A65A" w14:textId="77777777" w:rsidR="00D16BD0" w:rsidRPr="00BA0D30" w:rsidRDefault="00D16BD0" w:rsidP="00B54E56">
      <w:pPr>
        <w:spacing w:after="80"/>
        <w:rPr>
          <w:lang w:val="es-ES"/>
        </w:rPr>
      </w:pPr>
      <w:r w:rsidRPr="00BA0D30">
        <w:rPr>
          <w:b/>
          <w:lang w:val="es-ES"/>
        </w:rPr>
        <w:t xml:space="preserve">Telefon: </w:t>
      </w:r>
      <w:r w:rsidRPr="00BA0D30">
        <w:rPr>
          <w:lang w:val="es-ES"/>
        </w:rPr>
        <w:t>............................................................</w:t>
      </w:r>
    </w:p>
    <w:p w14:paraId="67B48B6E" w14:textId="77777777" w:rsidR="00D16BD0" w:rsidRPr="00BA0D30" w:rsidRDefault="00D16BD0" w:rsidP="00B54E56">
      <w:pPr>
        <w:spacing w:after="80"/>
        <w:rPr>
          <w:lang w:val="es-ES"/>
        </w:rPr>
      </w:pPr>
      <w:r w:rsidRPr="00BA0D30">
        <w:rPr>
          <w:b/>
          <w:lang w:val="es-ES"/>
        </w:rPr>
        <w:t xml:space="preserve">E-mail: </w:t>
      </w:r>
      <w:r w:rsidRPr="00BA0D30">
        <w:rPr>
          <w:lang w:val="es-ES"/>
        </w:rPr>
        <w:t>............................................................</w:t>
      </w:r>
    </w:p>
    <w:p w14:paraId="1455F8C5" w14:textId="77777777" w:rsidR="00D16BD0" w:rsidRPr="00BA0D30" w:rsidRDefault="00D16BD0" w:rsidP="00B54E56">
      <w:pPr>
        <w:spacing w:after="80"/>
        <w:rPr>
          <w:lang w:val="es-ES"/>
        </w:rPr>
      </w:pPr>
      <w:r w:rsidRPr="00BA0D30">
        <w:rPr>
          <w:b/>
          <w:lang w:val="es-ES"/>
        </w:rPr>
        <w:t xml:space="preserve">Echipa: </w:t>
      </w:r>
      <w:r w:rsidRPr="00BA0D30">
        <w:rPr>
          <w:lang w:val="es-ES"/>
        </w:rPr>
        <w:t>............................................................</w:t>
      </w:r>
    </w:p>
    <w:p w14:paraId="41355011" w14:textId="77777777" w:rsidR="00D16BD0" w:rsidRPr="00BA0D30" w:rsidRDefault="00D16BD0" w:rsidP="00B54E56">
      <w:pPr>
        <w:spacing w:after="120"/>
        <w:rPr>
          <w:lang w:val="es-ES"/>
        </w:rPr>
      </w:pPr>
    </w:p>
    <w:p w14:paraId="354D865A" w14:textId="77777777" w:rsidR="00D16BD0" w:rsidRPr="00BA0D30" w:rsidRDefault="00D16BD0" w:rsidP="00B54E56">
      <w:pPr>
        <w:jc w:val="both"/>
        <w:rPr>
          <w:lang w:val="es-ES"/>
        </w:rPr>
      </w:pPr>
      <w:proofErr w:type="gramStart"/>
      <w:r w:rsidRPr="00BA0D30">
        <w:rPr>
          <w:lang w:val="es-ES"/>
        </w:rPr>
        <w:t>având</w:t>
      </w:r>
      <w:proofErr w:type="gramEnd"/>
      <w:r w:rsidRPr="00BA0D30">
        <w:rPr>
          <w:lang w:val="es-ES"/>
        </w:rPr>
        <w:t xml:space="preserve"> cunoștință de dispozițiile art. 326 din Codul penal (Legea nr. 286/2009) privind falsul în declarații, declar pe propria răspundere următoarele:</w:t>
      </w:r>
    </w:p>
    <w:p w14:paraId="7A27ECEE" w14:textId="77777777" w:rsidR="00D16BD0" w:rsidRPr="00BA0D30" w:rsidRDefault="00D16BD0" w:rsidP="00B54E56">
      <w:pPr>
        <w:spacing w:after="120"/>
        <w:jc w:val="both"/>
        <w:rPr>
          <w:lang w:val="es-ES"/>
        </w:rPr>
      </w:pPr>
      <w:r w:rsidRPr="00BA0D30">
        <w:rPr>
          <w:lang w:val="es-ES"/>
        </w:rPr>
        <w:t>1. Am împlinit vârsta de 18 ani la data prezentei declarații.</w:t>
      </w:r>
    </w:p>
    <w:p w14:paraId="68B9562D" w14:textId="77777777" w:rsidR="00D16BD0" w:rsidRPr="00BA0D30" w:rsidRDefault="00D16BD0" w:rsidP="00B54E56">
      <w:pPr>
        <w:spacing w:after="120"/>
        <w:jc w:val="both"/>
        <w:rPr>
          <w:lang w:val="es-ES"/>
        </w:rPr>
      </w:pPr>
      <w:r w:rsidRPr="00BA0D30">
        <w:rPr>
          <w:lang w:val="es-ES"/>
        </w:rPr>
        <w:t>2. Am luat la cunoștință conținutul Regulamentului Campionatului Municipal de Minifotbal, ediția 2026, și mă oblig să îl respect întocmai, inclusiv sancțiunile disciplinare prevăzute.</w:t>
      </w:r>
    </w:p>
    <w:p w14:paraId="292BF5F5" w14:textId="77777777" w:rsidR="00D16BD0" w:rsidRPr="00BA0D30" w:rsidRDefault="00D16BD0" w:rsidP="00B54E56">
      <w:pPr>
        <w:spacing w:after="120"/>
        <w:jc w:val="both"/>
        <w:rPr>
          <w:lang w:val="es-ES"/>
        </w:rPr>
      </w:pPr>
      <w:r w:rsidRPr="00BA0D30">
        <w:rPr>
          <w:lang w:val="es-ES"/>
        </w:rPr>
        <w:t>3. Starea mea de sănătate îmi permite să particip la activitate sportivă de tip minifotbal. Nu sufăr de afecțiuni cardiovasculare, respiratorii, neurologice sau de altă natură care ar putea fi agravate de efortul fizic asociat competiției. (Recomandare: anexați adeverință medicală de la medicul de familie sau aviz medico-sportiv, dacă este posibil.)</w:t>
      </w:r>
    </w:p>
    <w:p w14:paraId="16878A47" w14:textId="77777777" w:rsidR="00D16BD0" w:rsidRPr="00BA0D30" w:rsidRDefault="00D16BD0" w:rsidP="00B54E56">
      <w:pPr>
        <w:spacing w:after="120"/>
        <w:jc w:val="both"/>
        <w:rPr>
          <w:lang w:val="es-ES"/>
        </w:rPr>
      </w:pPr>
      <w:r w:rsidRPr="00BA0D30">
        <w:rPr>
          <w:lang w:val="es-ES"/>
        </w:rPr>
        <w:t>4. Îmi asum integral responsabilitatea pentru eventualele accidentări, îmbolnăviri sau consecințe asupra sănătății mele survenite pe parcursul competiției și înțeleg că Primăria Municipiului Onești, în calitate de organizator, este absolvită de orice răspundere în acest sens.</w:t>
      </w:r>
    </w:p>
    <w:p w14:paraId="68D08A33" w14:textId="77777777" w:rsidR="00D16BD0" w:rsidRPr="00BA0D30" w:rsidRDefault="00D16BD0" w:rsidP="00B54E56">
      <w:pPr>
        <w:spacing w:after="120"/>
        <w:jc w:val="both"/>
        <w:rPr>
          <w:lang w:val="es-ES"/>
        </w:rPr>
      </w:pPr>
      <w:r w:rsidRPr="00BA0D30">
        <w:rPr>
          <w:lang w:val="es-ES"/>
        </w:rPr>
        <w:t>5. Nu mă aflu în stare de suspendare dispusă de comisia de organizare într-o ediție anterioară sau în competițiile organizate de Primăria Municipiului Onești.</w:t>
      </w:r>
    </w:p>
    <w:p w14:paraId="2352C083" w14:textId="77777777" w:rsidR="00D16BD0" w:rsidRPr="00BA0D30" w:rsidRDefault="00D16BD0" w:rsidP="00B54E56">
      <w:pPr>
        <w:spacing w:after="120"/>
        <w:jc w:val="both"/>
        <w:rPr>
          <w:lang w:val="es-ES"/>
        </w:rPr>
      </w:pPr>
      <w:r w:rsidRPr="00BA0D30">
        <w:rPr>
          <w:lang w:val="es-ES"/>
        </w:rPr>
        <w:t>6. Mă oblig să am asupra mea, la fiecare meci, actul de identitate (carte de identitate) și să îl prezint la cererea arbitrilor sau a comisiei de organizare.</w:t>
      </w:r>
    </w:p>
    <w:p w14:paraId="38B03057" w14:textId="77777777" w:rsidR="00D16BD0" w:rsidRPr="00BA0D30" w:rsidRDefault="00D16BD0" w:rsidP="00B54E56">
      <w:pPr>
        <w:spacing w:after="240"/>
        <w:jc w:val="both"/>
      </w:pPr>
      <w:r w:rsidRPr="00BA0D30">
        <w:t xml:space="preserve">7. Am fost informat/ă că datele mele cu caracter personal vor fi prelucrate </w:t>
      </w:r>
      <w:proofErr w:type="gramStart"/>
      <w:r w:rsidRPr="00BA0D30">
        <w:t>conform</w:t>
      </w:r>
      <w:proofErr w:type="gramEnd"/>
      <w:r w:rsidRPr="00BA0D30">
        <w:t xml:space="preserve"> Regulamentului (UE) 2016/679, potrivit informării cuprinse în Anexa nr. 3.</w:t>
      </w:r>
    </w:p>
    <w:p w14:paraId="5A3B4FC6" w14:textId="77777777" w:rsidR="00D16BD0" w:rsidRPr="00BA0D30" w:rsidRDefault="00D16BD0" w:rsidP="00B54E56"/>
    <w:p w14:paraId="3070346D" w14:textId="77777777" w:rsidR="00D16BD0" w:rsidRPr="00BA0D30" w:rsidRDefault="00D16BD0" w:rsidP="00B54E56">
      <w:pPr>
        <w:tabs>
          <w:tab w:val="left" w:pos="6236"/>
        </w:tabs>
        <w:rPr>
          <w:lang w:val="es-ES"/>
        </w:rPr>
      </w:pPr>
      <w:r w:rsidRPr="00BA0D30">
        <w:rPr>
          <w:b/>
          <w:lang w:val="es-ES"/>
        </w:rPr>
        <w:lastRenderedPageBreak/>
        <w:t>Data: ........./........./2026</w:t>
      </w:r>
      <w:r w:rsidRPr="00BA0D30">
        <w:rPr>
          <w:b/>
          <w:lang w:val="es-ES"/>
        </w:rPr>
        <w:tab/>
        <w:t>Semnătura: .......................................</w:t>
      </w:r>
    </w:p>
    <w:p w14:paraId="5B97F6BD" w14:textId="77777777" w:rsidR="00D16BD0" w:rsidRPr="00BA0D30" w:rsidRDefault="00D16BD0" w:rsidP="00B54E56">
      <w:pPr>
        <w:rPr>
          <w:lang w:val="es-ES"/>
        </w:rPr>
      </w:pPr>
      <w:r w:rsidRPr="00BA0D30">
        <w:rPr>
          <w:lang w:val="es-ES"/>
        </w:rPr>
        <w:br w:type="page"/>
      </w:r>
    </w:p>
    <w:p w14:paraId="6FE192E3" w14:textId="77777777" w:rsidR="00D16BD0" w:rsidRPr="00BA0D30" w:rsidRDefault="00D16BD0" w:rsidP="00B54E56">
      <w:pPr>
        <w:rPr>
          <w:lang w:val="es-ES"/>
        </w:rPr>
      </w:pPr>
      <w:r w:rsidRPr="00BA0D30">
        <w:rPr>
          <w:b/>
          <w:lang w:val="es-ES"/>
        </w:rPr>
        <w:lastRenderedPageBreak/>
        <w:t>PRIMĂRIA MUNICIPIULUI ONEȘTI</w:t>
      </w:r>
    </w:p>
    <w:p w14:paraId="3BCD13B0" w14:textId="77777777" w:rsidR="00D16BD0" w:rsidRPr="00BA0D30" w:rsidRDefault="00D16BD0" w:rsidP="00B54E56">
      <w:pPr>
        <w:rPr>
          <w:lang w:val="es-ES"/>
        </w:rPr>
      </w:pPr>
      <w:r w:rsidRPr="00BA0D30">
        <w:rPr>
          <w:i/>
          <w:sz w:val="20"/>
          <w:lang w:val="es-ES"/>
        </w:rPr>
        <w:t>Campionatul Municipal de Minifotbal – Ediția 2026</w:t>
      </w:r>
    </w:p>
    <w:p w14:paraId="45791F47" w14:textId="77777777" w:rsidR="00D16BD0" w:rsidRPr="00BA0D30" w:rsidRDefault="00D16BD0" w:rsidP="00B54E56">
      <w:pPr>
        <w:spacing w:after="0"/>
        <w:jc w:val="center"/>
        <w:rPr>
          <w:lang w:val="es-ES"/>
        </w:rPr>
      </w:pPr>
      <w:r w:rsidRPr="00BA0D30">
        <w:rPr>
          <w:b/>
          <w:lang w:val="es-ES"/>
        </w:rPr>
        <w:t>Anexa nr. 3</w:t>
      </w:r>
    </w:p>
    <w:p w14:paraId="52B1C68D" w14:textId="77777777" w:rsidR="00D16BD0" w:rsidRPr="00BA0D30" w:rsidRDefault="00D16BD0" w:rsidP="00B54E56">
      <w:pPr>
        <w:spacing w:after="40"/>
        <w:jc w:val="center"/>
        <w:rPr>
          <w:lang w:val="es-ES"/>
        </w:rPr>
      </w:pPr>
      <w:r w:rsidRPr="00BA0D30">
        <w:rPr>
          <w:b/>
          <w:lang w:val="es-ES"/>
        </w:rPr>
        <w:t>INFORMARE PRIVIND PRELUCRAREA DATELOR CU CARACTER PERSONAL</w:t>
      </w:r>
    </w:p>
    <w:p w14:paraId="091AEE4F" w14:textId="77777777" w:rsidR="00D16BD0" w:rsidRPr="00BA0D30" w:rsidRDefault="00D16BD0" w:rsidP="00B54E56">
      <w:pPr>
        <w:spacing w:after="280"/>
        <w:jc w:val="center"/>
        <w:rPr>
          <w:lang w:val="es-ES"/>
        </w:rPr>
      </w:pPr>
      <w:r w:rsidRPr="00BA0D30">
        <w:rPr>
          <w:b/>
          <w:sz w:val="20"/>
          <w:lang w:val="es-ES"/>
        </w:rPr>
        <w:t>(</w:t>
      </w:r>
      <w:proofErr w:type="gramStart"/>
      <w:r w:rsidRPr="00BA0D30">
        <w:rPr>
          <w:b/>
          <w:sz w:val="20"/>
          <w:lang w:val="es-ES"/>
        </w:rPr>
        <w:t>conform</w:t>
      </w:r>
      <w:proofErr w:type="gramEnd"/>
      <w:r w:rsidRPr="00BA0D30">
        <w:rPr>
          <w:b/>
          <w:sz w:val="20"/>
          <w:lang w:val="es-ES"/>
        </w:rPr>
        <w:t xml:space="preserve"> Regulamentului (UE) 2016/679 – GDPR)</w:t>
      </w:r>
    </w:p>
    <w:p w14:paraId="6935136E" w14:textId="77777777" w:rsidR="00D16BD0" w:rsidRPr="00BA0D30" w:rsidRDefault="00D16BD0" w:rsidP="00B54E56">
      <w:pPr>
        <w:spacing w:after="80"/>
        <w:rPr>
          <w:lang w:val="es-ES"/>
        </w:rPr>
      </w:pPr>
      <w:r w:rsidRPr="00BA0D30">
        <w:rPr>
          <w:b/>
          <w:lang w:val="es-ES"/>
        </w:rPr>
        <w:t>1. Operatorul de date</w:t>
      </w:r>
    </w:p>
    <w:p w14:paraId="34374EC9" w14:textId="77777777" w:rsidR="00D16BD0" w:rsidRPr="00BA0D30" w:rsidRDefault="00D16BD0" w:rsidP="00B54E56">
      <w:pPr>
        <w:spacing w:after="160"/>
        <w:jc w:val="both"/>
        <w:rPr>
          <w:lang w:val="es-ES"/>
        </w:rPr>
      </w:pPr>
      <w:r w:rsidRPr="00BA0D30">
        <w:rPr>
          <w:lang w:val="es-ES"/>
        </w:rPr>
        <w:t>Primăria Municipiului Onești, cu sediul în municipiul Onești, B-dul Oituz nr. 17, județul Bacău, cod fiscal 4353250, tel. 0234.324.243, e-mail: primarie@onesti.ro, website: www.onesti.ro.</w:t>
      </w:r>
    </w:p>
    <w:p w14:paraId="48D6371B" w14:textId="77777777" w:rsidR="00D16BD0" w:rsidRPr="00BA0D30" w:rsidRDefault="00D16BD0" w:rsidP="00B54E56">
      <w:pPr>
        <w:spacing w:after="80"/>
        <w:rPr>
          <w:lang w:val="es-ES"/>
        </w:rPr>
      </w:pPr>
      <w:r w:rsidRPr="00BA0D30">
        <w:rPr>
          <w:b/>
          <w:lang w:val="es-ES"/>
        </w:rPr>
        <w:t>2. Responsabilul cu protecția datelor (DPO)</w:t>
      </w:r>
    </w:p>
    <w:p w14:paraId="5D0CE897" w14:textId="1FC15828" w:rsidR="00D16BD0" w:rsidRPr="00BA0D30" w:rsidRDefault="00D16BD0" w:rsidP="00B54E56">
      <w:pPr>
        <w:spacing w:after="160"/>
        <w:jc w:val="both"/>
        <w:rPr>
          <w:lang w:val="es-ES"/>
        </w:rPr>
      </w:pPr>
      <w:r w:rsidRPr="00BA0D30">
        <w:rPr>
          <w:lang w:val="es-ES"/>
        </w:rPr>
        <w:t xml:space="preserve">Datele de contact ale responsabilului cu protecția datelor: e-mail </w:t>
      </w:r>
      <w:r w:rsidR="009A6482" w:rsidRPr="00BA0D30">
        <w:t>primarie@onesti.ro</w:t>
      </w:r>
      <w:r w:rsidRPr="00BA0D30">
        <w:rPr>
          <w:lang w:val="es-ES"/>
        </w:rPr>
        <w:t>.</w:t>
      </w:r>
    </w:p>
    <w:p w14:paraId="5343C444" w14:textId="77777777" w:rsidR="00D16BD0" w:rsidRPr="00BA0D30" w:rsidRDefault="00D16BD0" w:rsidP="00B54E56">
      <w:pPr>
        <w:spacing w:after="80"/>
        <w:rPr>
          <w:lang w:val="es-ES"/>
        </w:rPr>
      </w:pPr>
      <w:r w:rsidRPr="00BA0D30">
        <w:rPr>
          <w:b/>
          <w:lang w:val="es-ES"/>
        </w:rPr>
        <w:t>3. Categoriile de date prelucrate</w:t>
      </w:r>
    </w:p>
    <w:p w14:paraId="69CD559E" w14:textId="77777777" w:rsidR="00D16BD0" w:rsidRPr="00BA0D30" w:rsidRDefault="00D16BD0" w:rsidP="00B54E56">
      <w:pPr>
        <w:spacing w:after="160"/>
        <w:jc w:val="both"/>
        <w:rPr>
          <w:lang w:val="es-ES"/>
        </w:rPr>
      </w:pPr>
      <w:r w:rsidRPr="00BA0D30">
        <w:rPr>
          <w:lang w:val="es-ES"/>
        </w:rPr>
        <w:t>Nume, prenume, CNP, serie și număr act de identitate, data nașterii, domiciliul, telefon, e-mail, semnătura, imaginea (fotografii/înregistrări video realizate în timpul competiției), numărul de pe tricou și date privind performanța sportivă în cadrul competiției (goluri, cartonașe, sancțiuni disciplinare).</w:t>
      </w:r>
    </w:p>
    <w:p w14:paraId="055A8457" w14:textId="77777777" w:rsidR="00D16BD0" w:rsidRPr="00BA0D30" w:rsidRDefault="00D16BD0" w:rsidP="00B54E56">
      <w:pPr>
        <w:spacing w:after="80"/>
        <w:rPr>
          <w:lang w:val="es-ES"/>
        </w:rPr>
      </w:pPr>
      <w:r w:rsidRPr="00BA0D30">
        <w:rPr>
          <w:b/>
          <w:lang w:val="es-ES"/>
        </w:rPr>
        <w:t>4. Scopurile prelucrării</w:t>
      </w:r>
    </w:p>
    <w:p w14:paraId="7C93AD55" w14:textId="77777777" w:rsidR="00D16BD0" w:rsidRPr="00BA0D30" w:rsidRDefault="00D16BD0" w:rsidP="00B54E56">
      <w:pPr>
        <w:spacing w:after="40"/>
        <w:jc w:val="both"/>
        <w:rPr>
          <w:lang w:val="es-ES"/>
        </w:rPr>
      </w:pPr>
      <w:r w:rsidRPr="00BA0D30">
        <w:rPr>
          <w:lang w:val="es-ES"/>
        </w:rPr>
        <w:t>a) organizarea și desfășurarea Campionatului Municipal de Minifotbal, ediția 2026 – verificarea eligibilității, ținerea evidenței participanților, arbitraj, aplicarea regulamentului, soluționarea contestațiilor;</w:t>
      </w:r>
    </w:p>
    <w:p w14:paraId="486D8AC4" w14:textId="77777777" w:rsidR="00D16BD0" w:rsidRPr="00BA0D30" w:rsidRDefault="00D16BD0" w:rsidP="00B54E56">
      <w:pPr>
        <w:spacing w:after="40"/>
        <w:jc w:val="both"/>
        <w:rPr>
          <w:lang w:val="es-ES"/>
        </w:rPr>
      </w:pPr>
      <w:r w:rsidRPr="00BA0D30">
        <w:rPr>
          <w:lang w:val="es-ES"/>
        </w:rPr>
        <w:t>b) publicarea rezultatelor, clasamentelor și a informațiilor de interes public despre competiție;</w:t>
      </w:r>
    </w:p>
    <w:p w14:paraId="2D7168D5" w14:textId="77777777" w:rsidR="00D16BD0" w:rsidRPr="00BA0D30" w:rsidRDefault="00D16BD0" w:rsidP="00B54E56">
      <w:pPr>
        <w:spacing w:after="40"/>
        <w:jc w:val="both"/>
        <w:rPr>
          <w:lang w:val="es-ES"/>
        </w:rPr>
      </w:pPr>
      <w:r w:rsidRPr="00BA0D30">
        <w:rPr>
          <w:lang w:val="es-ES"/>
        </w:rPr>
        <w:t>c) promovarea evenimentului și a activității Primăriei prin fotografii și înregistrări video – exclusiv pe baza consimțământului acordat separat (Anexa nr. 4);</w:t>
      </w:r>
    </w:p>
    <w:p w14:paraId="72CF6EDF" w14:textId="77777777" w:rsidR="00D16BD0" w:rsidRPr="00BA0D30" w:rsidRDefault="00D16BD0" w:rsidP="00B54E56">
      <w:pPr>
        <w:spacing w:after="40"/>
        <w:jc w:val="both"/>
        <w:rPr>
          <w:lang w:val="es-ES"/>
        </w:rPr>
      </w:pPr>
      <w:r w:rsidRPr="00BA0D30">
        <w:rPr>
          <w:lang w:val="es-ES"/>
        </w:rPr>
        <w:t>d) îndeplinirea obligațiilor legale de arhivare a documentelor emise de instituție.</w:t>
      </w:r>
    </w:p>
    <w:p w14:paraId="1ADD4365" w14:textId="77777777" w:rsidR="00D16BD0" w:rsidRPr="00BA0D30" w:rsidRDefault="00D16BD0" w:rsidP="00B54E56">
      <w:pPr>
        <w:spacing w:before="120" w:after="80"/>
      </w:pPr>
      <w:r w:rsidRPr="00BA0D30">
        <w:rPr>
          <w:b/>
        </w:rPr>
        <w:t>5. Temeiurile juridice ale prelucrării</w:t>
      </w:r>
    </w:p>
    <w:p w14:paraId="356F4033" w14:textId="77777777" w:rsidR="00D16BD0" w:rsidRPr="00BA0D30" w:rsidRDefault="00D16BD0" w:rsidP="00B54E56">
      <w:pPr>
        <w:spacing w:after="40"/>
        <w:jc w:val="both"/>
      </w:pPr>
      <w:r w:rsidRPr="00BA0D30">
        <w:t>• art. 6 alin. (1) lit. e) din GDPR – îndeplinirea unei sarcini de interes public (organizarea de activități sportive locale, conform Legii nr. 69/2000 și Legii nr. 215/2001 republicată / OUG nr. 57/2019 – Codul administrativ);</w:t>
      </w:r>
    </w:p>
    <w:p w14:paraId="07FEBB73" w14:textId="77777777" w:rsidR="00D16BD0" w:rsidRPr="00BA0D30" w:rsidRDefault="00D16BD0" w:rsidP="00B54E56">
      <w:pPr>
        <w:spacing w:after="40"/>
        <w:jc w:val="both"/>
      </w:pPr>
      <w:r w:rsidRPr="00BA0D30">
        <w:t>• art. 6 alin. (1) lit. c) din GDPR – îndeplinirea unei obligații legale (arhivare);</w:t>
      </w:r>
    </w:p>
    <w:p w14:paraId="5269D2DD" w14:textId="77777777" w:rsidR="00D16BD0" w:rsidRPr="00BA0D30" w:rsidRDefault="00D16BD0" w:rsidP="00B54E56">
      <w:pPr>
        <w:spacing w:after="40"/>
        <w:jc w:val="both"/>
        <w:rPr>
          <w:lang w:val="es-ES"/>
        </w:rPr>
      </w:pPr>
      <w:r w:rsidRPr="00BA0D30">
        <w:rPr>
          <w:lang w:val="es-ES"/>
        </w:rPr>
        <w:t xml:space="preserve">• </w:t>
      </w:r>
      <w:proofErr w:type="gramStart"/>
      <w:r w:rsidRPr="00BA0D30">
        <w:rPr>
          <w:lang w:val="es-ES"/>
        </w:rPr>
        <w:t>art</w:t>
      </w:r>
      <w:proofErr w:type="gramEnd"/>
      <w:r w:rsidRPr="00BA0D30">
        <w:rPr>
          <w:lang w:val="es-ES"/>
        </w:rPr>
        <w:t>. 6 alin. (1) lit. a) din GDPR – consimțământul persoanei vizate, pentru utilizarea imaginii în materiale de promovare.</w:t>
      </w:r>
    </w:p>
    <w:p w14:paraId="40CB48F1" w14:textId="77777777" w:rsidR="00D16BD0" w:rsidRPr="00BA0D30" w:rsidRDefault="00D16BD0" w:rsidP="00B54E56">
      <w:pPr>
        <w:spacing w:before="120" w:after="80"/>
        <w:rPr>
          <w:lang w:val="es-ES"/>
        </w:rPr>
      </w:pPr>
      <w:r w:rsidRPr="00BA0D30">
        <w:rPr>
          <w:b/>
          <w:lang w:val="es-ES"/>
        </w:rPr>
        <w:t>6. Destinatarii datelor</w:t>
      </w:r>
    </w:p>
    <w:p w14:paraId="51BA2B87" w14:textId="0AA87E11" w:rsidR="00D16BD0" w:rsidRPr="00BA0D30" w:rsidRDefault="00D16BD0" w:rsidP="00B54E56">
      <w:pPr>
        <w:spacing w:after="160"/>
        <w:jc w:val="both"/>
        <w:rPr>
          <w:lang w:val="es-ES"/>
        </w:rPr>
      </w:pPr>
      <w:r w:rsidRPr="00BA0D30">
        <w:rPr>
          <w:lang w:val="es-ES"/>
        </w:rPr>
        <w:t>Datele pot fi comunicate: comisiei de organizare și de arbitraj a competiției; personalului Primăriei implicat în organizare; autorităților publice cu atribuții de control, în condițiile legii. Rezultatele și, dacă există consimțământ, fotografiile pot fi publicate pe site-ul www.onesti</w:t>
      </w:r>
      <w:r w:rsidR="009A6482" w:rsidRPr="00BA0D30">
        <w:rPr>
          <w:lang w:val="es-ES"/>
        </w:rPr>
        <w:t>2026</w:t>
      </w:r>
      <w:r w:rsidRPr="00BA0D30">
        <w:rPr>
          <w:lang w:val="es-ES"/>
        </w:rPr>
        <w:t>.ro, pe paginile oficiale de socializare ale Primăriei și în presa locală. Datele nu sunt transferate în afara Spațiului Economic European.</w:t>
      </w:r>
    </w:p>
    <w:p w14:paraId="6E24BC0C" w14:textId="77777777" w:rsidR="00D16BD0" w:rsidRPr="00BA0D30" w:rsidRDefault="00D16BD0" w:rsidP="00B54E56">
      <w:pPr>
        <w:spacing w:after="80"/>
        <w:rPr>
          <w:lang w:val="es-ES"/>
        </w:rPr>
      </w:pPr>
      <w:r w:rsidRPr="00BA0D30">
        <w:rPr>
          <w:b/>
          <w:lang w:val="es-ES"/>
        </w:rPr>
        <w:lastRenderedPageBreak/>
        <w:t>7. Perioada de stocare</w:t>
      </w:r>
    </w:p>
    <w:p w14:paraId="124F08AE" w14:textId="77777777" w:rsidR="00D16BD0" w:rsidRPr="00BA0D30" w:rsidRDefault="00D16BD0" w:rsidP="00B54E56">
      <w:pPr>
        <w:spacing w:after="160"/>
        <w:jc w:val="both"/>
        <w:rPr>
          <w:lang w:val="es-ES"/>
        </w:rPr>
      </w:pPr>
      <w:r w:rsidRPr="00BA0D30">
        <w:rPr>
          <w:lang w:val="es-ES"/>
        </w:rPr>
        <w:t>Datele sunt păstrate pe durata desfășurării competiției și, ulterior, conform Nomenclatorului arhivistic al Primăriei Municipiului Onești și dispozițiilor Legii Arhivelor Naționale nr. 16/1996 republicată.</w:t>
      </w:r>
    </w:p>
    <w:p w14:paraId="7D0CB979" w14:textId="77777777" w:rsidR="00D16BD0" w:rsidRPr="00BA0D30" w:rsidRDefault="00D16BD0" w:rsidP="00B54E56">
      <w:pPr>
        <w:spacing w:after="80"/>
      </w:pPr>
      <w:r w:rsidRPr="00BA0D30">
        <w:rPr>
          <w:b/>
        </w:rPr>
        <w:t>8. Drepturile persoanei vizate</w:t>
      </w:r>
    </w:p>
    <w:p w14:paraId="6C3454FC" w14:textId="77777777" w:rsidR="00D16BD0" w:rsidRPr="00BA0D30" w:rsidRDefault="00D16BD0" w:rsidP="00B54E56">
      <w:pPr>
        <w:spacing w:after="120"/>
        <w:jc w:val="both"/>
        <w:rPr>
          <w:lang w:val="es-ES"/>
        </w:rPr>
      </w:pPr>
      <w:r w:rsidRPr="00BA0D30">
        <w:t xml:space="preserve">Aveți dreptul de acces la date (art. 15 GDPR), dreptul la rectificare (art. 16), dreptul la ștergere (art. 17), dreptul la restricționarea prelucrării (art. 18), dreptul la portabilitatea datelor (art. 20), dreptul de opoziție (art. 21) și dreptul de a nu face obiectul unei decizii bazate exclusiv pe prelucrarea automată (art. 22). </w:t>
      </w:r>
      <w:r w:rsidRPr="00BA0D30">
        <w:rPr>
          <w:lang w:val="es-ES"/>
        </w:rPr>
        <w:t>Aveți dreptul de a vă retrage consimțământul în orice moment, fără a afecta legalitatea prelucrării anterioare.</w:t>
      </w:r>
    </w:p>
    <w:p w14:paraId="2EAD3578" w14:textId="77777777" w:rsidR="00D16BD0" w:rsidRPr="00BA0D30" w:rsidRDefault="00D16BD0" w:rsidP="00B54E56">
      <w:pPr>
        <w:spacing w:after="120"/>
        <w:jc w:val="both"/>
        <w:rPr>
          <w:lang w:val="es-ES"/>
        </w:rPr>
      </w:pPr>
      <w:r w:rsidRPr="00BA0D30">
        <w:rPr>
          <w:lang w:val="es-ES"/>
        </w:rPr>
        <w:t>Cererile pot fi depuse la registratura Primăriei Municipiului Onești sau la adresa de e-mail a responsabilului cu protecția datelor.</w:t>
      </w:r>
    </w:p>
    <w:p w14:paraId="45E9020D" w14:textId="77777777" w:rsidR="00D16BD0" w:rsidRPr="00BA0D30" w:rsidRDefault="00D16BD0" w:rsidP="00B54E56">
      <w:pPr>
        <w:spacing w:after="160"/>
        <w:jc w:val="both"/>
        <w:rPr>
          <w:lang w:val="es-ES"/>
        </w:rPr>
      </w:pPr>
      <w:r w:rsidRPr="00BA0D30">
        <w:rPr>
          <w:lang w:val="es-ES"/>
        </w:rPr>
        <w:t>Aveți dreptul de a depune plângere la Autoritatea Națională de Supraveghere a Prelucrării Datelor cu Caracter Personal (ANSPDCP) – B-dul G-ral Gheorghe Magheru nr. 28-30, sector 1, București, www.dataprotection.ro.</w:t>
      </w:r>
    </w:p>
    <w:p w14:paraId="1700952D" w14:textId="77777777" w:rsidR="00D16BD0" w:rsidRPr="00BA0D30" w:rsidRDefault="00D16BD0" w:rsidP="00B54E56">
      <w:pPr>
        <w:spacing w:after="80"/>
        <w:rPr>
          <w:lang w:val="es-ES"/>
        </w:rPr>
      </w:pPr>
      <w:r w:rsidRPr="00BA0D30">
        <w:rPr>
          <w:b/>
          <w:lang w:val="es-ES"/>
        </w:rPr>
        <w:t>9. Consecințele refuzului furnizării datelor</w:t>
      </w:r>
    </w:p>
    <w:p w14:paraId="0C679AC5" w14:textId="77777777" w:rsidR="00D16BD0" w:rsidRPr="00BA0D30" w:rsidRDefault="00D16BD0" w:rsidP="00B54E56">
      <w:pPr>
        <w:spacing w:after="240"/>
        <w:jc w:val="both"/>
        <w:rPr>
          <w:lang w:val="es-ES"/>
        </w:rPr>
      </w:pPr>
      <w:r w:rsidRPr="00BA0D30">
        <w:rPr>
          <w:lang w:val="es-ES"/>
        </w:rPr>
        <w:t>Furnizarea datelor de identificare este necesară pentru înscrierea și participarea la competiție. Refuzul de a furniza aceste date atrage imposibilitatea participării. Refuzul consimțământului pentru utilizarea imaginii NU afectează dreptul de a participa la competiție.</w:t>
      </w:r>
    </w:p>
    <w:p w14:paraId="7DA92C9D" w14:textId="77777777" w:rsidR="00D16BD0" w:rsidRPr="00BA0D30" w:rsidRDefault="00D16BD0" w:rsidP="00B54E56">
      <w:pPr>
        <w:rPr>
          <w:lang w:val="es-ES"/>
        </w:rPr>
      </w:pPr>
    </w:p>
    <w:p w14:paraId="5E2173F3" w14:textId="77777777" w:rsidR="00D16BD0" w:rsidRPr="00BA0D30" w:rsidRDefault="00D16BD0" w:rsidP="00B54E56">
      <w:pPr>
        <w:rPr>
          <w:lang w:val="es-ES"/>
        </w:rPr>
      </w:pPr>
      <w:r w:rsidRPr="00BA0D30">
        <w:rPr>
          <w:b/>
          <w:lang w:val="es-ES"/>
        </w:rPr>
        <w:t>Am luat cunoștință de prezenta informare:</w:t>
      </w:r>
    </w:p>
    <w:p w14:paraId="446A274A" w14:textId="77777777" w:rsidR="00D16BD0" w:rsidRPr="00BA0D30" w:rsidRDefault="00D16BD0" w:rsidP="00B54E56">
      <w:pPr>
        <w:rPr>
          <w:lang w:val="es-ES"/>
        </w:rPr>
      </w:pPr>
    </w:p>
    <w:p w14:paraId="37721EF2" w14:textId="77777777" w:rsidR="00D16BD0" w:rsidRPr="00BA0D30" w:rsidRDefault="00D16BD0" w:rsidP="00B54E56">
      <w:pPr>
        <w:tabs>
          <w:tab w:val="left" w:pos="6236"/>
        </w:tabs>
        <w:rPr>
          <w:lang w:val="es-ES"/>
        </w:rPr>
      </w:pPr>
      <w:r w:rsidRPr="00BA0D30">
        <w:rPr>
          <w:b/>
          <w:lang w:val="es-ES"/>
        </w:rPr>
        <w:t>Nume și prenume: ............................................</w:t>
      </w:r>
      <w:r w:rsidRPr="00BA0D30">
        <w:rPr>
          <w:b/>
          <w:lang w:val="es-ES"/>
        </w:rPr>
        <w:tab/>
        <w:t>Semnătura: ...................................</w:t>
      </w:r>
    </w:p>
    <w:p w14:paraId="3019F452" w14:textId="77777777" w:rsidR="00D16BD0" w:rsidRPr="00BA0D30" w:rsidRDefault="00D16BD0" w:rsidP="00B54E56">
      <w:pPr>
        <w:rPr>
          <w:lang w:val="es-ES"/>
        </w:rPr>
      </w:pPr>
      <w:r w:rsidRPr="00BA0D30">
        <w:rPr>
          <w:b/>
          <w:lang w:val="es-ES"/>
        </w:rPr>
        <w:t>Data: ........./........./2026</w:t>
      </w:r>
    </w:p>
    <w:p w14:paraId="6EBEAF6C" w14:textId="77777777" w:rsidR="00D16BD0" w:rsidRPr="00BA0D30" w:rsidRDefault="00D16BD0" w:rsidP="00B54E56">
      <w:pPr>
        <w:rPr>
          <w:lang w:val="es-ES"/>
        </w:rPr>
      </w:pPr>
      <w:r w:rsidRPr="00BA0D30">
        <w:rPr>
          <w:lang w:val="es-ES"/>
        </w:rPr>
        <w:br w:type="page"/>
      </w:r>
    </w:p>
    <w:p w14:paraId="245CC6EF" w14:textId="77777777" w:rsidR="00D16BD0" w:rsidRPr="00BA0D30" w:rsidRDefault="00D16BD0" w:rsidP="00B54E56">
      <w:pPr>
        <w:rPr>
          <w:lang w:val="es-ES"/>
        </w:rPr>
      </w:pPr>
      <w:r w:rsidRPr="00BA0D30">
        <w:rPr>
          <w:b/>
          <w:lang w:val="es-ES"/>
        </w:rPr>
        <w:lastRenderedPageBreak/>
        <w:t>PRIMĂRIA MUNICIPIULUI ONEȘTI</w:t>
      </w:r>
    </w:p>
    <w:p w14:paraId="16488CAD" w14:textId="77777777" w:rsidR="00D16BD0" w:rsidRPr="00BA0D30" w:rsidRDefault="00D16BD0" w:rsidP="00B54E56">
      <w:pPr>
        <w:rPr>
          <w:lang w:val="es-ES"/>
        </w:rPr>
      </w:pPr>
      <w:r w:rsidRPr="00BA0D30">
        <w:rPr>
          <w:i/>
          <w:sz w:val="20"/>
          <w:lang w:val="es-ES"/>
        </w:rPr>
        <w:t>Campionatul Municipal de Minifotbal – Ediția 2026</w:t>
      </w:r>
    </w:p>
    <w:p w14:paraId="7849981E" w14:textId="77777777" w:rsidR="00D16BD0" w:rsidRPr="00BA0D30" w:rsidRDefault="00D16BD0" w:rsidP="00B54E56">
      <w:pPr>
        <w:spacing w:after="0"/>
        <w:jc w:val="center"/>
        <w:rPr>
          <w:lang w:val="es-ES"/>
        </w:rPr>
      </w:pPr>
      <w:r w:rsidRPr="00BA0D30">
        <w:rPr>
          <w:b/>
          <w:lang w:val="es-ES"/>
        </w:rPr>
        <w:t>Anexa nr. 4</w:t>
      </w:r>
    </w:p>
    <w:p w14:paraId="3A5DBDD8" w14:textId="77777777" w:rsidR="00D16BD0" w:rsidRPr="00BA0D30" w:rsidRDefault="00D16BD0" w:rsidP="00B54E56">
      <w:pPr>
        <w:spacing w:after="280"/>
        <w:jc w:val="center"/>
        <w:rPr>
          <w:lang w:val="es-ES"/>
        </w:rPr>
      </w:pPr>
      <w:r w:rsidRPr="00BA0D30">
        <w:rPr>
          <w:b/>
          <w:sz w:val="26"/>
          <w:lang w:val="es-ES"/>
        </w:rPr>
        <w:t>CONSIMȚĂMÂNT PENTRU UTILIZAREA IMAGINII</w:t>
      </w:r>
    </w:p>
    <w:p w14:paraId="3948E68E" w14:textId="77777777" w:rsidR="00D16BD0" w:rsidRPr="00BA0D30" w:rsidRDefault="00D16BD0" w:rsidP="00B54E56">
      <w:pPr>
        <w:spacing w:after="240"/>
        <w:jc w:val="both"/>
        <w:rPr>
          <w:lang w:val="es-ES"/>
        </w:rPr>
      </w:pPr>
      <w:r w:rsidRPr="00BA0D30">
        <w:rPr>
          <w:lang w:val="es-ES"/>
        </w:rPr>
        <w:t>Subsemnatul/</w:t>
      </w:r>
      <w:proofErr w:type="gramStart"/>
      <w:r w:rsidRPr="00BA0D30">
        <w:rPr>
          <w:lang w:val="es-ES"/>
        </w:rPr>
        <w:t>a ...................................................................................</w:t>
      </w:r>
      <w:proofErr w:type="gramEnd"/>
      <w:r w:rsidRPr="00BA0D30">
        <w:rPr>
          <w:lang w:val="es-ES"/>
        </w:rPr>
        <w:t>, CNP |__|__|__|__|__|__|__|__|__|__|__|__|__|, participant în cadrul Campionatului Municipal de Minifotbal, ediția 2026, în urma informării primite (Anexa nr. 3), îmi exprim în mod liber și în deplină cunoștință de cauză opțiunea privind utilizarea imaginii mele de către Primăria Municipiului Onești:</w:t>
      </w:r>
    </w:p>
    <w:p w14:paraId="3CC19C52" w14:textId="77777777" w:rsidR="00D16BD0" w:rsidRPr="00BA0D30" w:rsidRDefault="00D16BD0" w:rsidP="00B54E56">
      <w:pPr>
        <w:spacing w:after="120"/>
        <w:jc w:val="both"/>
        <w:rPr>
          <w:lang w:val="es-ES"/>
        </w:rPr>
      </w:pPr>
      <w:r w:rsidRPr="00BA0D30">
        <w:rPr>
          <w:b/>
          <w:lang w:val="es-ES"/>
        </w:rPr>
        <w:t>A. UTILIZAREA IMAGINII (fotografii și înregistrări video realizate în timpul competiției), în scop de promovare a evenimentului și a activității Primăriei Municipiului Onești, prin publicare pe site-ul www.onesti.ro, pe paginile oficiale de socializare ale instituției, în materiale de presă și în publicații proprii:</w:t>
      </w:r>
    </w:p>
    <w:p w14:paraId="6A96BB3F" w14:textId="77777777" w:rsidR="00D16BD0" w:rsidRPr="00BA0D30" w:rsidRDefault="00D16BD0" w:rsidP="00B54E56">
      <w:proofErr w:type="gramStart"/>
      <w:r w:rsidRPr="00BA0D30">
        <w:rPr>
          <w:sz w:val="28"/>
        </w:rPr>
        <w:t xml:space="preserve">☐  </w:t>
      </w:r>
      <w:r w:rsidRPr="00BA0D30">
        <w:rPr>
          <w:b/>
        </w:rPr>
        <w:t>ÎMI</w:t>
      </w:r>
      <w:proofErr w:type="gramEnd"/>
      <w:r w:rsidRPr="00BA0D30">
        <w:rPr>
          <w:b/>
        </w:rPr>
        <w:t xml:space="preserve"> EXPRIM CONSIMȚĂMÂNTUL</w:t>
      </w:r>
    </w:p>
    <w:p w14:paraId="339A4856" w14:textId="77777777" w:rsidR="00D16BD0" w:rsidRPr="00BA0D30" w:rsidRDefault="00D16BD0" w:rsidP="00B54E56">
      <w:proofErr w:type="gramStart"/>
      <w:r w:rsidRPr="00BA0D30">
        <w:rPr>
          <w:sz w:val="28"/>
        </w:rPr>
        <w:t xml:space="preserve">☐  </w:t>
      </w:r>
      <w:r w:rsidRPr="00BA0D30">
        <w:rPr>
          <w:b/>
        </w:rPr>
        <w:t>NU</w:t>
      </w:r>
      <w:proofErr w:type="gramEnd"/>
      <w:r w:rsidRPr="00BA0D30">
        <w:rPr>
          <w:b/>
        </w:rPr>
        <w:t xml:space="preserve"> ÎMI EXPRIM CONSIMȚĂMÂNTUL</w:t>
      </w:r>
    </w:p>
    <w:p w14:paraId="40D5ED06" w14:textId="77777777" w:rsidR="00D16BD0" w:rsidRPr="00BA0D30" w:rsidRDefault="00D16BD0" w:rsidP="00B54E56">
      <w:pPr>
        <w:spacing w:after="120"/>
      </w:pPr>
    </w:p>
    <w:p w14:paraId="69F2DA97" w14:textId="77777777" w:rsidR="00D16BD0" w:rsidRPr="00BA0D30" w:rsidRDefault="00D16BD0" w:rsidP="00B54E56">
      <w:pPr>
        <w:spacing w:after="120"/>
        <w:jc w:val="both"/>
        <w:rPr>
          <w:lang w:val="es-ES"/>
        </w:rPr>
      </w:pPr>
      <w:r w:rsidRPr="00BA0D30">
        <w:rPr>
          <w:b/>
          <w:lang w:val="es-ES"/>
        </w:rPr>
        <w:t>B. PUBLICAREA NUMELUI ȘI PRENUMELUI meu, alături de rezultatele sportive individuale (goluri, cartonașe, clasament), pe site-ul www.onesti.ro și în comunicatele de presă ale instituției:</w:t>
      </w:r>
    </w:p>
    <w:p w14:paraId="24B8C3C6" w14:textId="77777777" w:rsidR="00D16BD0" w:rsidRPr="00BA0D30" w:rsidRDefault="00D16BD0" w:rsidP="00B54E56">
      <w:proofErr w:type="gramStart"/>
      <w:r w:rsidRPr="00BA0D30">
        <w:rPr>
          <w:sz w:val="28"/>
        </w:rPr>
        <w:t xml:space="preserve">☐  </w:t>
      </w:r>
      <w:r w:rsidRPr="00BA0D30">
        <w:rPr>
          <w:b/>
        </w:rPr>
        <w:t>ÎMI</w:t>
      </w:r>
      <w:proofErr w:type="gramEnd"/>
      <w:r w:rsidRPr="00BA0D30">
        <w:rPr>
          <w:b/>
        </w:rPr>
        <w:t xml:space="preserve"> EXPRIM CONSIMȚĂMÂNTUL</w:t>
      </w:r>
    </w:p>
    <w:p w14:paraId="5F3B5281" w14:textId="77777777" w:rsidR="00D16BD0" w:rsidRPr="00BA0D30" w:rsidRDefault="00D16BD0" w:rsidP="00B54E56">
      <w:proofErr w:type="gramStart"/>
      <w:r w:rsidRPr="00BA0D30">
        <w:rPr>
          <w:sz w:val="28"/>
        </w:rPr>
        <w:t xml:space="preserve">☐  </w:t>
      </w:r>
      <w:r w:rsidRPr="00BA0D30">
        <w:rPr>
          <w:b/>
        </w:rPr>
        <w:t>NU</w:t>
      </w:r>
      <w:proofErr w:type="gramEnd"/>
      <w:r w:rsidRPr="00BA0D30">
        <w:rPr>
          <w:b/>
        </w:rPr>
        <w:t xml:space="preserve"> ÎMI EXPRIM CONSIMȚĂMÂNTUL</w:t>
      </w:r>
    </w:p>
    <w:p w14:paraId="01D8F4F6" w14:textId="77777777" w:rsidR="00D16BD0" w:rsidRPr="00BA0D30" w:rsidRDefault="00D16BD0" w:rsidP="00B54E56">
      <w:pPr>
        <w:spacing w:after="160"/>
      </w:pPr>
    </w:p>
    <w:p w14:paraId="7B3A2987" w14:textId="77777777" w:rsidR="00D16BD0" w:rsidRPr="00BA0D30" w:rsidRDefault="00D16BD0" w:rsidP="00B54E56">
      <w:pPr>
        <w:spacing w:after="120"/>
        <w:jc w:val="both"/>
      </w:pPr>
      <w:r w:rsidRPr="00BA0D30">
        <w:t>Cunosc faptul că îmi pot retrage consimțământul în orice moment, printr-o cerere scrisă adresată operatorului, fără ca aceasta să afecteze legalitatea prelucrării efectuate în baza consimțământului anterior retragerii.</w:t>
      </w:r>
    </w:p>
    <w:p w14:paraId="015807AD" w14:textId="77777777" w:rsidR="00D16BD0" w:rsidRPr="00BA0D30" w:rsidRDefault="00D16BD0" w:rsidP="00B54E56">
      <w:pPr>
        <w:spacing w:after="280"/>
        <w:jc w:val="both"/>
        <w:rPr>
          <w:lang w:val="es-ES"/>
        </w:rPr>
      </w:pPr>
      <w:r w:rsidRPr="00BA0D30">
        <w:rPr>
          <w:lang w:val="es-ES"/>
        </w:rPr>
        <w:t>Cunosc faptul că refuzul acordării consimțământului la punctele A și/sau B nu afectează dreptul meu de a participa la competiție.</w:t>
      </w:r>
    </w:p>
    <w:p w14:paraId="292B23FB" w14:textId="77777777" w:rsidR="00D16BD0" w:rsidRPr="00BA0D30" w:rsidRDefault="00D16BD0" w:rsidP="00B54E56">
      <w:pPr>
        <w:tabs>
          <w:tab w:val="left" w:pos="6236"/>
        </w:tabs>
        <w:rPr>
          <w:lang w:val="es-ES"/>
        </w:rPr>
      </w:pPr>
      <w:r w:rsidRPr="00BA0D30">
        <w:rPr>
          <w:b/>
          <w:lang w:val="es-ES"/>
        </w:rPr>
        <w:t>Data: ........./........./2026</w:t>
      </w:r>
      <w:r w:rsidRPr="00BA0D30">
        <w:rPr>
          <w:b/>
          <w:lang w:val="es-ES"/>
        </w:rPr>
        <w:tab/>
        <w:t>Semnătura: .......................................</w:t>
      </w:r>
    </w:p>
    <w:p w14:paraId="77102D7F" w14:textId="77777777" w:rsidR="00D16BD0" w:rsidRPr="00BA0D30" w:rsidRDefault="00D16BD0" w:rsidP="00B54E56">
      <w:pPr>
        <w:rPr>
          <w:lang w:val="es-ES"/>
        </w:rPr>
      </w:pPr>
      <w:r w:rsidRPr="00BA0D30">
        <w:rPr>
          <w:lang w:val="es-ES"/>
        </w:rPr>
        <w:br w:type="page"/>
      </w:r>
    </w:p>
    <w:p w14:paraId="42AE5A42" w14:textId="77777777" w:rsidR="00D16BD0" w:rsidRPr="00BA0D30" w:rsidRDefault="00D16BD0" w:rsidP="00B54E56">
      <w:pPr>
        <w:rPr>
          <w:lang w:val="es-ES"/>
        </w:rPr>
      </w:pPr>
      <w:r w:rsidRPr="00BA0D30">
        <w:rPr>
          <w:b/>
          <w:lang w:val="es-ES"/>
        </w:rPr>
        <w:lastRenderedPageBreak/>
        <w:t>PRIMĂRIA MUNICIPIULUI ONEȘTI</w:t>
      </w:r>
    </w:p>
    <w:p w14:paraId="35C9749D" w14:textId="77777777" w:rsidR="00D16BD0" w:rsidRPr="00BA0D30" w:rsidRDefault="00D16BD0" w:rsidP="00B54E56">
      <w:pPr>
        <w:rPr>
          <w:lang w:val="es-ES"/>
        </w:rPr>
      </w:pPr>
      <w:r w:rsidRPr="00BA0D30">
        <w:rPr>
          <w:i/>
          <w:sz w:val="20"/>
          <w:lang w:val="es-ES"/>
        </w:rPr>
        <w:t>Campionatul Municipal de Minifotbal – Ediția 2026</w:t>
      </w:r>
    </w:p>
    <w:p w14:paraId="0C8B6E53" w14:textId="77777777" w:rsidR="00D16BD0" w:rsidRPr="00BA0D30" w:rsidRDefault="00D16BD0" w:rsidP="00B54E56">
      <w:pPr>
        <w:spacing w:after="0"/>
        <w:jc w:val="center"/>
      </w:pPr>
      <w:proofErr w:type="gramStart"/>
      <w:r w:rsidRPr="00BA0D30">
        <w:rPr>
          <w:b/>
        </w:rPr>
        <w:t>Anexa nr.</w:t>
      </w:r>
      <w:proofErr w:type="gramEnd"/>
      <w:r w:rsidRPr="00BA0D30">
        <w:rPr>
          <w:b/>
        </w:rPr>
        <w:t xml:space="preserve"> 5</w:t>
      </w:r>
    </w:p>
    <w:p w14:paraId="5C141DF9" w14:textId="77777777" w:rsidR="00D16BD0" w:rsidRPr="00BA0D30" w:rsidRDefault="00D16BD0" w:rsidP="00B54E56">
      <w:pPr>
        <w:spacing w:after="280"/>
        <w:jc w:val="center"/>
      </w:pPr>
      <w:r w:rsidRPr="00BA0D30">
        <w:rPr>
          <w:b/>
          <w:sz w:val="26"/>
        </w:rPr>
        <w:t>FOAIA DE ARBITRAJ</w:t>
      </w:r>
    </w:p>
    <w:tbl>
      <w:tblPr>
        <w:tblStyle w:val="TableGrid"/>
        <w:tblW w:w="0" w:type="auto"/>
        <w:tblLook w:val="04A0" w:firstRow="1" w:lastRow="0" w:firstColumn="1" w:lastColumn="0" w:noHBand="0" w:noVBand="1"/>
      </w:tblPr>
      <w:tblGrid>
        <w:gridCol w:w="2465"/>
        <w:gridCol w:w="2465"/>
        <w:gridCol w:w="2465"/>
        <w:gridCol w:w="2465"/>
      </w:tblGrid>
      <w:tr w:rsidR="00BA0D30" w:rsidRPr="00BA0D30" w14:paraId="126313A2" w14:textId="77777777" w:rsidTr="005F5492">
        <w:tc>
          <w:tcPr>
            <w:tcW w:w="2465" w:type="dxa"/>
          </w:tcPr>
          <w:p w14:paraId="0ACEBFAA" w14:textId="77777777" w:rsidR="00D16BD0" w:rsidRPr="00BA0D30" w:rsidRDefault="00D16BD0" w:rsidP="00B54E56">
            <w:r w:rsidRPr="00BA0D30">
              <w:rPr>
                <w:b/>
              </w:rPr>
              <w:t>Data:</w:t>
            </w:r>
          </w:p>
        </w:tc>
        <w:tc>
          <w:tcPr>
            <w:tcW w:w="2465" w:type="dxa"/>
          </w:tcPr>
          <w:p w14:paraId="389B86F1" w14:textId="77777777" w:rsidR="00D16BD0" w:rsidRPr="00BA0D30" w:rsidRDefault="00D16BD0" w:rsidP="00B54E56">
            <w:r w:rsidRPr="00BA0D30">
              <w:t>........./........./2026</w:t>
            </w:r>
          </w:p>
        </w:tc>
        <w:tc>
          <w:tcPr>
            <w:tcW w:w="2465" w:type="dxa"/>
          </w:tcPr>
          <w:p w14:paraId="4194AF81" w14:textId="77777777" w:rsidR="00D16BD0" w:rsidRPr="00BA0D30" w:rsidRDefault="00D16BD0" w:rsidP="00B54E56">
            <w:r w:rsidRPr="00BA0D30">
              <w:rPr>
                <w:b/>
              </w:rPr>
              <w:t>Ora:</w:t>
            </w:r>
          </w:p>
        </w:tc>
        <w:tc>
          <w:tcPr>
            <w:tcW w:w="2465" w:type="dxa"/>
          </w:tcPr>
          <w:p w14:paraId="001DCD8C" w14:textId="77777777" w:rsidR="00D16BD0" w:rsidRPr="00BA0D30" w:rsidRDefault="00D16BD0" w:rsidP="00B54E56">
            <w:r w:rsidRPr="00BA0D30">
              <w:t>................</w:t>
            </w:r>
          </w:p>
        </w:tc>
      </w:tr>
      <w:tr w:rsidR="00BA0D30" w:rsidRPr="00BA0D30" w14:paraId="47B0E279" w14:textId="77777777" w:rsidTr="005F5492">
        <w:tc>
          <w:tcPr>
            <w:tcW w:w="2465" w:type="dxa"/>
          </w:tcPr>
          <w:p w14:paraId="7DF4E1ED" w14:textId="77777777" w:rsidR="00D16BD0" w:rsidRPr="00BA0D30" w:rsidRDefault="00D16BD0" w:rsidP="00B54E56">
            <w:r w:rsidRPr="00BA0D30">
              <w:rPr>
                <w:b/>
              </w:rPr>
              <w:t>Etapa / faza:</w:t>
            </w:r>
          </w:p>
        </w:tc>
        <w:tc>
          <w:tcPr>
            <w:tcW w:w="2465" w:type="dxa"/>
          </w:tcPr>
          <w:p w14:paraId="368C3285" w14:textId="77777777" w:rsidR="00D16BD0" w:rsidRPr="00BA0D30" w:rsidRDefault="00D16BD0" w:rsidP="00B54E56">
            <w:r w:rsidRPr="00BA0D30">
              <w:t>.................................</w:t>
            </w:r>
          </w:p>
        </w:tc>
        <w:tc>
          <w:tcPr>
            <w:tcW w:w="2465" w:type="dxa"/>
          </w:tcPr>
          <w:p w14:paraId="3B7AFA40" w14:textId="77777777" w:rsidR="00D16BD0" w:rsidRPr="00BA0D30" w:rsidRDefault="00D16BD0" w:rsidP="00B54E56">
            <w:r w:rsidRPr="00BA0D30">
              <w:rPr>
                <w:b/>
              </w:rPr>
              <w:t>Terenul:</w:t>
            </w:r>
          </w:p>
        </w:tc>
        <w:tc>
          <w:tcPr>
            <w:tcW w:w="2465" w:type="dxa"/>
          </w:tcPr>
          <w:p w14:paraId="77DF2C3C" w14:textId="77777777" w:rsidR="00D16BD0" w:rsidRPr="00BA0D30" w:rsidRDefault="00D16BD0" w:rsidP="00B54E56">
            <w:r w:rsidRPr="00BA0D30">
              <w:t>Stadion CAROM</w:t>
            </w:r>
          </w:p>
        </w:tc>
      </w:tr>
      <w:tr w:rsidR="00D16BD0" w:rsidRPr="00BA0D30" w14:paraId="58FE2DE6" w14:textId="77777777" w:rsidTr="005F5492">
        <w:tc>
          <w:tcPr>
            <w:tcW w:w="2465" w:type="dxa"/>
          </w:tcPr>
          <w:p w14:paraId="67ED0C5A" w14:textId="77777777" w:rsidR="00D16BD0" w:rsidRPr="00BA0D30" w:rsidRDefault="00D16BD0" w:rsidP="00B54E56">
            <w:r w:rsidRPr="00BA0D30">
              <w:rPr>
                <w:b/>
              </w:rPr>
              <w:t>Arbitru principal:</w:t>
            </w:r>
          </w:p>
        </w:tc>
        <w:tc>
          <w:tcPr>
            <w:tcW w:w="2465" w:type="dxa"/>
          </w:tcPr>
          <w:p w14:paraId="0BFFD514" w14:textId="77777777" w:rsidR="00D16BD0" w:rsidRPr="00BA0D30" w:rsidRDefault="00D16BD0" w:rsidP="00B54E56">
            <w:r w:rsidRPr="00BA0D30">
              <w:t>.................................</w:t>
            </w:r>
          </w:p>
        </w:tc>
        <w:tc>
          <w:tcPr>
            <w:tcW w:w="2465" w:type="dxa"/>
          </w:tcPr>
          <w:p w14:paraId="709E27D2" w14:textId="77777777" w:rsidR="00D16BD0" w:rsidRPr="00BA0D30" w:rsidRDefault="00D16BD0" w:rsidP="00B54E56">
            <w:r w:rsidRPr="00BA0D30">
              <w:rPr>
                <w:b/>
              </w:rPr>
              <w:t>Arbitru asistent:</w:t>
            </w:r>
          </w:p>
        </w:tc>
        <w:tc>
          <w:tcPr>
            <w:tcW w:w="2465" w:type="dxa"/>
          </w:tcPr>
          <w:p w14:paraId="7E6A8F08" w14:textId="77777777" w:rsidR="00D16BD0" w:rsidRPr="00BA0D30" w:rsidRDefault="00D16BD0" w:rsidP="00B54E56">
            <w:r w:rsidRPr="00BA0D30">
              <w:t>.................................</w:t>
            </w:r>
          </w:p>
        </w:tc>
      </w:tr>
    </w:tbl>
    <w:p w14:paraId="2A33C478" w14:textId="77777777" w:rsidR="00D16BD0" w:rsidRPr="00BA0D30" w:rsidRDefault="00D16BD0" w:rsidP="00B54E56">
      <w:pPr>
        <w:spacing w:after="120"/>
      </w:pPr>
    </w:p>
    <w:tbl>
      <w:tblPr>
        <w:tblStyle w:val="TableGrid"/>
        <w:tblW w:w="0" w:type="auto"/>
        <w:tblLook w:val="04A0" w:firstRow="1" w:lastRow="0" w:firstColumn="1" w:lastColumn="0" w:noHBand="0" w:noVBand="1"/>
      </w:tblPr>
      <w:tblGrid>
        <w:gridCol w:w="3936"/>
        <w:gridCol w:w="1984"/>
        <w:gridCol w:w="3938"/>
      </w:tblGrid>
      <w:tr w:rsidR="00BA0D30" w:rsidRPr="00BA0D30" w14:paraId="57D5D290" w14:textId="77777777" w:rsidTr="003A7E15">
        <w:tc>
          <w:tcPr>
            <w:tcW w:w="3936" w:type="dxa"/>
            <w:shd w:val="clear" w:color="auto" w:fill="E8E8E8"/>
          </w:tcPr>
          <w:p w14:paraId="1F05095C" w14:textId="77777777" w:rsidR="00D16BD0" w:rsidRPr="00BA0D30" w:rsidRDefault="00D16BD0" w:rsidP="00B54E56">
            <w:pPr>
              <w:jc w:val="center"/>
            </w:pPr>
            <w:r w:rsidRPr="00BA0D30">
              <w:rPr>
                <w:b/>
              </w:rPr>
              <w:t>ECHIPA A</w:t>
            </w:r>
          </w:p>
        </w:tc>
        <w:tc>
          <w:tcPr>
            <w:tcW w:w="1984" w:type="dxa"/>
            <w:shd w:val="clear" w:color="auto" w:fill="E8E8E8"/>
          </w:tcPr>
          <w:p w14:paraId="1F44D921" w14:textId="77777777" w:rsidR="00D16BD0" w:rsidRPr="00BA0D30" w:rsidRDefault="00D16BD0" w:rsidP="00B54E56">
            <w:pPr>
              <w:jc w:val="center"/>
            </w:pPr>
            <w:r w:rsidRPr="00BA0D30">
              <w:rPr>
                <w:b/>
              </w:rPr>
              <w:t>SCOR</w:t>
            </w:r>
          </w:p>
        </w:tc>
        <w:tc>
          <w:tcPr>
            <w:tcW w:w="3938" w:type="dxa"/>
            <w:shd w:val="clear" w:color="auto" w:fill="E8E8E8"/>
          </w:tcPr>
          <w:p w14:paraId="2F4A7E23" w14:textId="77777777" w:rsidR="00D16BD0" w:rsidRPr="00BA0D30" w:rsidRDefault="00D16BD0" w:rsidP="00B54E56">
            <w:pPr>
              <w:jc w:val="center"/>
            </w:pPr>
            <w:r w:rsidRPr="00BA0D30">
              <w:rPr>
                <w:b/>
              </w:rPr>
              <w:t>ECHIPA B</w:t>
            </w:r>
          </w:p>
        </w:tc>
      </w:tr>
      <w:tr w:rsidR="00BA0D30" w:rsidRPr="00BA0D30" w14:paraId="26B38797" w14:textId="77777777" w:rsidTr="003A7E15">
        <w:tc>
          <w:tcPr>
            <w:tcW w:w="3936" w:type="dxa"/>
          </w:tcPr>
          <w:p w14:paraId="40FBD3F3" w14:textId="5B2BB553" w:rsidR="003A7E15" w:rsidRPr="00BA0D30" w:rsidRDefault="003A7E15" w:rsidP="00B54E56">
            <w:pPr>
              <w:jc w:val="center"/>
            </w:pPr>
          </w:p>
        </w:tc>
        <w:tc>
          <w:tcPr>
            <w:tcW w:w="1984" w:type="dxa"/>
            <w:vMerge w:val="restart"/>
          </w:tcPr>
          <w:p w14:paraId="17FEF1DD" w14:textId="281C27B3" w:rsidR="003A7E15" w:rsidRPr="00BA0D30" w:rsidRDefault="003A7E15" w:rsidP="00B54E56">
            <w:pPr>
              <w:jc w:val="center"/>
            </w:pPr>
          </w:p>
        </w:tc>
        <w:tc>
          <w:tcPr>
            <w:tcW w:w="3938" w:type="dxa"/>
          </w:tcPr>
          <w:p w14:paraId="2A9163EF" w14:textId="1E8D26F4" w:rsidR="003A7E15" w:rsidRPr="00BA0D30" w:rsidRDefault="003A7E15" w:rsidP="00B54E56">
            <w:pPr>
              <w:jc w:val="center"/>
            </w:pPr>
          </w:p>
        </w:tc>
      </w:tr>
      <w:tr w:rsidR="00BA0D30" w:rsidRPr="00BA0D30" w14:paraId="519C3CBA" w14:textId="77777777" w:rsidTr="003A7E15">
        <w:tc>
          <w:tcPr>
            <w:tcW w:w="3936" w:type="dxa"/>
          </w:tcPr>
          <w:p w14:paraId="1D38544A" w14:textId="77777777" w:rsidR="003A7E15" w:rsidRPr="00BA0D30" w:rsidRDefault="003A7E15" w:rsidP="00B54E56">
            <w:pPr>
              <w:jc w:val="center"/>
            </w:pPr>
          </w:p>
        </w:tc>
        <w:tc>
          <w:tcPr>
            <w:tcW w:w="1984" w:type="dxa"/>
            <w:vMerge/>
          </w:tcPr>
          <w:p w14:paraId="15065F12" w14:textId="77777777" w:rsidR="003A7E15" w:rsidRPr="00BA0D30" w:rsidRDefault="003A7E15" w:rsidP="00B54E56">
            <w:pPr>
              <w:jc w:val="center"/>
            </w:pPr>
          </w:p>
        </w:tc>
        <w:tc>
          <w:tcPr>
            <w:tcW w:w="3938" w:type="dxa"/>
          </w:tcPr>
          <w:p w14:paraId="3079F441" w14:textId="77777777" w:rsidR="003A7E15" w:rsidRPr="00BA0D30" w:rsidRDefault="003A7E15" w:rsidP="00B54E56">
            <w:pPr>
              <w:jc w:val="center"/>
            </w:pPr>
          </w:p>
        </w:tc>
      </w:tr>
      <w:tr w:rsidR="00BA0D30" w:rsidRPr="00BA0D30" w14:paraId="1966045B" w14:textId="77777777" w:rsidTr="003A7E15">
        <w:tc>
          <w:tcPr>
            <w:tcW w:w="3936" w:type="dxa"/>
          </w:tcPr>
          <w:p w14:paraId="1600916B" w14:textId="77777777" w:rsidR="003A7E15" w:rsidRPr="00BA0D30" w:rsidRDefault="003A7E15" w:rsidP="00B54E56">
            <w:pPr>
              <w:jc w:val="center"/>
            </w:pPr>
          </w:p>
        </w:tc>
        <w:tc>
          <w:tcPr>
            <w:tcW w:w="1984" w:type="dxa"/>
            <w:vMerge/>
          </w:tcPr>
          <w:p w14:paraId="2ED77496" w14:textId="77777777" w:rsidR="003A7E15" w:rsidRPr="00BA0D30" w:rsidRDefault="003A7E15" w:rsidP="00B54E56">
            <w:pPr>
              <w:jc w:val="center"/>
            </w:pPr>
          </w:p>
        </w:tc>
        <w:tc>
          <w:tcPr>
            <w:tcW w:w="3938" w:type="dxa"/>
          </w:tcPr>
          <w:p w14:paraId="1AA0799C" w14:textId="77777777" w:rsidR="003A7E15" w:rsidRPr="00BA0D30" w:rsidRDefault="003A7E15" w:rsidP="00B54E56">
            <w:pPr>
              <w:jc w:val="center"/>
            </w:pPr>
          </w:p>
        </w:tc>
      </w:tr>
      <w:tr w:rsidR="00BA0D30" w:rsidRPr="00BA0D30" w14:paraId="57D743D1" w14:textId="77777777" w:rsidTr="003A7E15">
        <w:tc>
          <w:tcPr>
            <w:tcW w:w="3936" w:type="dxa"/>
          </w:tcPr>
          <w:p w14:paraId="09DD18FB" w14:textId="77777777" w:rsidR="003A7E15" w:rsidRPr="00BA0D30" w:rsidRDefault="003A7E15" w:rsidP="00B54E56">
            <w:pPr>
              <w:jc w:val="center"/>
            </w:pPr>
          </w:p>
        </w:tc>
        <w:tc>
          <w:tcPr>
            <w:tcW w:w="1984" w:type="dxa"/>
            <w:vMerge/>
          </w:tcPr>
          <w:p w14:paraId="02140511" w14:textId="77777777" w:rsidR="003A7E15" w:rsidRPr="00BA0D30" w:rsidRDefault="003A7E15" w:rsidP="00B54E56">
            <w:pPr>
              <w:jc w:val="center"/>
            </w:pPr>
          </w:p>
        </w:tc>
        <w:tc>
          <w:tcPr>
            <w:tcW w:w="3938" w:type="dxa"/>
          </w:tcPr>
          <w:p w14:paraId="55131346" w14:textId="77777777" w:rsidR="003A7E15" w:rsidRPr="00BA0D30" w:rsidRDefault="003A7E15" w:rsidP="00B54E56">
            <w:pPr>
              <w:jc w:val="center"/>
            </w:pPr>
          </w:p>
        </w:tc>
      </w:tr>
      <w:tr w:rsidR="00BA0D30" w:rsidRPr="00BA0D30" w14:paraId="60888250" w14:textId="77777777" w:rsidTr="003A7E15">
        <w:tc>
          <w:tcPr>
            <w:tcW w:w="3936" w:type="dxa"/>
          </w:tcPr>
          <w:p w14:paraId="33441754" w14:textId="77777777" w:rsidR="003A7E15" w:rsidRPr="00BA0D30" w:rsidRDefault="003A7E15" w:rsidP="00B54E56">
            <w:pPr>
              <w:jc w:val="center"/>
            </w:pPr>
          </w:p>
        </w:tc>
        <w:tc>
          <w:tcPr>
            <w:tcW w:w="1984" w:type="dxa"/>
            <w:vMerge/>
          </w:tcPr>
          <w:p w14:paraId="563FB82C" w14:textId="77777777" w:rsidR="003A7E15" w:rsidRPr="00BA0D30" w:rsidRDefault="003A7E15" w:rsidP="00B54E56">
            <w:pPr>
              <w:jc w:val="center"/>
            </w:pPr>
          </w:p>
        </w:tc>
        <w:tc>
          <w:tcPr>
            <w:tcW w:w="3938" w:type="dxa"/>
          </w:tcPr>
          <w:p w14:paraId="658954D6" w14:textId="77777777" w:rsidR="003A7E15" w:rsidRPr="00BA0D30" w:rsidRDefault="003A7E15" w:rsidP="00B54E56">
            <w:pPr>
              <w:jc w:val="center"/>
            </w:pPr>
          </w:p>
        </w:tc>
      </w:tr>
      <w:tr w:rsidR="00BA0D30" w:rsidRPr="00BA0D30" w14:paraId="378CF08F" w14:textId="77777777" w:rsidTr="003A7E15">
        <w:tc>
          <w:tcPr>
            <w:tcW w:w="3936" w:type="dxa"/>
          </w:tcPr>
          <w:p w14:paraId="02D18C77" w14:textId="77777777" w:rsidR="003A7E15" w:rsidRPr="00BA0D30" w:rsidRDefault="003A7E15" w:rsidP="00B54E56">
            <w:pPr>
              <w:jc w:val="center"/>
            </w:pPr>
          </w:p>
        </w:tc>
        <w:tc>
          <w:tcPr>
            <w:tcW w:w="1984" w:type="dxa"/>
            <w:vMerge/>
          </w:tcPr>
          <w:p w14:paraId="3C066E99" w14:textId="77777777" w:rsidR="003A7E15" w:rsidRPr="00BA0D30" w:rsidRDefault="003A7E15" w:rsidP="00B54E56">
            <w:pPr>
              <w:jc w:val="center"/>
            </w:pPr>
          </w:p>
        </w:tc>
        <w:tc>
          <w:tcPr>
            <w:tcW w:w="3938" w:type="dxa"/>
          </w:tcPr>
          <w:p w14:paraId="5DCDB45B" w14:textId="77777777" w:rsidR="003A7E15" w:rsidRPr="00BA0D30" w:rsidRDefault="003A7E15" w:rsidP="00B54E56">
            <w:pPr>
              <w:jc w:val="center"/>
            </w:pPr>
          </w:p>
        </w:tc>
      </w:tr>
      <w:tr w:rsidR="00BA0D30" w:rsidRPr="00BA0D30" w14:paraId="72B1C733" w14:textId="77777777" w:rsidTr="003A7E15">
        <w:tc>
          <w:tcPr>
            <w:tcW w:w="3936" w:type="dxa"/>
          </w:tcPr>
          <w:p w14:paraId="31E44898" w14:textId="77777777" w:rsidR="003A7E15" w:rsidRPr="00BA0D30" w:rsidRDefault="003A7E15" w:rsidP="00B54E56">
            <w:pPr>
              <w:jc w:val="center"/>
            </w:pPr>
          </w:p>
        </w:tc>
        <w:tc>
          <w:tcPr>
            <w:tcW w:w="1984" w:type="dxa"/>
            <w:vMerge/>
          </w:tcPr>
          <w:p w14:paraId="1DC1B162" w14:textId="77777777" w:rsidR="003A7E15" w:rsidRPr="00BA0D30" w:rsidRDefault="003A7E15" w:rsidP="00B54E56">
            <w:pPr>
              <w:jc w:val="center"/>
            </w:pPr>
          </w:p>
        </w:tc>
        <w:tc>
          <w:tcPr>
            <w:tcW w:w="3938" w:type="dxa"/>
          </w:tcPr>
          <w:p w14:paraId="2ABEBEFD" w14:textId="77777777" w:rsidR="003A7E15" w:rsidRPr="00BA0D30" w:rsidRDefault="003A7E15" w:rsidP="00B54E56">
            <w:pPr>
              <w:jc w:val="center"/>
            </w:pPr>
          </w:p>
        </w:tc>
      </w:tr>
      <w:tr w:rsidR="00BA0D30" w:rsidRPr="00BA0D30" w14:paraId="47B319C6" w14:textId="77777777" w:rsidTr="003A7E15">
        <w:tc>
          <w:tcPr>
            <w:tcW w:w="3936" w:type="dxa"/>
          </w:tcPr>
          <w:p w14:paraId="0249A9E8" w14:textId="77777777" w:rsidR="003A7E15" w:rsidRPr="00BA0D30" w:rsidRDefault="003A7E15" w:rsidP="00B54E56">
            <w:pPr>
              <w:jc w:val="center"/>
            </w:pPr>
          </w:p>
        </w:tc>
        <w:tc>
          <w:tcPr>
            <w:tcW w:w="1984" w:type="dxa"/>
            <w:vMerge/>
          </w:tcPr>
          <w:p w14:paraId="5F07D8EF" w14:textId="77777777" w:rsidR="003A7E15" w:rsidRPr="00BA0D30" w:rsidRDefault="003A7E15" w:rsidP="00B54E56">
            <w:pPr>
              <w:jc w:val="center"/>
            </w:pPr>
          </w:p>
        </w:tc>
        <w:tc>
          <w:tcPr>
            <w:tcW w:w="3938" w:type="dxa"/>
          </w:tcPr>
          <w:p w14:paraId="4B1A36BF" w14:textId="77777777" w:rsidR="003A7E15" w:rsidRPr="00BA0D30" w:rsidRDefault="003A7E15" w:rsidP="00B54E56">
            <w:pPr>
              <w:jc w:val="center"/>
            </w:pPr>
          </w:p>
        </w:tc>
      </w:tr>
      <w:tr w:rsidR="00BA0D30" w:rsidRPr="00BA0D30" w14:paraId="53BFFCD8" w14:textId="77777777" w:rsidTr="003A7E15">
        <w:tc>
          <w:tcPr>
            <w:tcW w:w="3936" w:type="dxa"/>
          </w:tcPr>
          <w:p w14:paraId="0D7F35C0" w14:textId="77777777" w:rsidR="003A7E15" w:rsidRPr="00BA0D30" w:rsidRDefault="003A7E15" w:rsidP="00B54E56">
            <w:pPr>
              <w:jc w:val="center"/>
            </w:pPr>
          </w:p>
        </w:tc>
        <w:tc>
          <w:tcPr>
            <w:tcW w:w="1984" w:type="dxa"/>
            <w:vMerge/>
          </w:tcPr>
          <w:p w14:paraId="643DB055" w14:textId="77777777" w:rsidR="003A7E15" w:rsidRPr="00BA0D30" w:rsidRDefault="003A7E15" w:rsidP="00B54E56">
            <w:pPr>
              <w:jc w:val="center"/>
            </w:pPr>
          </w:p>
        </w:tc>
        <w:tc>
          <w:tcPr>
            <w:tcW w:w="3938" w:type="dxa"/>
          </w:tcPr>
          <w:p w14:paraId="2DA2A5D1" w14:textId="77777777" w:rsidR="003A7E15" w:rsidRPr="00BA0D30" w:rsidRDefault="003A7E15" w:rsidP="00B54E56">
            <w:pPr>
              <w:jc w:val="center"/>
            </w:pPr>
          </w:p>
        </w:tc>
      </w:tr>
      <w:tr w:rsidR="00BA0D30" w:rsidRPr="00BA0D30" w14:paraId="4DC3AE22" w14:textId="77777777" w:rsidTr="003A7E15">
        <w:tc>
          <w:tcPr>
            <w:tcW w:w="3936" w:type="dxa"/>
          </w:tcPr>
          <w:p w14:paraId="1E984386" w14:textId="77777777" w:rsidR="003A7E15" w:rsidRPr="00BA0D30" w:rsidRDefault="003A7E15" w:rsidP="00B54E56">
            <w:pPr>
              <w:jc w:val="center"/>
            </w:pPr>
          </w:p>
        </w:tc>
        <w:tc>
          <w:tcPr>
            <w:tcW w:w="1984" w:type="dxa"/>
            <w:vMerge/>
          </w:tcPr>
          <w:p w14:paraId="52633063" w14:textId="77777777" w:rsidR="003A7E15" w:rsidRPr="00BA0D30" w:rsidRDefault="003A7E15" w:rsidP="00B54E56">
            <w:pPr>
              <w:jc w:val="center"/>
            </w:pPr>
          </w:p>
        </w:tc>
        <w:tc>
          <w:tcPr>
            <w:tcW w:w="3938" w:type="dxa"/>
          </w:tcPr>
          <w:p w14:paraId="42443575" w14:textId="77777777" w:rsidR="003A7E15" w:rsidRPr="00BA0D30" w:rsidRDefault="003A7E15" w:rsidP="00B54E56">
            <w:pPr>
              <w:jc w:val="center"/>
            </w:pPr>
          </w:p>
        </w:tc>
      </w:tr>
      <w:tr w:rsidR="00BA0D30" w:rsidRPr="00BA0D30" w14:paraId="1736008E" w14:textId="77777777" w:rsidTr="003A7E15">
        <w:tc>
          <w:tcPr>
            <w:tcW w:w="3936" w:type="dxa"/>
          </w:tcPr>
          <w:p w14:paraId="653E36AD" w14:textId="77777777" w:rsidR="003A7E15" w:rsidRPr="00BA0D30" w:rsidRDefault="003A7E15" w:rsidP="00B54E56">
            <w:pPr>
              <w:jc w:val="center"/>
            </w:pPr>
          </w:p>
        </w:tc>
        <w:tc>
          <w:tcPr>
            <w:tcW w:w="1984" w:type="dxa"/>
            <w:vMerge/>
          </w:tcPr>
          <w:p w14:paraId="1EC47001" w14:textId="77777777" w:rsidR="003A7E15" w:rsidRPr="00BA0D30" w:rsidRDefault="003A7E15" w:rsidP="00B54E56">
            <w:pPr>
              <w:jc w:val="center"/>
            </w:pPr>
          </w:p>
        </w:tc>
        <w:tc>
          <w:tcPr>
            <w:tcW w:w="3938" w:type="dxa"/>
          </w:tcPr>
          <w:p w14:paraId="71099214" w14:textId="77777777" w:rsidR="003A7E15" w:rsidRPr="00BA0D30" w:rsidRDefault="003A7E15" w:rsidP="00B54E56">
            <w:pPr>
              <w:jc w:val="center"/>
            </w:pPr>
          </w:p>
        </w:tc>
      </w:tr>
      <w:tr w:rsidR="00BA0D30" w:rsidRPr="00BA0D30" w14:paraId="7E019A66" w14:textId="77777777" w:rsidTr="003A7E15">
        <w:tc>
          <w:tcPr>
            <w:tcW w:w="3936" w:type="dxa"/>
          </w:tcPr>
          <w:p w14:paraId="677D34C1" w14:textId="77777777" w:rsidR="003A7E15" w:rsidRPr="00BA0D30" w:rsidRDefault="003A7E15" w:rsidP="00B54E56">
            <w:pPr>
              <w:jc w:val="center"/>
            </w:pPr>
          </w:p>
        </w:tc>
        <w:tc>
          <w:tcPr>
            <w:tcW w:w="1984" w:type="dxa"/>
            <w:vMerge/>
          </w:tcPr>
          <w:p w14:paraId="495DBF3B" w14:textId="77777777" w:rsidR="003A7E15" w:rsidRPr="00BA0D30" w:rsidRDefault="003A7E15" w:rsidP="00B54E56">
            <w:pPr>
              <w:jc w:val="center"/>
            </w:pPr>
          </w:p>
        </w:tc>
        <w:tc>
          <w:tcPr>
            <w:tcW w:w="3938" w:type="dxa"/>
          </w:tcPr>
          <w:p w14:paraId="2C7E2296" w14:textId="77777777" w:rsidR="003A7E15" w:rsidRPr="00BA0D30" w:rsidRDefault="003A7E15" w:rsidP="00B54E56">
            <w:pPr>
              <w:jc w:val="center"/>
            </w:pPr>
          </w:p>
        </w:tc>
      </w:tr>
    </w:tbl>
    <w:p w14:paraId="5065756F" w14:textId="77777777" w:rsidR="00D16BD0" w:rsidRPr="00BA0D30" w:rsidRDefault="00D16BD0" w:rsidP="00B54E56">
      <w:pPr>
        <w:spacing w:after="120"/>
      </w:pPr>
    </w:p>
    <w:p w14:paraId="5F570B66" w14:textId="77777777" w:rsidR="00D16BD0" w:rsidRPr="00BA0D30" w:rsidRDefault="00D16BD0" w:rsidP="00B54E56">
      <w:pPr>
        <w:spacing w:after="80"/>
      </w:pPr>
      <w:r w:rsidRPr="00BA0D30">
        <w:rPr>
          <w:b/>
        </w:rPr>
        <w:t>Marcatori / cartonașe:</w:t>
      </w:r>
    </w:p>
    <w:tbl>
      <w:tblPr>
        <w:tblStyle w:val="TableGrid"/>
        <w:tblW w:w="0" w:type="auto"/>
        <w:tblLook w:val="04A0" w:firstRow="1" w:lastRow="0" w:firstColumn="1" w:lastColumn="0" w:noHBand="0" w:noVBand="1"/>
      </w:tblPr>
      <w:tblGrid>
        <w:gridCol w:w="857"/>
        <w:gridCol w:w="1701"/>
        <w:gridCol w:w="2551"/>
        <w:gridCol w:w="1984"/>
        <w:gridCol w:w="2268"/>
      </w:tblGrid>
      <w:tr w:rsidR="00BA0D30" w:rsidRPr="00BA0D30" w14:paraId="5DC95279" w14:textId="77777777" w:rsidTr="005F5492">
        <w:tc>
          <w:tcPr>
            <w:tcW w:w="850" w:type="dxa"/>
            <w:shd w:val="clear" w:color="auto" w:fill="E8E8E8"/>
          </w:tcPr>
          <w:p w14:paraId="295D2D5C" w14:textId="77777777" w:rsidR="00D16BD0" w:rsidRPr="00BA0D30" w:rsidRDefault="00D16BD0" w:rsidP="00B54E56">
            <w:pPr>
              <w:jc w:val="center"/>
            </w:pPr>
            <w:r w:rsidRPr="00BA0D30">
              <w:rPr>
                <w:b/>
              </w:rPr>
              <w:t>Minut</w:t>
            </w:r>
          </w:p>
        </w:tc>
        <w:tc>
          <w:tcPr>
            <w:tcW w:w="1701" w:type="dxa"/>
            <w:shd w:val="clear" w:color="auto" w:fill="E8E8E8"/>
          </w:tcPr>
          <w:p w14:paraId="76A1EC13" w14:textId="77777777" w:rsidR="00D16BD0" w:rsidRPr="00BA0D30" w:rsidRDefault="00D16BD0" w:rsidP="00B54E56">
            <w:pPr>
              <w:jc w:val="center"/>
            </w:pPr>
            <w:r w:rsidRPr="00BA0D30">
              <w:rPr>
                <w:b/>
              </w:rPr>
              <w:t>Echipa</w:t>
            </w:r>
          </w:p>
        </w:tc>
        <w:tc>
          <w:tcPr>
            <w:tcW w:w="2551" w:type="dxa"/>
            <w:shd w:val="clear" w:color="auto" w:fill="E8E8E8"/>
          </w:tcPr>
          <w:p w14:paraId="3CEA83F2" w14:textId="77777777" w:rsidR="00D16BD0" w:rsidRPr="00BA0D30" w:rsidRDefault="00D16BD0" w:rsidP="00B54E56">
            <w:pPr>
              <w:jc w:val="center"/>
            </w:pPr>
            <w:r w:rsidRPr="00BA0D30">
              <w:rPr>
                <w:b/>
              </w:rPr>
              <w:t>Nr. tricou / jucător</w:t>
            </w:r>
          </w:p>
        </w:tc>
        <w:tc>
          <w:tcPr>
            <w:tcW w:w="1984" w:type="dxa"/>
            <w:shd w:val="clear" w:color="auto" w:fill="E8E8E8"/>
          </w:tcPr>
          <w:p w14:paraId="0BD4BC40" w14:textId="77777777" w:rsidR="00D16BD0" w:rsidRPr="00BA0D30" w:rsidRDefault="00D16BD0" w:rsidP="00B54E56">
            <w:pPr>
              <w:jc w:val="center"/>
            </w:pPr>
            <w:r w:rsidRPr="00BA0D30">
              <w:rPr>
                <w:b/>
              </w:rPr>
              <w:t>Eveniment</w:t>
            </w:r>
          </w:p>
        </w:tc>
        <w:tc>
          <w:tcPr>
            <w:tcW w:w="2268" w:type="dxa"/>
            <w:shd w:val="clear" w:color="auto" w:fill="E8E8E8"/>
          </w:tcPr>
          <w:p w14:paraId="7B4694D9" w14:textId="77777777" w:rsidR="00D16BD0" w:rsidRPr="00BA0D30" w:rsidRDefault="00D16BD0" w:rsidP="00B54E56">
            <w:pPr>
              <w:jc w:val="center"/>
            </w:pPr>
            <w:r w:rsidRPr="00BA0D30">
              <w:rPr>
                <w:b/>
              </w:rPr>
              <w:t>Observații</w:t>
            </w:r>
          </w:p>
        </w:tc>
      </w:tr>
      <w:tr w:rsidR="00BA0D30" w:rsidRPr="00BA0D30" w14:paraId="5A1C5091" w14:textId="77777777" w:rsidTr="005F5492">
        <w:tc>
          <w:tcPr>
            <w:tcW w:w="850" w:type="dxa"/>
          </w:tcPr>
          <w:p w14:paraId="0F6DDFB9" w14:textId="77777777" w:rsidR="00D16BD0" w:rsidRPr="00BA0D30" w:rsidRDefault="00D16BD0" w:rsidP="00B54E56"/>
        </w:tc>
        <w:tc>
          <w:tcPr>
            <w:tcW w:w="1701" w:type="dxa"/>
          </w:tcPr>
          <w:p w14:paraId="052C880A" w14:textId="77777777" w:rsidR="00D16BD0" w:rsidRPr="00BA0D30" w:rsidRDefault="00D16BD0" w:rsidP="00B54E56"/>
        </w:tc>
        <w:tc>
          <w:tcPr>
            <w:tcW w:w="2551" w:type="dxa"/>
          </w:tcPr>
          <w:p w14:paraId="186B9438" w14:textId="77777777" w:rsidR="00D16BD0" w:rsidRPr="00BA0D30" w:rsidRDefault="00D16BD0" w:rsidP="00B54E56"/>
        </w:tc>
        <w:tc>
          <w:tcPr>
            <w:tcW w:w="1984" w:type="dxa"/>
          </w:tcPr>
          <w:p w14:paraId="7221DEBD" w14:textId="77777777" w:rsidR="00D16BD0" w:rsidRPr="00BA0D30" w:rsidRDefault="00D16BD0" w:rsidP="00B54E56"/>
        </w:tc>
        <w:tc>
          <w:tcPr>
            <w:tcW w:w="2268" w:type="dxa"/>
          </w:tcPr>
          <w:p w14:paraId="186AF3EC" w14:textId="77777777" w:rsidR="00D16BD0" w:rsidRPr="00BA0D30" w:rsidRDefault="00D16BD0" w:rsidP="00B54E56"/>
        </w:tc>
      </w:tr>
      <w:tr w:rsidR="00BA0D30" w:rsidRPr="00BA0D30" w14:paraId="2E99C98C" w14:textId="77777777" w:rsidTr="005F5492">
        <w:tc>
          <w:tcPr>
            <w:tcW w:w="850" w:type="dxa"/>
          </w:tcPr>
          <w:p w14:paraId="0B4BAE7C" w14:textId="77777777" w:rsidR="00D16BD0" w:rsidRPr="00BA0D30" w:rsidRDefault="00D16BD0" w:rsidP="00B54E56"/>
        </w:tc>
        <w:tc>
          <w:tcPr>
            <w:tcW w:w="1701" w:type="dxa"/>
          </w:tcPr>
          <w:p w14:paraId="71717C6C" w14:textId="77777777" w:rsidR="00D16BD0" w:rsidRPr="00BA0D30" w:rsidRDefault="00D16BD0" w:rsidP="00B54E56"/>
        </w:tc>
        <w:tc>
          <w:tcPr>
            <w:tcW w:w="2551" w:type="dxa"/>
          </w:tcPr>
          <w:p w14:paraId="29BF2FF9" w14:textId="77777777" w:rsidR="00D16BD0" w:rsidRPr="00BA0D30" w:rsidRDefault="00D16BD0" w:rsidP="00B54E56"/>
        </w:tc>
        <w:tc>
          <w:tcPr>
            <w:tcW w:w="1984" w:type="dxa"/>
          </w:tcPr>
          <w:p w14:paraId="26A03D4C" w14:textId="77777777" w:rsidR="00D16BD0" w:rsidRPr="00BA0D30" w:rsidRDefault="00D16BD0" w:rsidP="00B54E56"/>
        </w:tc>
        <w:tc>
          <w:tcPr>
            <w:tcW w:w="2268" w:type="dxa"/>
          </w:tcPr>
          <w:p w14:paraId="6C5C5E47" w14:textId="77777777" w:rsidR="00D16BD0" w:rsidRPr="00BA0D30" w:rsidRDefault="00D16BD0" w:rsidP="00B54E56"/>
        </w:tc>
      </w:tr>
      <w:tr w:rsidR="00BA0D30" w:rsidRPr="00BA0D30" w14:paraId="385BB421" w14:textId="77777777" w:rsidTr="005F5492">
        <w:tc>
          <w:tcPr>
            <w:tcW w:w="850" w:type="dxa"/>
          </w:tcPr>
          <w:p w14:paraId="5CD5CE28" w14:textId="77777777" w:rsidR="00D16BD0" w:rsidRPr="00BA0D30" w:rsidRDefault="00D16BD0" w:rsidP="00B54E56"/>
        </w:tc>
        <w:tc>
          <w:tcPr>
            <w:tcW w:w="1701" w:type="dxa"/>
          </w:tcPr>
          <w:p w14:paraId="1152CD9E" w14:textId="77777777" w:rsidR="00D16BD0" w:rsidRPr="00BA0D30" w:rsidRDefault="00D16BD0" w:rsidP="00B54E56"/>
        </w:tc>
        <w:tc>
          <w:tcPr>
            <w:tcW w:w="2551" w:type="dxa"/>
          </w:tcPr>
          <w:p w14:paraId="30A6EE42" w14:textId="77777777" w:rsidR="00D16BD0" w:rsidRPr="00BA0D30" w:rsidRDefault="00D16BD0" w:rsidP="00B54E56"/>
        </w:tc>
        <w:tc>
          <w:tcPr>
            <w:tcW w:w="1984" w:type="dxa"/>
          </w:tcPr>
          <w:p w14:paraId="0F0F14E0" w14:textId="77777777" w:rsidR="00D16BD0" w:rsidRPr="00BA0D30" w:rsidRDefault="00D16BD0" w:rsidP="00B54E56"/>
        </w:tc>
        <w:tc>
          <w:tcPr>
            <w:tcW w:w="2268" w:type="dxa"/>
          </w:tcPr>
          <w:p w14:paraId="50A08002" w14:textId="77777777" w:rsidR="00D16BD0" w:rsidRPr="00BA0D30" w:rsidRDefault="00D16BD0" w:rsidP="00B54E56"/>
        </w:tc>
      </w:tr>
      <w:tr w:rsidR="00BA0D30" w:rsidRPr="00BA0D30" w14:paraId="3F1CF85D" w14:textId="77777777" w:rsidTr="005F5492">
        <w:tc>
          <w:tcPr>
            <w:tcW w:w="850" w:type="dxa"/>
          </w:tcPr>
          <w:p w14:paraId="311A22F1" w14:textId="77777777" w:rsidR="00D16BD0" w:rsidRPr="00BA0D30" w:rsidRDefault="00D16BD0" w:rsidP="00B54E56"/>
        </w:tc>
        <w:tc>
          <w:tcPr>
            <w:tcW w:w="1701" w:type="dxa"/>
          </w:tcPr>
          <w:p w14:paraId="52BB3FEE" w14:textId="77777777" w:rsidR="00D16BD0" w:rsidRPr="00BA0D30" w:rsidRDefault="00D16BD0" w:rsidP="00B54E56"/>
        </w:tc>
        <w:tc>
          <w:tcPr>
            <w:tcW w:w="2551" w:type="dxa"/>
          </w:tcPr>
          <w:p w14:paraId="74907921" w14:textId="77777777" w:rsidR="00D16BD0" w:rsidRPr="00BA0D30" w:rsidRDefault="00D16BD0" w:rsidP="00B54E56"/>
        </w:tc>
        <w:tc>
          <w:tcPr>
            <w:tcW w:w="1984" w:type="dxa"/>
          </w:tcPr>
          <w:p w14:paraId="6583E7DD" w14:textId="77777777" w:rsidR="00D16BD0" w:rsidRPr="00BA0D30" w:rsidRDefault="00D16BD0" w:rsidP="00B54E56"/>
        </w:tc>
        <w:tc>
          <w:tcPr>
            <w:tcW w:w="2268" w:type="dxa"/>
          </w:tcPr>
          <w:p w14:paraId="1062F350" w14:textId="77777777" w:rsidR="00D16BD0" w:rsidRPr="00BA0D30" w:rsidRDefault="00D16BD0" w:rsidP="00B54E56"/>
        </w:tc>
      </w:tr>
      <w:tr w:rsidR="00BA0D30" w:rsidRPr="00BA0D30" w14:paraId="3B5D966C" w14:textId="77777777" w:rsidTr="005F5492">
        <w:tc>
          <w:tcPr>
            <w:tcW w:w="850" w:type="dxa"/>
          </w:tcPr>
          <w:p w14:paraId="5570D962" w14:textId="77777777" w:rsidR="00D16BD0" w:rsidRPr="00BA0D30" w:rsidRDefault="00D16BD0" w:rsidP="00B54E56"/>
        </w:tc>
        <w:tc>
          <w:tcPr>
            <w:tcW w:w="1701" w:type="dxa"/>
          </w:tcPr>
          <w:p w14:paraId="65505705" w14:textId="77777777" w:rsidR="00D16BD0" w:rsidRPr="00BA0D30" w:rsidRDefault="00D16BD0" w:rsidP="00B54E56"/>
        </w:tc>
        <w:tc>
          <w:tcPr>
            <w:tcW w:w="2551" w:type="dxa"/>
          </w:tcPr>
          <w:p w14:paraId="56275386" w14:textId="77777777" w:rsidR="00D16BD0" w:rsidRPr="00BA0D30" w:rsidRDefault="00D16BD0" w:rsidP="00B54E56"/>
        </w:tc>
        <w:tc>
          <w:tcPr>
            <w:tcW w:w="1984" w:type="dxa"/>
          </w:tcPr>
          <w:p w14:paraId="3DBC2D6C" w14:textId="77777777" w:rsidR="00D16BD0" w:rsidRPr="00BA0D30" w:rsidRDefault="00D16BD0" w:rsidP="00B54E56"/>
        </w:tc>
        <w:tc>
          <w:tcPr>
            <w:tcW w:w="2268" w:type="dxa"/>
          </w:tcPr>
          <w:p w14:paraId="772757BB" w14:textId="77777777" w:rsidR="00D16BD0" w:rsidRPr="00BA0D30" w:rsidRDefault="00D16BD0" w:rsidP="00B54E56"/>
        </w:tc>
      </w:tr>
      <w:tr w:rsidR="00BA0D30" w:rsidRPr="00BA0D30" w14:paraId="657BDE93" w14:textId="77777777" w:rsidTr="005F5492">
        <w:tc>
          <w:tcPr>
            <w:tcW w:w="850" w:type="dxa"/>
          </w:tcPr>
          <w:p w14:paraId="10607FE2" w14:textId="77777777" w:rsidR="00D16BD0" w:rsidRPr="00BA0D30" w:rsidRDefault="00D16BD0" w:rsidP="00B54E56"/>
        </w:tc>
        <w:tc>
          <w:tcPr>
            <w:tcW w:w="1701" w:type="dxa"/>
          </w:tcPr>
          <w:p w14:paraId="6116C1FD" w14:textId="77777777" w:rsidR="00D16BD0" w:rsidRPr="00BA0D30" w:rsidRDefault="00D16BD0" w:rsidP="00B54E56"/>
        </w:tc>
        <w:tc>
          <w:tcPr>
            <w:tcW w:w="2551" w:type="dxa"/>
          </w:tcPr>
          <w:p w14:paraId="411CEC4A" w14:textId="77777777" w:rsidR="00D16BD0" w:rsidRPr="00BA0D30" w:rsidRDefault="00D16BD0" w:rsidP="00B54E56"/>
        </w:tc>
        <w:tc>
          <w:tcPr>
            <w:tcW w:w="1984" w:type="dxa"/>
          </w:tcPr>
          <w:p w14:paraId="0DA1A382" w14:textId="77777777" w:rsidR="00D16BD0" w:rsidRPr="00BA0D30" w:rsidRDefault="00D16BD0" w:rsidP="00B54E56"/>
        </w:tc>
        <w:tc>
          <w:tcPr>
            <w:tcW w:w="2268" w:type="dxa"/>
          </w:tcPr>
          <w:p w14:paraId="0D0A76CA" w14:textId="77777777" w:rsidR="00D16BD0" w:rsidRPr="00BA0D30" w:rsidRDefault="00D16BD0" w:rsidP="00B54E56"/>
        </w:tc>
      </w:tr>
      <w:tr w:rsidR="00BA0D30" w:rsidRPr="00BA0D30" w14:paraId="292313A4" w14:textId="77777777" w:rsidTr="005F5492">
        <w:tc>
          <w:tcPr>
            <w:tcW w:w="850" w:type="dxa"/>
          </w:tcPr>
          <w:p w14:paraId="5C169A46" w14:textId="77777777" w:rsidR="00D16BD0" w:rsidRPr="00BA0D30" w:rsidRDefault="00D16BD0" w:rsidP="00B54E56"/>
        </w:tc>
        <w:tc>
          <w:tcPr>
            <w:tcW w:w="1701" w:type="dxa"/>
          </w:tcPr>
          <w:p w14:paraId="6A294658" w14:textId="77777777" w:rsidR="00D16BD0" w:rsidRPr="00BA0D30" w:rsidRDefault="00D16BD0" w:rsidP="00B54E56"/>
        </w:tc>
        <w:tc>
          <w:tcPr>
            <w:tcW w:w="2551" w:type="dxa"/>
          </w:tcPr>
          <w:p w14:paraId="4C7C92C8" w14:textId="77777777" w:rsidR="00D16BD0" w:rsidRPr="00BA0D30" w:rsidRDefault="00D16BD0" w:rsidP="00B54E56"/>
        </w:tc>
        <w:tc>
          <w:tcPr>
            <w:tcW w:w="1984" w:type="dxa"/>
          </w:tcPr>
          <w:p w14:paraId="6217E350" w14:textId="77777777" w:rsidR="00D16BD0" w:rsidRPr="00BA0D30" w:rsidRDefault="00D16BD0" w:rsidP="00B54E56"/>
        </w:tc>
        <w:tc>
          <w:tcPr>
            <w:tcW w:w="2268" w:type="dxa"/>
          </w:tcPr>
          <w:p w14:paraId="49785A0A" w14:textId="77777777" w:rsidR="00D16BD0" w:rsidRPr="00BA0D30" w:rsidRDefault="00D16BD0" w:rsidP="00B54E56"/>
        </w:tc>
      </w:tr>
      <w:tr w:rsidR="00D16BD0" w:rsidRPr="00BA0D30" w14:paraId="734447E5" w14:textId="77777777" w:rsidTr="005F5492">
        <w:tc>
          <w:tcPr>
            <w:tcW w:w="850" w:type="dxa"/>
          </w:tcPr>
          <w:p w14:paraId="41B54488" w14:textId="77777777" w:rsidR="00D16BD0" w:rsidRPr="00BA0D30" w:rsidRDefault="00D16BD0" w:rsidP="00B54E56"/>
        </w:tc>
        <w:tc>
          <w:tcPr>
            <w:tcW w:w="1701" w:type="dxa"/>
          </w:tcPr>
          <w:p w14:paraId="6212F9F5" w14:textId="77777777" w:rsidR="00D16BD0" w:rsidRPr="00BA0D30" w:rsidRDefault="00D16BD0" w:rsidP="00B54E56"/>
        </w:tc>
        <w:tc>
          <w:tcPr>
            <w:tcW w:w="2551" w:type="dxa"/>
          </w:tcPr>
          <w:p w14:paraId="0D0C2312" w14:textId="77777777" w:rsidR="00D16BD0" w:rsidRPr="00BA0D30" w:rsidRDefault="00D16BD0" w:rsidP="00B54E56"/>
        </w:tc>
        <w:tc>
          <w:tcPr>
            <w:tcW w:w="1984" w:type="dxa"/>
          </w:tcPr>
          <w:p w14:paraId="25AA0EB5" w14:textId="77777777" w:rsidR="00D16BD0" w:rsidRPr="00BA0D30" w:rsidRDefault="00D16BD0" w:rsidP="00B54E56"/>
        </w:tc>
        <w:tc>
          <w:tcPr>
            <w:tcW w:w="2268" w:type="dxa"/>
          </w:tcPr>
          <w:p w14:paraId="0802ECD4" w14:textId="77777777" w:rsidR="00D16BD0" w:rsidRPr="00BA0D30" w:rsidRDefault="00D16BD0" w:rsidP="00B54E56"/>
        </w:tc>
      </w:tr>
    </w:tbl>
    <w:p w14:paraId="1D8715F4" w14:textId="77777777" w:rsidR="00D16BD0" w:rsidRPr="00BA0D30" w:rsidRDefault="00D16BD0" w:rsidP="00B54E56">
      <w:pPr>
        <w:spacing w:after="120"/>
      </w:pPr>
    </w:p>
    <w:p w14:paraId="6261EB8F" w14:textId="77777777" w:rsidR="00D16BD0" w:rsidRPr="00BA0D30" w:rsidRDefault="00D16BD0" w:rsidP="00B54E56">
      <w:pPr>
        <w:spacing w:after="80"/>
      </w:pPr>
      <w:r w:rsidRPr="00BA0D30">
        <w:rPr>
          <w:b/>
        </w:rPr>
        <w:t>Contestații / observații depuse imediat după meci:</w:t>
      </w:r>
    </w:p>
    <w:p w14:paraId="6196B672" w14:textId="482621A0" w:rsidR="00D16BD0" w:rsidRPr="00BA0D30" w:rsidRDefault="00D16BD0" w:rsidP="00B54E56">
      <w:pPr>
        <w:spacing w:after="40"/>
      </w:pPr>
      <w:r w:rsidRPr="00BA0D30">
        <w:t>____________________________________________________________________________________________________</w:t>
      </w:r>
      <w:r w:rsidR="003A7E15" w:rsidRPr="00BA0D30">
        <w:t>____________________________________________________________________________________________________________________________________________</w:t>
      </w:r>
    </w:p>
    <w:p w14:paraId="6DE22A06" w14:textId="1B947D28" w:rsidR="00D16BD0" w:rsidRPr="00BA0D30" w:rsidRDefault="00D16BD0" w:rsidP="00B54E56">
      <w:pPr>
        <w:spacing w:after="40"/>
      </w:pPr>
      <w:r w:rsidRPr="00BA0D30">
        <w:t>____________________________________________________________________________________________________</w:t>
      </w:r>
      <w:r w:rsidR="003A7E15" w:rsidRPr="00BA0D30">
        <w:t>____________________________________________________________</w:t>
      </w:r>
    </w:p>
    <w:p w14:paraId="187316A0" w14:textId="3B998BF7" w:rsidR="00D16BD0" w:rsidRPr="00BA0D30" w:rsidRDefault="00D16BD0" w:rsidP="00B54E56">
      <w:pPr>
        <w:pBdr>
          <w:bottom w:val="single" w:sz="12" w:space="1" w:color="auto"/>
        </w:pBdr>
        <w:spacing w:after="40"/>
      </w:pPr>
      <w:r w:rsidRPr="00BA0D30">
        <w:t>____________________________________________________________________________________________________</w:t>
      </w:r>
      <w:r w:rsidR="003A7E15" w:rsidRPr="00BA0D30">
        <w:t>____________________________________________________________</w:t>
      </w:r>
    </w:p>
    <w:p w14:paraId="631988BA" w14:textId="77777777" w:rsidR="003A7E15" w:rsidRPr="00BA0D30" w:rsidRDefault="003A7E15" w:rsidP="003A7E15">
      <w:pPr>
        <w:spacing w:after="40"/>
      </w:pPr>
      <w:r w:rsidRPr="00BA0D30">
        <w:lastRenderedPageBreak/>
        <w:t>________________________________________________________________________________________________________________________________________________________________________________________________________________________________________________</w:t>
      </w:r>
    </w:p>
    <w:p w14:paraId="659F2CCC"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26867729"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0F962CB3"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0F3D897A"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________________________________________________________________________________________________________________________________________________________________________________________________________________________________________________</w:t>
      </w:r>
    </w:p>
    <w:p w14:paraId="46CFB482"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294CB8FE"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7F61B2F9"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6C3908F5" w14:textId="77777777" w:rsidR="003A7E15" w:rsidRPr="00BA0D30" w:rsidRDefault="003A7E15" w:rsidP="00B54E56">
      <w:pPr>
        <w:spacing w:after="40"/>
      </w:pPr>
    </w:p>
    <w:p w14:paraId="0103537A" w14:textId="77777777" w:rsidR="00D16BD0" w:rsidRPr="00BA0D30" w:rsidRDefault="00D16BD0" w:rsidP="00B54E56"/>
    <w:tbl>
      <w:tblPr>
        <w:tblStyle w:val="TableGrid"/>
        <w:tblW w:w="0" w:type="auto"/>
        <w:tblLook w:val="04A0" w:firstRow="1" w:lastRow="0" w:firstColumn="1" w:lastColumn="0" w:noHBand="0" w:noVBand="1"/>
      </w:tblPr>
      <w:tblGrid>
        <w:gridCol w:w="1956"/>
        <w:gridCol w:w="1984"/>
        <w:gridCol w:w="1983"/>
        <w:gridCol w:w="1984"/>
        <w:gridCol w:w="1998"/>
      </w:tblGrid>
      <w:tr w:rsidR="00BA0D30" w:rsidRPr="00BA0D30" w14:paraId="15F47AD2" w14:textId="237CB5FB" w:rsidTr="003A7E15">
        <w:tc>
          <w:tcPr>
            <w:tcW w:w="1951" w:type="dxa"/>
          </w:tcPr>
          <w:p w14:paraId="014BC931" w14:textId="77777777" w:rsidR="003A7E15" w:rsidRPr="00BA0D30" w:rsidRDefault="003A7E15" w:rsidP="00B54E56">
            <w:pPr>
              <w:rPr>
                <w:b/>
                <w:lang w:val="es-ES"/>
              </w:rPr>
            </w:pPr>
            <w:r w:rsidRPr="00BA0D30">
              <w:rPr>
                <w:b/>
                <w:lang w:val="es-ES"/>
              </w:rPr>
              <w:t>Delegat echipa A</w:t>
            </w:r>
          </w:p>
          <w:p w14:paraId="537220D6" w14:textId="77777777" w:rsidR="003A7E15" w:rsidRPr="00BA0D30" w:rsidRDefault="003A7E15" w:rsidP="00B54E56">
            <w:pPr>
              <w:rPr>
                <w:b/>
                <w:lang w:val="es-ES"/>
              </w:rPr>
            </w:pPr>
          </w:p>
          <w:p w14:paraId="4AE0EAB0" w14:textId="5C6288E2" w:rsidR="003A7E15" w:rsidRPr="00BA0D30" w:rsidRDefault="003A7E15" w:rsidP="00B54E56">
            <w:r w:rsidRPr="00BA0D30">
              <w:rPr>
                <w:b/>
              </w:rPr>
              <w:t>………………….</w:t>
            </w:r>
          </w:p>
        </w:tc>
        <w:tc>
          <w:tcPr>
            <w:tcW w:w="1985" w:type="dxa"/>
          </w:tcPr>
          <w:p w14:paraId="6003355D" w14:textId="77777777" w:rsidR="003A7E15" w:rsidRPr="00BA0D30" w:rsidRDefault="003A7E15" w:rsidP="00B54E56">
            <w:pPr>
              <w:rPr>
                <w:b/>
                <w:lang w:val="es-ES"/>
              </w:rPr>
            </w:pPr>
            <w:r w:rsidRPr="00BA0D30">
              <w:rPr>
                <w:b/>
                <w:lang w:val="es-ES"/>
              </w:rPr>
              <w:t>Delegat echipa B</w:t>
            </w:r>
          </w:p>
          <w:p w14:paraId="76231689" w14:textId="77777777" w:rsidR="003A7E15" w:rsidRPr="00BA0D30" w:rsidRDefault="003A7E15" w:rsidP="00B54E56">
            <w:pPr>
              <w:rPr>
                <w:b/>
                <w:lang w:val="es-ES"/>
              </w:rPr>
            </w:pPr>
          </w:p>
          <w:p w14:paraId="31983482" w14:textId="3B24793C" w:rsidR="003A7E15" w:rsidRPr="00BA0D30" w:rsidRDefault="003A7E15" w:rsidP="00B54E56">
            <w:r w:rsidRPr="00BA0D30">
              <w:rPr>
                <w:b/>
              </w:rPr>
              <w:t>………………….</w:t>
            </w:r>
          </w:p>
        </w:tc>
        <w:tc>
          <w:tcPr>
            <w:tcW w:w="1984" w:type="dxa"/>
          </w:tcPr>
          <w:p w14:paraId="63DBE007" w14:textId="77777777" w:rsidR="003A7E15" w:rsidRPr="00BA0D30" w:rsidRDefault="003A7E15" w:rsidP="00B54E56">
            <w:pPr>
              <w:rPr>
                <w:b/>
                <w:lang w:val="es-ES"/>
              </w:rPr>
            </w:pPr>
            <w:r w:rsidRPr="00BA0D30">
              <w:rPr>
                <w:b/>
                <w:lang w:val="es-ES"/>
              </w:rPr>
              <w:t>Arbitru 1</w:t>
            </w:r>
          </w:p>
          <w:p w14:paraId="052E621C" w14:textId="77777777" w:rsidR="003A7E15" w:rsidRPr="00BA0D30" w:rsidRDefault="003A7E15" w:rsidP="00B54E56">
            <w:pPr>
              <w:rPr>
                <w:b/>
                <w:lang w:val="es-ES"/>
              </w:rPr>
            </w:pPr>
          </w:p>
          <w:p w14:paraId="37233F83" w14:textId="5F767F6C" w:rsidR="003A7E15" w:rsidRPr="00BA0D30" w:rsidRDefault="003A7E15" w:rsidP="00B54E56">
            <w:r w:rsidRPr="00BA0D30">
              <w:rPr>
                <w:b/>
              </w:rPr>
              <w:t>………………….</w:t>
            </w:r>
          </w:p>
        </w:tc>
        <w:tc>
          <w:tcPr>
            <w:tcW w:w="1985" w:type="dxa"/>
          </w:tcPr>
          <w:p w14:paraId="46610ED9" w14:textId="77777777" w:rsidR="003A7E15" w:rsidRPr="00BA0D30" w:rsidRDefault="003A7E15" w:rsidP="00B54E56">
            <w:pPr>
              <w:rPr>
                <w:b/>
              </w:rPr>
            </w:pPr>
            <w:r w:rsidRPr="00BA0D30">
              <w:rPr>
                <w:b/>
              </w:rPr>
              <w:t>Arbitru 2</w:t>
            </w:r>
          </w:p>
          <w:p w14:paraId="14837D97" w14:textId="77777777" w:rsidR="003A7E15" w:rsidRPr="00BA0D30" w:rsidRDefault="003A7E15" w:rsidP="00B54E56">
            <w:pPr>
              <w:rPr>
                <w:b/>
              </w:rPr>
            </w:pPr>
          </w:p>
          <w:p w14:paraId="5E4847B9" w14:textId="32222B17" w:rsidR="003A7E15" w:rsidRPr="00BA0D30" w:rsidRDefault="003A7E15" w:rsidP="00B54E56">
            <w:pPr>
              <w:rPr>
                <w:b/>
              </w:rPr>
            </w:pPr>
            <w:r w:rsidRPr="00BA0D30">
              <w:rPr>
                <w:b/>
              </w:rPr>
              <w:t>………………….</w:t>
            </w:r>
          </w:p>
        </w:tc>
        <w:tc>
          <w:tcPr>
            <w:tcW w:w="2000" w:type="dxa"/>
          </w:tcPr>
          <w:p w14:paraId="743B8351" w14:textId="77777777" w:rsidR="003A7E15" w:rsidRPr="00BA0D30" w:rsidRDefault="003A7E15" w:rsidP="00B54E56">
            <w:pPr>
              <w:rPr>
                <w:b/>
              </w:rPr>
            </w:pPr>
            <w:r w:rsidRPr="00BA0D30">
              <w:rPr>
                <w:b/>
              </w:rPr>
              <w:t>Personal medical</w:t>
            </w:r>
          </w:p>
          <w:p w14:paraId="2A29C0D9" w14:textId="77777777" w:rsidR="003A7E15" w:rsidRPr="00BA0D30" w:rsidRDefault="003A7E15" w:rsidP="00B54E56">
            <w:pPr>
              <w:rPr>
                <w:b/>
              </w:rPr>
            </w:pPr>
          </w:p>
          <w:p w14:paraId="025E2213" w14:textId="377609C1" w:rsidR="003A7E15" w:rsidRPr="00BA0D30" w:rsidRDefault="003A7E15" w:rsidP="00B54E56">
            <w:pPr>
              <w:rPr>
                <w:b/>
              </w:rPr>
            </w:pPr>
            <w:r w:rsidRPr="00BA0D30">
              <w:rPr>
                <w:b/>
              </w:rPr>
              <w:t>………………….</w:t>
            </w:r>
          </w:p>
        </w:tc>
      </w:tr>
    </w:tbl>
    <w:p w14:paraId="621BFE54" w14:textId="77777777" w:rsidR="003A7E15" w:rsidRPr="00BA0D30" w:rsidRDefault="003A7E15" w:rsidP="00B54E56"/>
    <w:p w14:paraId="4B2A34EC" w14:textId="77777777" w:rsidR="003A7E15" w:rsidRPr="00BA0D30" w:rsidRDefault="003A7E15" w:rsidP="00B54E56">
      <w:pPr>
        <w:rPr>
          <w:b/>
          <w:lang w:val="es-ES"/>
        </w:rPr>
      </w:pPr>
    </w:p>
    <w:p w14:paraId="2D3D0E03" w14:textId="77777777" w:rsidR="003A7E15" w:rsidRPr="00BA0D30" w:rsidRDefault="003A7E15" w:rsidP="00B54E56">
      <w:pPr>
        <w:rPr>
          <w:b/>
          <w:lang w:val="es-ES"/>
        </w:rPr>
      </w:pPr>
    </w:p>
    <w:p w14:paraId="1A4F5F7C" w14:textId="77777777" w:rsidR="003A7E15" w:rsidRPr="00BA0D30" w:rsidRDefault="003A7E15" w:rsidP="00B54E56">
      <w:pPr>
        <w:rPr>
          <w:b/>
          <w:lang w:val="es-ES"/>
        </w:rPr>
      </w:pPr>
    </w:p>
    <w:p w14:paraId="720EDC14" w14:textId="77777777" w:rsidR="003A7E15" w:rsidRPr="00BA0D30" w:rsidRDefault="003A7E15" w:rsidP="00B54E56">
      <w:pPr>
        <w:rPr>
          <w:b/>
          <w:lang w:val="es-ES"/>
        </w:rPr>
      </w:pPr>
    </w:p>
    <w:p w14:paraId="3F1DE8C5" w14:textId="77777777" w:rsidR="003A7E15" w:rsidRPr="00BA0D30" w:rsidRDefault="003A7E15" w:rsidP="00B54E56">
      <w:pPr>
        <w:rPr>
          <w:b/>
          <w:lang w:val="es-ES"/>
        </w:rPr>
      </w:pPr>
    </w:p>
    <w:p w14:paraId="7977B0FE" w14:textId="77777777" w:rsidR="003A7E15" w:rsidRPr="00BA0D30" w:rsidRDefault="003A7E15" w:rsidP="00B54E56">
      <w:pPr>
        <w:rPr>
          <w:b/>
          <w:lang w:val="es-ES"/>
        </w:rPr>
      </w:pPr>
    </w:p>
    <w:p w14:paraId="7FCE01E5" w14:textId="77777777" w:rsidR="003A7E15" w:rsidRPr="00BA0D30" w:rsidRDefault="003A7E15" w:rsidP="00B54E56">
      <w:pPr>
        <w:rPr>
          <w:b/>
          <w:lang w:val="es-ES"/>
        </w:rPr>
      </w:pPr>
    </w:p>
    <w:p w14:paraId="1D2BB7B0" w14:textId="77777777" w:rsidR="003A7E15" w:rsidRPr="00BA0D30" w:rsidRDefault="003A7E15" w:rsidP="00B54E56">
      <w:pPr>
        <w:rPr>
          <w:b/>
          <w:lang w:val="es-ES"/>
        </w:rPr>
      </w:pPr>
    </w:p>
    <w:p w14:paraId="31329A67" w14:textId="77777777" w:rsidR="003A7E15" w:rsidRPr="00BA0D30" w:rsidRDefault="003A7E15" w:rsidP="00B54E56">
      <w:pPr>
        <w:rPr>
          <w:b/>
          <w:lang w:val="es-ES"/>
        </w:rPr>
      </w:pPr>
    </w:p>
    <w:p w14:paraId="7D5A357C" w14:textId="77777777" w:rsidR="003A7E15" w:rsidRPr="00BA0D30" w:rsidRDefault="003A7E15" w:rsidP="00B54E56">
      <w:pPr>
        <w:rPr>
          <w:b/>
          <w:lang w:val="es-ES"/>
        </w:rPr>
      </w:pPr>
    </w:p>
    <w:p w14:paraId="08C2CE9C" w14:textId="77777777" w:rsidR="003A7E15" w:rsidRPr="00BA0D30" w:rsidRDefault="003A7E15" w:rsidP="00B54E56">
      <w:pPr>
        <w:rPr>
          <w:b/>
          <w:lang w:val="es-ES"/>
        </w:rPr>
      </w:pPr>
    </w:p>
    <w:p w14:paraId="531CE71B" w14:textId="77777777" w:rsidR="00D16BD0" w:rsidRPr="00BA0D30" w:rsidRDefault="00D16BD0" w:rsidP="00B54E56">
      <w:pPr>
        <w:rPr>
          <w:lang w:val="es-ES"/>
        </w:rPr>
      </w:pPr>
      <w:r w:rsidRPr="00BA0D30">
        <w:rPr>
          <w:b/>
          <w:lang w:val="es-ES"/>
        </w:rPr>
        <w:t>PRIMĂRIA MUNICIPIULUI ONEȘTI</w:t>
      </w:r>
    </w:p>
    <w:p w14:paraId="16DAD825" w14:textId="77777777" w:rsidR="00D16BD0" w:rsidRPr="00BA0D30" w:rsidRDefault="00D16BD0" w:rsidP="00B54E56">
      <w:pPr>
        <w:rPr>
          <w:lang w:val="es-ES"/>
        </w:rPr>
      </w:pPr>
      <w:r w:rsidRPr="00BA0D30">
        <w:rPr>
          <w:i/>
          <w:sz w:val="20"/>
          <w:lang w:val="es-ES"/>
        </w:rPr>
        <w:t>Campionatul Municipal de Minifotbal – Ediția 2026</w:t>
      </w:r>
    </w:p>
    <w:p w14:paraId="64A2B50B" w14:textId="77777777" w:rsidR="00D16BD0" w:rsidRPr="00BA0D30" w:rsidRDefault="00D16BD0" w:rsidP="00B54E56">
      <w:pPr>
        <w:spacing w:after="0"/>
        <w:jc w:val="center"/>
        <w:rPr>
          <w:lang w:val="es-ES"/>
        </w:rPr>
      </w:pPr>
      <w:r w:rsidRPr="00BA0D30">
        <w:rPr>
          <w:b/>
          <w:lang w:val="es-ES"/>
        </w:rPr>
        <w:t>Anexa nr. 6</w:t>
      </w:r>
    </w:p>
    <w:p w14:paraId="51084A46" w14:textId="77777777" w:rsidR="00D16BD0" w:rsidRPr="00BA0D30" w:rsidRDefault="00D16BD0" w:rsidP="00B54E56">
      <w:pPr>
        <w:spacing w:after="280"/>
        <w:jc w:val="center"/>
        <w:rPr>
          <w:lang w:val="es-ES"/>
        </w:rPr>
      </w:pPr>
      <w:r w:rsidRPr="00BA0D30">
        <w:rPr>
          <w:b/>
          <w:sz w:val="26"/>
          <w:lang w:val="es-ES"/>
        </w:rPr>
        <w:t>FORMULAR DE CONTESTAȚIE</w:t>
      </w:r>
    </w:p>
    <w:p w14:paraId="4616531E" w14:textId="77777777" w:rsidR="00D16BD0" w:rsidRPr="00BA0D30" w:rsidRDefault="00D16BD0" w:rsidP="00B54E56">
      <w:pPr>
        <w:jc w:val="both"/>
        <w:rPr>
          <w:lang w:val="es-ES"/>
        </w:rPr>
      </w:pPr>
      <w:r w:rsidRPr="00BA0D30">
        <w:rPr>
          <w:lang w:val="es-ES"/>
        </w:rPr>
        <w:t>Către: Comisia de organizare a Campionatului Municipal de Minifotbal, ediția 2026</w:t>
      </w:r>
    </w:p>
    <w:p w14:paraId="617F911E" w14:textId="77777777" w:rsidR="00D16BD0" w:rsidRPr="00BA0D30" w:rsidRDefault="00D16BD0" w:rsidP="00B54E56">
      <w:pPr>
        <w:jc w:val="both"/>
        <w:rPr>
          <w:lang w:val="es-ES"/>
        </w:rPr>
      </w:pPr>
      <w:r w:rsidRPr="00BA0D30">
        <w:rPr>
          <w:lang w:val="es-ES"/>
        </w:rPr>
        <w:t>Subsemnatul/</w:t>
      </w:r>
      <w:proofErr w:type="gramStart"/>
      <w:r w:rsidRPr="00BA0D30">
        <w:rPr>
          <w:lang w:val="es-ES"/>
        </w:rPr>
        <w:t>a ...................................................................................</w:t>
      </w:r>
      <w:proofErr w:type="gramEnd"/>
      <w:r w:rsidRPr="00BA0D30">
        <w:rPr>
          <w:lang w:val="es-ES"/>
        </w:rPr>
        <w:t>, în calitate de delegat al echipei ..........................................................., formulez prezenta:</w:t>
      </w:r>
    </w:p>
    <w:p w14:paraId="75EF2953" w14:textId="77777777" w:rsidR="00D16BD0" w:rsidRPr="00BA0D30" w:rsidRDefault="00D16BD0" w:rsidP="00B54E56">
      <w:pPr>
        <w:jc w:val="center"/>
      </w:pPr>
      <w:r w:rsidRPr="00BA0D30">
        <w:rPr>
          <w:b/>
          <w:sz w:val="26"/>
        </w:rPr>
        <w:t>CONTESTAȚIE</w:t>
      </w:r>
    </w:p>
    <w:p w14:paraId="731157E6" w14:textId="77777777" w:rsidR="00D16BD0" w:rsidRPr="00BA0D30" w:rsidRDefault="00D16BD0" w:rsidP="00B54E56">
      <w:pPr>
        <w:jc w:val="both"/>
        <w:rPr>
          <w:lang w:val="es-ES"/>
        </w:rPr>
      </w:pPr>
      <w:proofErr w:type="gramStart"/>
      <w:r w:rsidRPr="00BA0D30">
        <w:rPr>
          <w:lang w:val="es-ES"/>
        </w:rPr>
        <w:t>privind</w:t>
      </w:r>
      <w:proofErr w:type="gramEnd"/>
      <w:r w:rsidRPr="00BA0D30">
        <w:rPr>
          <w:lang w:val="es-ES"/>
        </w:rPr>
        <w:t xml:space="preserve"> meciul disputat în data de ........./........./2026, între echipele ................................................ și ................................................, arbitrat de dl./d-na .....................................................</w:t>
      </w:r>
    </w:p>
    <w:p w14:paraId="7B661168" w14:textId="77777777" w:rsidR="00D16BD0" w:rsidRPr="00BA0D30" w:rsidRDefault="00D16BD0" w:rsidP="00B54E56">
      <w:pPr>
        <w:spacing w:after="80"/>
        <w:rPr>
          <w:lang w:val="es-ES"/>
        </w:rPr>
      </w:pPr>
      <w:r w:rsidRPr="00BA0D30">
        <w:rPr>
          <w:b/>
          <w:lang w:val="es-ES"/>
        </w:rPr>
        <w:t>Obiectul contestației:</w:t>
      </w:r>
    </w:p>
    <w:p w14:paraId="016F0E4F"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1C84AA84"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________________________________________________________________________________________________________________________________________________________________________________________________________________________________________________</w:t>
      </w:r>
    </w:p>
    <w:p w14:paraId="288E5E2D"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78BFA99E"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6BDAFC9B" w14:textId="77777777" w:rsidR="003A7E15" w:rsidRPr="00BA0D30" w:rsidRDefault="003A7E15" w:rsidP="003A7E15">
      <w:pPr>
        <w:spacing w:after="40"/>
      </w:pPr>
      <w:r w:rsidRPr="00BA0D30">
        <w:t>________________________________________________________________________________________________________________________________________________________________</w:t>
      </w:r>
    </w:p>
    <w:p w14:paraId="53B94288" w14:textId="77777777" w:rsidR="00D16BD0" w:rsidRPr="00BA0D30" w:rsidRDefault="00D16BD0" w:rsidP="00B54E56">
      <w:pPr>
        <w:spacing w:after="80"/>
        <w:rPr>
          <w:lang w:val="es-ES"/>
        </w:rPr>
      </w:pPr>
    </w:p>
    <w:p w14:paraId="053A3DDE" w14:textId="77777777" w:rsidR="00D16BD0" w:rsidRPr="00BA0D30" w:rsidRDefault="00D16BD0" w:rsidP="00B54E56">
      <w:pPr>
        <w:spacing w:after="80"/>
        <w:rPr>
          <w:lang w:val="es-ES"/>
        </w:rPr>
      </w:pPr>
      <w:r w:rsidRPr="00BA0D30">
        <w:rPr>
          <w:b/>
          <w:lang w:val="es-ES"/>
        </w:rPr>
        <w:t>Motivele contestației (descriere detaliată a faptelor):</w:t>
      </w:r>
    </w:p>
    <w:p w14:paraId="266414B0" w14:textId="77777777" w:rsidR="00D16BD0" w:rsidRPr="00BA0D30" w:rsidRDefault="00D16BD0" w:rsidP="00B54E56">
      <w:pPr>
        <w:spacing w:after="40"/>
        <w:rPr>
          <w:lang w:val="es-ES"/>
        </w:rPr>
      </w:pPr>
      <w:r w:rsidRPr="00BA0D30">
        <w:rPr>
          <w:lang w:val="es-ES"/>
        </w:rPr>
        <w:t>____________________________________________________________________________________________________</w:t>
      </w:r>
    </w:p>
    <w:p w14:paraId="687A6FC3" w14:textId="77777777" w:rsidR="00D16BD0" w:rsidRPr="00BA0D30" w:rsidRDefault="00D16BD0" w:rsidP="00B54E56">
      <w:pPr>
        <w:spacing w:after="40"/>
        <w:rPr>
          <w:lang w:val="es-ES"/>
        </w:rPr>
      </w:pPr>
      <w:r w:rsidRPr="00BA0D30">
        <w:rPr>
          <w:lang w:val="es-ES"/>
        </w:rPr>
        <w:t>____________________________________________________________________________________________________</w:t>
      </w:r>
    </w:p>
    <w:p w14:paraId="3C1E8526" w14:textId="77777777" w:rsidR="00D16BD0" w:rsidRPr="00BA0D30" w:rsidRDefault="00D16BD0" w:rsidP="00B54E56">
      <w:pPr>
        <w:spacing w:after="40"/>
        <w:rPr>
          <w:lang w:val="es-ES"/>
        </w:rPr>
      </w:pPr>
      <w:r w:rsidRPr="00BA0D30">
        <w:rPr>
          <w:lang w:val="es-ES"/>
        </w:rPr>
        <w:t>____________________________________________________________________________________________________</w:t>
      </w:r>
    </w:p>
    <w:p w14:paraId="79E6DF90" w14:textId="77777777" w:rsidR="00D16BD0" w:rsidRPr="00BA0D30" w:rsidRDefault="00D16BD0" w:rsidP="00B54E56">
      <w:pPr>
        <w:spacing w:after="40"/>
        <w:rPr>
          <w:lang w:val="es-ES"/>
        </w:rPr>
      </w:pPr>
      <w:r w:rsidRPr="00BA0D30">
        <w:rPr>
          <w:lang w:val="es-ES"/>
        </w:rPr>
        <w:t>____________________________________________________________________________________________________</w:t>
      </w:r>
    </w:p>
    <w:p w14:paraId="291B9292" w14:textId="77777777" w:rsidR="00D16BD0" w:rsidRPr="00BA0D30" w:rsidRDefault="00D16BD0" w:rsidP="00B54E56">
      <w:pPr>
        <w:spacing w:after="40"/>
        <w:rPr>
          <w:lang w:val="es-ES"/>
        </w:rPr>
      </w:pPr>
      <w:r w:rsidRPr="00BA0D30">
        <w:rPr>
          <w:lang w:val="es-ES"/>
        </w:rPr>
        <w:t>____________________________________________________________________________________________________</w:t>
      </w:r>
    </w:p>
    <w:p w14:paraId="2CB28A9A" w14:textId="77777777" w:rsidR="00D16BD0" w:rsidRPr="00BA0D30" w:rsidRDefault="00D16BD0" w:rsidP="00B54E56">
      <w:pPr>
        <w:spacing w:after="80"/>
        <w:rPr>
          <w:lang w:val="es-ES"/>
        </w:rPr>
      </w:pPr>
    </w:p>
    <w:p w14:paraId="587C0DAF" w14:textId="77777777" w:rsidR="00D16BD0" w:rsidRPr="00BA0D30" w:rsidRDefault="00D16BD0" w:rsidP="00B54E56">
      <w:pPr>
        <w:spacing w:after="80"/>
        <w:rPr>
          <w:lang w:val="es-ES"/>
        </w:rPr>
      </w:pPr>
      <w:r w:rsidRPr="00BA0D30">
        <w:rPr>
          <w:b/>
          <w:lang w:val="es-ES"/>
        </w:rPr>
        <w:t>Mijloace de probă:</w:t>
      </w:r>
    </w:p>
    <w:p w14:paraId="2A25E750" w14:textId="77777777" w:rsidR="00D16BD0" w:rsidRPr="00BA0D30" w:rsidRDefault="00D16BD0" w:rsidP="00B54E56">
      <w:pPr>
        <w:spacing w:after="40"/>
        <w:jc w:val="both"/>
        <w:rPr>
          <w:lang w:val="es-ES"/>
        </w:rPr>
      </w:pPr>
      <w:r w:rsidRPr="00BA0D30">
        <w:rPr>
          <w:lang w:val="es-ES"/>
        </w:rPr>
        <w:t>☐ Documente anexate (enumerate): .............................................................................</w:t>
      </w:r>
    </w:p>
    <w:p w14:paraId="0B27C1C1" w14:textId="77777777" w:rsidR="00D16BD0" w:rsidRPr="00BA0D30" w:rsidRDefault="00D16BD0" w:rsidP="00B54E56">
      <w:pPr>
        <w:spacing w:after="40"/>
        <w:jc w:val="both"/>
        <w:rPr>
          <w:lang w:val="es-ES"/>
        </w:rPr>
      </w:pPr>
      <w:r w:rsidRPr="00BA0D30">
        <w:rPr>
          <w:lang w:val="es-ES"/>
        </w:rPr>
        <w:t>☐ Declarații ale martorilor (2 martori, cu date de identificare):</w:t>
      </w:r>
    </w:p>
    <w:p w14:paraId="0F40CCDA" w14:textId="77777777" w:rsidR="00D16BD0" w:rsidRPr="00BA0D30" w:rsidRDefault="00D16BD0" w:rsidP="00B54E56">
      <w:pPr>
        <w:spacing w:after="40"/>
        <w:jc w:val="both"/>
        <w:rPr>
          <w:lang w:val="es-ES"/>
        </w:rPr>
      </w:pPr>
      <w:r w:rsidRPr="00BA0D30">
        <w:rPr>
          <w:lang w:val="es-ES"/>
        </w:rPr>
        <w:t xml:space="preserve">     1. Nume și prenume: ................................................... CNP: ................................. Semnătura: ...................</w:t>
      </w:r>
    </w:p>
    <w:p w14:paraId="43FF8277" w14:textId="77777777" w:rsidR="00D16BD0" w:rsidRPr="00BA0D30" w:rsidRDefault="00D16BD0" w:rsidP="00B54E56">
      <w:pPr>
        <w:spacing w:after="160"/>
        <w:jc w:val="both"/>
        <w:rPr>
          <w:lang w:val="es-ES"/>
        </w:rPr>
      </w:pPr>
      <w:r w:rsidRPr="00BA0D30">
        <w:rPr>
          <w:lang w:val="es-ES"/>
        </w:rPr>
        <w:t xml:space="preserve">     2. Nume și prenume: ................................................... CNP: ................................. Semnătura: ...................</w:t>
      </w:r>
    </w:p>
    <w:p w14:paraId="3C3CDCB5" w14:textId="77777777" w:rsidR="00D16BD0" w:rsidRPr="00BA0D30" w:rsidRDefault="00D16BD0" w:rsidP="00B54E56">
      <w:pPr>
        <w:spacing w:after="240"/>
        <w:jc w:val="both"/>
        <w:rPr>
          <w:lang w:val="es-ES"/>
        </w:rPr>
      </w:pPr>
      <w:r w:rsidRPr="00BA0D30">
        <w:rPr>
          <w:lang w:val="es-ES"/>
        </w:rPr>
        <w:t>Menționez că am cunoștință de dispozițiile art. 326 din Codul penal (Legea nr. 286/2009) privind falsul în declarații, aplicabile prezentei contestații și declarațiilor martorilor.</w:t>
      </w:r>
    </w:p>
    <w:p w14:paraId="05EBDE8E" w14:textId="77777777" w:rsidR="00D16BD0" w:rsidRPr="00BA0D30" w:rsidRDefault="00D16BD0" w:rsidP="00B54E56">
      <w:pPr>
        <w:tabs>
          <w:tab w:val="left" w:pos="6236"/>
        </w:tabs>
        <w:rPr>
          <w:lang w:val="es-ES"/>
        </w:rPr>
      </w:pPr>
      <w:r w:rsidRPr="00BA0D30">
        <w:rPr>
          <w:b/>
          <w:lang w:val="es-ES"/>
        </w:rPr>
        <w:t>Data: ........./........./2026</w:t>
      </w:r>
      <w:r w:rsidRPr="00BA0D30">
        <w:rPr>
          <w:b/>
          <w:lang w:val="es-ES"/>
        </w:rPr>
        <w:tab/>
        <w:t>Semnătura contestatarului: ...............................</w:t>
      </w:r>
    </w:p>
    <w:p w14:paraId="44C5960C" w14:textId="77777777" w:rsidR="00D16BD0" w:rsidRPr="00BA0D30" w:rsidRDefault="00D16BD0" w:rsidP="00B54E56">
      <w:pPr>
        <w:rPr>
          <w:lang w:val="es-ES"/>
        </w:rPr>
      </w:pPr>
    </w:p>
    <w:p w14:paraId="6B1A277E" w14:textId="77777777" w:rsidR="00D16BD0" w:rsidRPr="00BA0D30" w:rsidRDefault="00D16BD0" w:rsidP="00B54E56">
      <w:pPr>
        <w:spacing w:after="120"/>
        <w:rPr>
          <w:lang w:val="es-ES"/>
        </w:rPr>
      </w:pPr>
      <w:r w:rsidRPr="00BA0D30">
        <w:rPr>
          <w:lang w:val="es-ES"/>
        </w:rPr>
        <w:t>──────────────────────────────────────────────────────────────────────</w:t>
      </w:r>
    </w:p>
    <w:p w14:paraId="656A0482" w14:textId="77777777" w:rsidR="00D16BD0" w:rsidRPr="00BA0D30" w:rsidRDefault="00D16BD0" w:rsidP="00B54E56">
      <w:pPr>
        <w:spacing w:after="80"/>
        <w:rPr>
          <w:lang w:val="es-ES"/>
        </w:rPr>
      </w:pPr>
      <w:r w:rsidRPr="00BA0D30">
        <w:rPr>
          <w:b/>
          <w:lang w:val="es-ES"/>
        </w:rPr>
        <w:t>Se completează de comisia de organizare:</w:t>
      </w:r>
    </w:p>
    <w:p w14:paraId="2F3BD342" w14:textId="77777777" w:rsidR="00D16BD0" w:rsidRPr="00BA0D30" w:rsidRDefault="00D16BD0" w:rsidP="00B54E56">
      <w:pPr>
        <w:spacing w:after="40"/>
        <w:jc w:val="both"/>
        <w:rPr>
          <w:lang w:val="es-ES"/>
        </w:rPr>
      </w:pPr>
      <w:r w:rsidRPr="00BA0D30">
        <w:rPr>
          <w:lang w:val="es-ES"/>
        </w:rPr>
        <w:t xml:space="preserve">Nr. de înregistrare: ................ </w:t>
      </w:r>
      <w:proofErr w:type="gramStart"/>
      <w:r w:rsidRPr="00BA0D30">
        <w:rPr>
          <w:lang w:val="es-ES"/>
        </w:rPr>
        <w:t>/ .........</w:t>
      </w:r>
      <w:proofErr w:type="gramEnd"/>
      <w:r w:rsidRPr="00BA0D30">
        <w:rPr>
          <w:lang w:val="es-ES"/>
        </w:rPr>
        <w:t>/........./2026</w:t>
      </w:r>
    </w:p>
    <w:p w14:paraId="25245143" w14:textId="77777777" w:rsidR="00D16BD0" w:rsidRPr="00BA0D30" w:rsidRDefault="00D16BD0" w:rsidP="00B54E56">
      <w:pPr>
        <w:spacing w:after="40"/>
        <w:jc w:val="both"/>
        <w:rPr>
          <w:lang w:val="es-ES"/>
        </w:rPr>
      </w:pPr>
      <w:r w:rsidRPr="00BA0D30">
        <w:rPr>
          <w:lang w:val="es-ES"/>
        </w:rPr>
        <w:t>Ora depunerii: ................</w:t>
      </w:r>
    </w:p>
    <w:p w14:paraId="7D4E3959" w14:textId="77777777" w:rsidR="00D16BD0" w:rsidRPr="00BA0D30" w:rsidRDefault="00D16BD0" w:rsidP="00B54E56">
      <w:pPr>
        <w:spacing w:after="40"/>
        <w:jc w:val="both"/>
        <w:rPr>
          <w:lang w:val="es-ES"/>
        </w:rPr>
      </w:pPr>
      <w:r w:rsidRPr="00BA0D30">
        <w:rPr>
          <w:lang w:val="es-ES"/>
        </w:rPr>
        <w:t>Consemnată în foaia de arbitraj: ☐ DA   ☐ NU</w:t>
      </w:r>
    </w:p>
    <w:p w14:paraId="3CFB0C82" w14:textId="77777777" w:rsidR="00D16BD0" w:rsidRPr="00BA0D30" w:rsidRDefault="00D16BD0" w:rsidP="00B54E56">
      <w:pPr>
        <w:spacing w:after="40"/>
        <w:jc w:val="both"/>
        <w:rPr>
          <w:lang w:val="es-ES"/>
        </w:rPr>
      </w:pPr>
      <w:r w:rsidRPr="00BA0D30">
        <w:rPr>
          <w:lang w:val="es-ES"/>
        </w:rPr>
        <w:t>Soluția comisiei: ...................................................................................................</w:t>
      </w:r>
    </w:p>
    <w:p w14:paraId="061BB6C4" w14:textId="77777777" w:rsidR="00D16BD0" w:rsidRPr="00BA0D30" w:rsidRDefault="00D16BD0" w:rsidP="00B54E56">
      <w:pPr>
        <w:spacing w:after="40"/>
        <w:jc w:val="both"/>
        <w:rPr>
          <w:lang w:val="es-ES"/>
        </w:rPr>
      </w:pPr>
      <w:r w:rsidRPr="00BA0D30">
        <w:rPr>
          <w:lang w:val="es-ES"/>
        </w:rPr>
        <w:t>Motivare: .................................................................................................................</w:t>
      </w:r>
    </w:p>
    <w:p w14:paraId="703F2104" w14:textId="77777777" w:rsidR="00D16BD0" w:rsidRPr="00BA0D30" w:rsidRDefault="00D16BD0" w:rsidP="00B54E56">
      <w:pPr>
        <w:spacing w:after="40"/>
        <w:jc w:val="both"/>
        <w:rPr>
          <w:lang w:val="es-ES"/>
        </w:rPr>
      </w:pPr>
      <w:r w:rsidRPr="00BA0D30">
        <w:rPr>
          <w:lang w:val="es-ES"/>
        </w:rPr>
        <w:t>Membrii comisiei (nume, semnătură): ..............................................................................</w:t>
      </w:r>
    </w:p>
    <w:p w14:paraId="40E28FEA" w14:textId="77777777" w:rsidR="00D16BD0" w:rsidRPr="00BA0D30" w:rsidRDefault="00D16BD0" w:rsidP="00B54E56">
      <w:pPr>
        <w:rPr>
          <w:lang w:val="es-ES"/>
        </w:rPr>
      </w:pPr>
      <w:r w:rsidRPr="00BA0D30">
        <w:rPr>
          <w:lang w:val="es-ES"/>
        </w:rPr>
        <w:br w:type="page"/>
      </w:r>
    </w:p>
    <w:p w14:paraId="4EB7C86B" w14:textId="77777777" w:rsidR="00D16BD0" w:rsidRPr="00BA0D30" w:rsidRDefault="00D16BD0" w:rsidP="00B54E56">
      <w:pPr>
        <w:rPr>
          <w:lang w:val="es-ES"/>
        </w:rPr>
      </w:pPr>
      <w:r w:rsidRPr="00BA0D30">
        <w:rPr>
          <w:b/>
          <w:lang w:val="es-ES"/>
        </w:rPr>
        <w:lastRenderedPageBreak/>
        <w:t>PRIMĂRIA MUNICIPIULUI ONEȘTI</w:t>
      </w:r>
    </w:p>
    <w:p w14:paraId="7B90847D" w14:textId="77777777" w:rsidR="00D16BD0" w:rsidRPr="00BA0D30" w:rsidRDefault="00D16BD0" w:rsidP="00B54E56">
      <w:pPr>
        <w:rPr>
          <w:lang w:val="es-ES"/>
        </w:rPr>
      </w:pPr>
      <w:r w:rsidRPr="00BA0D30">
        <w:rPr>
          <w:i/>
          <w:sz w:val="20"/>
          <w:lang w:val="es-ES"/>
        </w:rPr>
        <w:t>Campionatul Municipal de Minifotbal – Ediția 2026</w:t>
      </w:r>
    </w:p>
    <w:p w14:paraId="7237A485" w14:textId="77777777" w:rsidR="00D16BD0" w:rsidRPr="00BA0D30" w:rsidRDefault="00D16BD0" w:rsidP="00B54E56">
      <w:pPr>
        <w:spacing w:after="0"/>
        <w:jc w:val="center"/>
        <w:rPr>
          <w:lang w:val="es-ES"/>
        </w:rPr>
      </w:pPr>
      <w:r w:rsidRPr="00BA0D30">
        <w:rPr>
          <w:b/>
          <w:lang w:val="es-ES"/>
        </w:rPr>
        <w:t>Anexa nr. 7</w:t>
      </w:r>
    </w:p>
    <w:p w14:paraId="5BAF7EEC" w14:textId="77777777" w:rsidR="00D16BD0" w:rsidRPr="00BA0D30" w:rsidRDefault="00D16BD0" w:rsidP="00B54E56">
      <w:pPr>
        <w:spacing w:after="0"/>
        <w:jc w:val="center"/>
        <w:rPr>
          <w:lang w:val="es-ES"/>
        </w:rPr>
      </w:pPr>
      <w:r w:rsidRPr="00BA0D30">
        <w:rPr>
          <w:b/>
          <w:sz w:val="26"/>
          <w:lang w:val="es-ES"/>
        </w:rPr>
        <w:t>PROCES-VERBAL</w:t>
      </w:r>
    </w:p>
    <w:p w14:paraId="76A50045" w14:textId="77777777" w:rsidR="00D16BD0" w:rsidRPr="00BA0D30" w:rsidRDefault="00D16BD0" w:rsidP="00B54E56">
      <w:pPr>
        <w:spacing w:after="280"/>
        <w:jc w:val="center"/>
        <w:rPr>
          <w:lang w:val="es-ES"/>
        </w:rPr>
      </w:pPr>
      <w:proofErr w:type="gramStart"/>
      <w:r w:rsidRPr="00BA0D30">
        <w:rPr>
          <w:b/>
          <w:lang w:val="es-ES"/>
        </w:rPr>
        <w:t>de</w:t>
      </w:r>
      <w:proofErr w:type="gramEnd"/>
      <w:r w:rsidRPr="00BA0D30">
        <w:rPr>
          <w:b/>
          <w:lang w:val="es-ES"/>
        </w:rPr>
        <w:t xml:space="preserve"> constatare a abaterilor disciplinare</w:t>
      </w:r>
    </w:p>
    <w:p w14:paraId="33083D6B" w14:textId="77777777" w:rsidR="00D16BD0" w:rsidRPr="00BA0D30" w:rsidRDefault="00D16BD0" w:rsidP="00B54E56">
      <w:pPr>
        <w:spacing w:after="160"/>
        <w:jc w:val="both"/>
        <w:rPr>
          <w:lang w:val="es-ES"/>
        </w:rPr>
      </w:pPr>
      <w:r w:rsidRPr="00BA0D30">
        <w:rPr>
          <w:lang w:val="es-ES"/>
        </w:rPr>
        <w:t>Încheiat astăzi</w:t>
      </w:r>
      <w:proofErr w:type="gramStart"/>
      <w:r w:rsidRPr="00BA0D30">
        <w:rPr>
          <w:lang w:val="es-ES"/>
        </w:rPr>
        <w:t>, .........</w:t>
      </w:r>
      <w:proofErr w:type="gramEnd"/>
      <w:r w:rsidRPr="00BA0D30">
        <w:rPr>
          <w:lang w:val="es-ES"/>
        </w:rPr>
        <w:t>/........./2026, la Stadionul CAROM din municipiul Onești, cu ocazia meciului disputat între echipele:</w:t>
      </w:r>
    </w:p>
    <w:p w14:paraId="5E291081" w14:textId="77777777" w:rsidR="00D16BD0" w:rsidRPr="00BA0D30" w:rsidRDefault="00D16BD0" w:rsidP="00B54E56">
      <w:pPr>
        <w:spacing w:after="80"/>
        <w:rPr>
          <w:lang w:val="es-ES"/>
        </w:rPr>
      </w:pPr>
      <w:r w:rsidRPr="00BA0D30">
        <w:rPr>
          <w:b/>
          <w:lang w:val="es-ES"/>
        </w:rPr>
        <w:t xml:space="preserve">Echipa A: </w:t>
      </w:r>
      <w:r w:rsidRPr="00BA0D30">
        <w:rPr>
          <w:lang w:val="es-ES"/>
        </w:rPr>
        <w:t>............................................................</w:t>
      </w:r>
    </w:p>
    <w:p w14:paraId="686B0E83" w14:textId="77777777" w:rsidR="00D16BD0" w:rsidRPr="00BA0D30" w:rsidRDefault="00D16BD0" w:rsidP="00B54E56">
      <w:pPr>
        <w:spacing w:after="80"/>
        <w:rPr>
          <w:lang w:val="es-ES"/>
        </w:rPr>
      </w:pPr>
      <w:r w:rsidRPr="00BA0D30">
        <w:rPr>
          <w:b/>
          <w:lang w:val="es-ES"/>
        </w:rPr>
        <w:t xml:space="preserve">Echipa B: </w:t>
      </w:r>
      <w:r w:rsidRPr="00BA0D30">
        <w:rPr>
          <w:lang w:val="es-ES"/>
        </w:rPr>
        <w:t>............................................................</w:t>
      </w:r>
    </w:p>
    <w:p w14:paraId="6E1895C6" w14:textId="77777777" w:rsidR="00D16BD0" w:rsidRPr="00BA0D30" w:rsidRDefault="00D16BD0" w:rsidP="00B54E56">
      <w:pPr>
        <w:spacing w:after="80"/>
        <w:rPr>
          <w:lang w:val="es-ES"/>
        </w:rPr>
      </w:pPr>
      <w:r w:rsidRPr="00BA0D30">
        <w:rPr>
          <w:b/>
          <w:lang w:val="es-ES"/>
        </w:rPr>
        <w:t xml:space="preserve">Din cadrul etapei / fazei: </w:t>
      </w:r>
      <w:r w:rsidRPr="00BA0D30">
        <w:rPr>
          <w:lang w:val="es-ES"/>
        </w:rPr>
        <w:t>............................................................</w:t>
      </w:r>
    </w:p>
    <w:p w14:paraId="4036B322" w14:textId="77777777" w:rsidR="00D16BD0" w:rsidRPr="00BA0D30" w:rsidRDefault="00D16BD0" w:rsidP="00B54E56">
      <w:pPr>
        <w:spacing w:after="80"/>
        <w:rPr>
          <w:lang w:val="es-ES"/>
        </w:rPr>
      </w:pPr>
      <w:r w:rsidRPr="00BA0D30">
        <w:rPr>
          <w:b/>
          <w:lang w:val="es-ES"/>
        </w:rPr>
        <w:t xml:space="preserve">Arbitru principal: </w:t>
      </w:r>
      <w:r w:rsidRPr="00BA0D30">
        <w:rPr>
          <w:lang w:val="es-ES"/>
        </w:rPr>
        <w:t>............................................................</w:t>
      </w:r>
    </w:p>
    <w:p w14:paraId="0D82EFE7" w14:textId="77777777" w:rsidR="00D16BD0" w:rsidRPr="00BA0D30" w:rsidRDefault="00D16BD0" w:rsidP="00B54E56">
      <w:pPr>
        <w:spacing w:after="120"/>
        <w:rPr>
          <w:lang w:val="es-ES"/>
        </w:rPr>
      </w:pPr>
    </w:p>
    <w:p w14:paraId="733A2E82" w14:textId="77777777" w:rsidR="00D16BD0" w:rsidRPr="00BA0D30" w:rsidRDefault="00D16BD0" w:rsidP="00B54E56">
      <w:pPr>
        <w:spacing w:after="80"/>
        <w:rPr>
          <w:lang w:val="es-ES"/>
        </w:rPr>
      </w:pPr>
      <w:r w:rsidRPr="00BA0D30">
        <w:rPr>
          <w:b/>
          <w:lang w:val="es-ES"/>
        </w:rPr>
        <w:t>Comisia de organizare, constituită din:</w:t>
      </w:r>
    </w:p>
    <w:p w14:paraId="1A1716E8" w14:textId="77777777" w:rsidR="00D16BD0" w:rsidRPr="00BA0D30" w:rsidRDefault="00D16BD0" w:rsidP="00B54E56">
      <w:pPr>
        <w:spacing w:after="40"/>
        <w:jc w:val="both"/>
        <w:rPr>
          <w:lang w:val="es-ES"/>
        </w:rPr>
      </w:pPr>
      <w:proofErr w:type="gramStart"/>
      <w:r w:rsidRPr="00BA0D30">
        <w:rPr>
          <w:lang w:val="es-ES"/>
        </w:rPr>
        <w:t>1. ..................................................................</w:t>
      </w:r>
      <w:proofErr w:type="gramEnd"/>
      <w:r w:rsidRPr="00BA0D30">
        <w:rPr>
          <w:lang w:val="es-ES"/>
        </w:rPr>
        <w:t xml:space="preserve"> – președinte;</w:t>
      </w:r>
    </w:p>
    <w:p w14:paraId="02D6887E" w14:textId="77777777" w:rsidR="00D16BD0" w:rsidRPr="00BA0D30" w:rsidRDefault="00D16BD0" w:rsidP="00B54E56">
      <w:pPr>
        <w:spacing w:after="40"/>
        <w:jc w:val="both"/>
        <w:rPr>
          <w:lang w:val="es-ES"/>
        </w:rPr>
      </w:pPr>
      <w:proofErr w:type="gramStart"/>
      <w:r w:rsidRPr="00BA0D30">
        <w:rPr>
          <w:lang w:val="es-ES"/>
        </w:rPr>
        <w:t>2. ..................................................................</w:t>
      </w:r>
      <w:proofErr w:type="gramEnd"/>
      <w:r w:rsidRPr="00BA0D30">
        <w:rPr>
          <w:lang w:val="es-ES"/>
        </w:rPr>
        <w:t xml:space="preserve"> – membru;</w:t>
      </w:r>
    </w:p>
    <w:p w14:paraId="7B3F04D0" w14:textId="77777777" w:rsidR="00D16BD0" w:rsidRPr="00BA0D30" w:rsidRDefault="00D16BD0" w:rsidP="00B54E56">
      <w:pPr>
        <w:spacing w:after="160"/>
        <w:jc w:val="both"/>
        <w:rPr>
          <w:lang w:val="es-ES"/>
        </w:rPr>
      </w:pPr>
      <w:proofErr w:type="gramStart"/>
      <w:r w:rsidRPr="00BA0D30">
        <w:rPr>
          <w:lang w:val="es-ES"/>
        </w:rPr>
        <w:t>3. ..................................................................</w:t>
      </w:r>
      <w:proofErr w:type="gramEnd"/>
      <w:r w:rsidRPr="00BA0D30">
        <w:rPr>
          <w:lang w:val="es-ES"/>
        </w:rPr>
        <w:t xml:space="preserve"> – membru;</w:t>
      </w:r>
    </w:p>
    <w:p w14:paraId="3BA8A4DD" w14:textId="77777777" w:rsidR="00D16BD0" w:rsidRPr="00BA0D30" w:rsidRDefault="00D16BD0" w:rsidP="00B54E56">
      <w:pPr>
        <w:spacing w:after="120"/>
        <w:jc w:val="both"/>
        <w:rPr>
          <w:lang w:val="es-ES"/>
        </w:rPr>
      </w:pPr>
      <w:proofErr w:type="gramStart"/>
      <w:r w:rsidRPr="00BA0D30">
        <w:rPr>
          <w:lang w:val="es-ES"/>
        </w:rPr>
        <w:t>constată</w:t>
      </w:r>
      <w:proofErr w:type="gramEnd"/>
      <w:r w:rsidRPr="00BA0D30">
        <w:rPr>
          <w:lang w:val="es-ES"/>
        </w:rPr>
        <w:t xml:space="preserve"> următoarele abateri disciplinare:</w:t>
      </w:r>
    </w:p>
    <w:p w14:paraId="4FC98215" w14:textId="77777777" w:rsidR="00D16BD0" w:rsidRPr="00BA0D30" w:rsidRDefault="00D16BD0" w:rsidP="00B54E56">
      <w:pPr>
        <w:spacing w:after="80"/>
        <w:rPr>
          <w:lang w:val="es-ES"/>
        </w:rPr>
      </w:pPr>
      <w:r w:rsidRPr="00BA0D30">
        <w:rPr>
          <w:b/>
          <w:lang w:val="es-ES"/>
        </w:rPr>
        <w:t>Persoana în cauză:</w:t>
      </w:r>
    </w:p>
    <w:p w14:paraId="00904AA1" w14:textId="77777777" w:rsidR="00D16BD0" w:rsidRPr="00BA0D30" w:rsidRDefault="00D16BD0" w:rsidP="00B54E56">
      <w:pPr>
        <w:spacing w:after="80"/>
        <w:rPr>
          <w:lang w:val="es-ES"/>
        </w:rPr>
      </w:pPr>
      <w:r w:rsidRPr="00BA0D30">
        <w:rPr>
          <w:b/>
          <w:lang w:val="es-ES"/>
        </w:rPr>
        <w:t xml:space="preserve">Nume și prenume: </w:t>
      </w:r>
      <w:r w:rsidRPr="00BA0D30">
        <w:rPr>
          <w:lang w:val="es-ES"/>
        </w:rPr>
        <w:t>............................................................</w:t>
      </w:r>
    </w:p>
    <w:p w14:paraId="3A8BC4A7" w14:textId="77777777" w:rsidR="00D16BD0" w:rsidRPr="00BA0D30" w:rsidRDefault="00D16BD0" w:rsidP="00B54E56">
      <w:pPr>
        <w:spacing w:after="80"/>
        <w:rPr>
          <w:lang w:val="es-ES"/>
        </w:rPr>
      </w:pPr>
      <w:r w:rsidRPr="00BA0D30">
        <w:rPr>
          <w:b/>
          <w:lang w:val="es-ES"/>
        </w:rPr>
        <w:t xml:space="preserve">Echipa: </w:t>
      </w:r>
      <w:r w:rsidRPr="00BA0D30">
        <w:rPr>
          <w:lang w:val="es-ES"/>
        </w:rPr>
        <w:t>............................................................</w:t>
      </w:r>
    </w:p>
    <w:p w14:paraId="1F03FD0F" w14:textId="77777777" w:rsidR="00D16BD0" w:rsidRPr="00BA0D30" w:rsidRDefault="00D16BD0" w:rsidP="00B54E56">
      <w:pPr>
        <w:spacing w:after="80"/>
      </w:pPr>
      <w:r w:rsidRPr="00BA0D30">
        <w:rPr>
          <w:b/>
        </w:rPr>
        <w:t xml:space="preserve">Nr. tricou: </w:t>
      </w:r>
      <w:r w:rsidRPr="00BA0D30">
        <w:t>............................................................</w:t>
      </w:r>
    </w:p>
    <w:p w14:paraId="770FE4D7" w14:textId="77777777" w:rsidR="00D16BD0" w:rsidRPr="00BA0D30" w:rsidRDefault="00D16BD0" w:rsidP="00B54E56">
      <w:pPr>
        <w:spacing w:after="80"/>
      </w:pPr>
      <w:r w:rsidRPr="00BA0D30">
        <w:rPr>
          <w:b/>
        </w:rPr>
        <w:t xml:space="preserve">Calitatea (jucător / delegat / spectator): </w:t>
      </w:r>
      <w:r w:rsidRPr="00BA0D30">
        <w:t>............................................................</w:t>
      </w:r>
    </w:p>
    <w:p w14:paraId="37CAF561" w14:textId="77777777" w:rsidR="00D16BD0" w:rsidRPr="00BA0D30" w:rsidRDefault="00D16BD0" w:rsidP="00B54E56">
      <w:pPr>
        <w:spacing w:after="80"/>
      </w:pPr>
    </w:p>
    <w:p w14:paraId="00346C06" w14:textId="77777777" w:rsidR="00D16BD0" w:rsidRPr="00BA0D30" w:rsidRDefault="00D16BD0" w:rsidP="00B54E56">
      <w:pPr>
        <w:spacing w:after="80"/>
      </w:pPr>
      <w:r w:rsidRPr="00BA0D30">
        <w:rPr>
          <w:b/>
        </w:rPr>
        <w:t>Descrierea faptei:</w:t>
      </w:r>
    </w:p>
    <w:p w14:paraId="7620D73A" w14:textId="77777777" w:rsidR="00D16BD0" w:rsidRPr="00BA0D30" w:rsidRDefault="00D16BD0" w:rsidP="00B54E56">
      <w:pPr>
        <w:spacing w:after="40"/>
      </w:pPr>
      <w:r w:rsidRPr="00BA0D30">
        <w:t>____________________________________________________________________________________________________</w:t>
      </w:r>
    </w:p>
    <w:p w14:paraId="64EDBCFD" w14:textId="77777777" w:rsidR="00D16BD0" w:rsidRPr="00BA0D30" w:rsidRDefault="00D16BD0" w:rsidP="00B54E56">
      <w:pPr>
        <w:spacing w:after="40"/>
      </w:pPr>
      <w:r w:rsidRPr="00BA0D30">
        <w:t>____________________________________________________________________________________________________</w:t>
      </w:r>
    </w:p>
    <w:p w14:paraId="0F7813F3" w14:textId="77777777" w:rsidR="00D16BD0" w:rsidRPr="00BA0D30" w:rsidRDefault="00D16BD0" w:rsidP="00B54E56">
      <w:pPr>
        <w:spacing w:after="40"/>
      </w:pPr>
      <w:r w:rsidRPr="00BA0D30">
        <w:t>____________________________________________________________________________________________________</w:t>
      </w:r>
    </w:p>
    <w:p w14:paraId="0CA2032F" w14:textId="77777777" w:rsidR="00D16BD0" w:rsidRPr="00BA0D30" w:rsidRDefault="00D16BD0" w:rsidP="00B54E56">
      <w:pPr>
        <w:spacing w:after="40"/>
      </w:pPr>
      <w:r w:rsidRPr="00BA0D30">
        <w:t>____________________________________________________________________________________________________</w:t>
      </w:r>
    </w:p>
    <w:p w14:paraId="3E60D480" w14:textId="77777777" w:rsidR="00D16BD0" w:rsidRPr="00BA0D30" w:rsidRDefault="00D16BD0" w:rsidP="00B54E56">
      <w:pPr>
        <w:spacing w:after="80"/>
      </w:pPr>
    </w:p>
    <w:p w14:paraId="23C515B5" w14:textId="77777777" w:rsidR="00D16BD0" w:rsidRPr="00BA0D30" w:rsidRDefault="00D16BD0" w:rsidP="00B54E56">
      <w:pPr>
        <w:spacing w:after="120"/>
        <w:jc w:val="both"/>
      </w:pPr>
      <w:r w:rsidRPr="00BA0D30">
        <w:t>Prevederile Regulamentului încălcate: art. ........................................................</w:t>
      </w:r>
    </w:p>
    <w:p w14:paraId="5ADE871C" w14:textId="77777777" w:rsidR="00D16BD0" w:rsidRPr="00BA0D30" w:rsidRDefault="00D16BD0" w:rsidP="00B54E56">
      <w:pPr>
        <w:spacing w:after="80"/>
      </w:pPr>
      <w:r w:rsidRPr="00BA0D30">
        <w:rPr>
          <w:b/>
        </w:rPr>
        <w:lastRenderedPageBreak/>
        <w:t>Prevederile legale aplicabile:</w:t>
      </w:r>
    </w:p>
    <w:p w14:paraId="25F22C84" w14:textId="77777777" w:rsidR="00D16BD0" w:rsidRPr="00BA0D30" w:rsidRDefault="00D16BD0" w:rsidP="00B54E56">
      <w:pPr>
        <w:spacing w:after="40"/>
      </w:pPr>
      <w:r w:rsidRPr="00BA0D30">
        <w:t>☐ Legea nr. 61/1991 republicată – ordinea și liniștea publică</w:t>
      </w:r>
    </w:p>
    <w:p w14:paraId="56A29AA5" w14:textId="77777777" w:rsidR="00D16BD0" w:rsidRPr="00BA0D30" w:rsidRDefault="00D16BD0" w:rsidP="00B54E56">
      <w:pPr>
        <w:spacing w:after="40"/>
      </w:pPr>
      <w:r w:rsidRPr="00BA0D30">
        <w:t>☐ Legea nr. 4/2008 – prevenirea violenței la competițiile sportive</w:t>
      </w:r>
    </w:p>
    <w:p w14:paraId="37138BDA" w14:textId="77777777" w:rsidR="00D16BD0" w:rsidRPr="00BA0D30" w:rsidRDefault="00D16BD0" w:rsidP="00B54E56">
      <w:pPr>
        <w:spacing w:after="40"/>
        <w:rPr>
          <w:lang w:val="es-ES"/>
        </w:rPr>
      </w:pPr>
      <w:r w:rsidRPr="00BA0D30">
        <w:t xml:space="preserve">☐ H.C.L. Onești nr. </w:t>
      </w:r>
      <w:r w:rsidRPr="00BA0D30">
        <w:rPr>
          <w:lang w:val="es-ES"/>
        </w:rPr>
        <w:t>[</w:t>
      </w:r>
      <w:r w:rsidRPr="00BA0D30">
        <w:t>🟡</w:t>
      </w:r>
      <w:r w:rsidRPr="00BA0D30">
        <w:rPr>
          <w:lang w:val="es-ES"/>
        </w:rPr>
        <w:t>] – regimul sancțiunilor pentru abaterile în cadrul evenimentelor sportive</w:t>
      </w:r>
    </w:p>
    <w:p w14:paraId="03E8F0DB" w14:textId="77777777" w:rsidR="00D16BD0" w:rsidRPr="00BA0D30" w:rsidRDefault="00D16BD0" w:rsidP="00B54E56">
      <w:pPr>
        <w:spacing w:after="40"/>
        <w:rPr>
          <w:lang w:val="es-ES"/>
        </w:rPr>
      </w:pPr>
      <w:r w:rsidRPr="00BA0D30">
        <w:rPr>
          <w:lang w:val="es-ES"/>
        </w:rPr>
        <w:t>☐ Alte prevederi: ...........................................................................................................</w:t>
      </w:r>
    </w:p>
    <w:p w14:paraId="1A6CC00D" w14:textId="77777777" w:rsidR="00D16BD0" w:rsidRPr="00BA0D30" w:rsidRDefault="00D16BD0" w:rsidP="00B54E56">
      <w:pPr>
        <w:spacing w:after="80"/>
        <w:rPr>
          <w:lang w:val="es-ES"/>
        </w:rPr>
      </w:pPr>
    </w:p>
    <w:p w14:paraId="591078EE" w14:textId="77777777" w:rsidR="00D16BD0" w:rsidRPr="00BA0D30" w:rsidRDefault="00D16BD0" w:rsidP="00B54E56">
      <w:pPr>
        <w:spacing w:after="80"/>
        <w:rPr>
          <w:lang w:val="es-ES"/>
        </w:rPr>
      </w:pPr>
      <w:r w:rsidRPr="00BA0D30">
        <w:rPr>
          <w:b/>
          <w:lang w:val="es-ES"/>
        </w:rPr>
        <w:t>Sancțiunea aplicată de comisia de organizare:</w:t>
      </w:r>
    </w:p>
    <w:p w14:paraId="67FC23DE" w14:textId="77777777" w:rsidR="00D16BD0" w:rsidRPr="00BA0D30" w:rsidRDefault="00D16BD0" w:rsidP="00B54E56">
      <w:pPr>
        <w:spacing w:after="40"/>
        <w:rPr>
          <w:lang w:val="es-ES"/>
        </w:rPr>
      </w:pPr>
      <w:r w:rsidRPr="00BA0D30">
        <w:rPr>
          <w:lang w:val="es-ES"/>
        </w:rPr>
        <w:t>☐ Avertisment</w:t>
      </w:r>
    </w:p>
    <w:p w14:paraId="4EF8DA95" w14:textId="77777777" w:rsidR="00D16BD0" w:rsidRPr="00BA0D30" w:rsidRDefault="00D16BD0" w:rsidP="00B54E56">
      <w:pPr>
        <w:spacing w:after="40"/>
        <w:rPr>
          <w:lang w:val="es-ES"/>
        </w:rPr>
      </w:pPr>
      <w:r w:rsidRPr="00BA0D30">
        <w:rPr>
          <w:lang w:val="es-ES"/>
        </w:rPr>
        <w:t xml:space="preserve">☐ Suspendare </w:t>
      </w:r>
      <w:proofErr w:type="gramStart"/>
      <w:r w:rsidRPr="00BA0D30">
        <w:rPr>
          <w:lang w:val="es-ES"/>
        </w:rPr>
        <w:t>pentru ...........</w:t>
      </w:r>
      <w:proofErr w:type="gramEnd"/>
      <w:r w:rsidRPr="00BA0D30">
        <w:rPr>
          <w:lang w:val="es-ES"/>
        </w:rPr>
        <w:t xml:space="preserve"> </w:t>
      </w:r>
      <w:proofErr w:type="gramStart"/>
      <w:r w:rsidRPr="00BA0D30">
        <w:rPr>
          <w:lang w:val="es-ES"/>
        </w:rPr>
        <w:t>meci(</w:t>
      </w:r>
      <w:proofErr w:type="gramEnd"/>
      <w:r w:rsidRPr="00BA0D30">
        <w:rPr>
          <w:lang w:val="es-ES"/>
        </w:rPr>
        <w:t>uri) din competiție</w:t>
      </w:r>
    </w:p>
    <w:p w14:paraId="3BE6654A" w14:textId="77777777" w:rsidR="00D16BD0" w:rsidRPr="00BA0D30" w:rsidRDefault="00D16BD0" w:rsidP="00B54E56">
      <w:pPr>
        <w:spacing w:after="40"/>
        <w:rPr>
          <w:lang w:val="es-ES"/>
        </w:rPr>
      </w:pPr>
      <w:r w:rsidRPr="00BA0D30">
        <w:rPr>
          <w:lang w:val="es-ES"/>
        </w:rPr>
        <w:t>☐ Excludere din competiție</w:t>
      </w:r>
    </w:p>
    <w:p w14:paraId="10C89596" w14:textId="77777777" w:rsidR="00D16BD0" w:rsidRPr="00BA0D30" w:rsidRDefault="00D16BD0" w:rsidP="00B54E56">
      <w:pPr>
        <w:spacing w:after="40"/>
        <w:rPr>
          <w:lang w:val="es-ES"/>
        </w:rPr>
      </w:pPr>
      <w:r w:rsidRPr="00BA0D30">
        <w:rPr>
          <w:lang w:val="es-ES"/>
        </w:rPr>
        <w:t>☐ Excludere din competițiile organizate de Primăria Municipiului Onești</w:t>
      </w:r>
    </w:p>
    <w:p w14:paraId="7A1F5CD4" w14:textId="77777777" w:rsidR="00D16BD0" w:rsidRPr="00BA0D30" w:rsidRDefault="00D16BD0" w:rsidP="00B54E56">
      <w:pPr>
        <w:spacing w:after="40"/>
        <w:rPr>
          <w:lang w:val="es-ES"/>
        </w:rPr>
      </w:pPr>
      <w:r w:rsidRPr="00BA0D30">
        <w:rPr>
          <w:lang w:val="es-ES"/>
        </w:rPr>
        <w:t>☐ Sesizarea organelor competente pentru aplicarea sancțiunilor contravenționale prevăzute de Legea nr. 61/1991 / Legea nr. 4/2008</w:t>
      </w:r>
    </w:p>
    <w:p w14:paraId="203919D8" w14:textId="77777777" w:rsidR="00D16BD0" w:rsidRPr="00BA0D30" w:rsidRDefault="00D16BD0" w:rsidP="00B54E56">
      <w:pPr>
        <w:spacing w:after="120"/>
        <w:rPr>
          <w:lang w:val="es-ES"/>
        </w:rPr>
      </w:pPr>
    </w:p>
    <w:p w14:paraId="49A12B71" w14:textId="77777777" w:rsidR="00D16BD0" w:rsidRPr="00BA0D30" w:rsidRDefault="00D16BD0" w:rsidP="00B54E56">
      <w:pPr>
        <w:spacing w:after="280"/>
        <w:jc w:val="both"/>
        <w:rPr>
          <w:lang w:val="es-ES"/>
        </w:rPr>
      </w:pPr>
      <w:r w:rsidRPr="00BA0D30">
        <w:rPr>
          <w:lang w:val="es-ES"/>
        </w:rPr>
        <w:t>Prezentul proces-verbal poate fi contestat în termen de 24 de ore de la comunicare, prin cerere scrisă adresată Primarului Municipiului Onești.</w:t>
      </w:r>
    </w:p>
    <w:p w14:paraId="470C5BD4" w14:textId="77777777" w:rsidR="00D16BD0" w:rsidRPr="00BA0D30" w:rsidRDefault="00D16BD0" w:rsidP="00B54E56">
      <w:pPr>
        <w:rPr>
          <w:lang w:val="es-ES"/>
        </w:rPr>
      </w:pPr>
      <w:r w:rsidRPr="00BA0D30">
        <w:rPr>
          <w:b/>
          <w:lang w:val="es-ES"/>
        </w:rPr>
        <w:t>Semnături membri comisie:</w:t>
      </w:r>
    </w:p>
    <w:p w14:paraId="402B9C52" w14:textId="77777777" w:rsidR="00D16BD0" w:rsidRPr="00BA0D30" w:rsidRDefault="00D16BD0" w:rsidP="00B54E56">
      <w:pPr>
        <w:spacing w:after="40"/>
        <w:jc w:val="both"/>
        <w:rPr>
          <w:lang w:val="es-ES"/>
        </w:rPr>
      </w:pPr>
      <w:proofErr w:type="gramStart"/>
      <w:r w:rsidRPr="00BA0D30">
        <w:rPr>
          <w:lang w:val="es-ES"/>
        </w:rPr>
        <w:t>1. ......................................................</w:t>
      </w:r>
      <w:proofErr w:type="gramEnd"/>
    </w:p>
    <w:p w14:paraId="6418DA7E" w14:textId="77777777" w:rsidR="00D16BD0" w:rsidRPr="00BA0D30" w:rsidRDefault="00D16BD0" w:rsidP="00B54E56">
      <w:pPr>
        <w:spacing w:after="40"/>
        <w:jc w:val="both"/>
        <w:rPr>
          <w:lang w:val="es-ES"/>
        </w:rPr>
      </w:pPr>
      <w:proofErr w:type="gramStart"/>
      <w:r w:rsidRPr="00BA0D30">
        <w:rPr>
          <w:lang w:val="es-ES"/>
        </w:rPr>
        <w:t>2. ......................................................</w:t>
      </w:r>
      <w:proofErr w:type="gramEnd"/>
    </w:p>
    <w:p w14:paraId="2882F269" w14:textId="77777777" w:rsidR="00D16BD0" w:rsidRPr="00BA0D30" w:rsidRDefault="00D16BD0" w:rsidP="00B54E56">
      <w:pPr>
        <w:spacing w:after="160"/>
        <w:jc w:val="both"/>
        <w:rPr>
          <w:lang w:val="es-ES"/>
        </w:rPr>
      </w:pPr>
      <w:proofErr w:type="gramStart"/>
      <w:r w:rsidRPr="00BA0D30">
        <w:rPr>
          <w:lang w:val="es-ES"/>
        </w:rPr>
        <w:t>3. ......................................................</w:t>
      </w:r>
      <w:proofErr w:type="gramEnd"/>
    </w:p>
    <w:p w14:paraId="429A696E" w14:textId="77777777" w:rsidR="00D16BD0" w:rsidRPr="00BA0D30" w:rsidRDefault="00D16BD0" w:rsidP="00B54E56">
      <w:pPr>
        <w:rPr>
          <w:lang w:val="es-ES"/>
        </w:rPr>
      </w:pPr>
      <w:r w:rsidRPr="00BA0D30">
        <w:rPr>
          <w:b/>
          <w:lang w:val="es-ES"/>
        </w:rPr>
        <w:t>Am luat cunoștință / Refuz să semnez (se bifează):</w:t>
      </w:r>
    </w:p>
    <w:p w14:paraId="38CB7F26" w14:textId="77777777" w:rsidR="00D16BD0" w:rsidRPr="00BA0D30" w:rsidRDefault="00D16BD0" w:rsidP="00B54E56">
      <w:pPr>
        <w:spacing w:after="40"/>
        <w:jc w:val="both"/>
        <w:rPr>
          <w:lang w:val="es-ES"/>
        </w:rPr>
      </w:pPr>
      <w:r w:rsidRPr="00BA0D30">
        <w:rPr>
          <w:lang w:val="es-ES"/>
        </w:rPr>
        <w:t>☐ Am luat cunoștință de conținutul procesului-verbal.</w:t>
      </w:r>
    </w:p>
    <w:p w14:paraId="71D994A4" w14:textId="77777777" w:rsidR="00D16BD0" w:rsidRPr="00BA0D30" w:rsidRDefault="00D16BD0" w:rsidP="00B54E56">
      <w:pPr>
        <w:spacing w:after="120"/>
        <w:jc w:val="both"/>
        <w:rPr>
          <w:lang w:val="es-ES"/>
        </w:rPr>
      </w:pPr>
      <w:r w:rsidRPr="00BA0D30">
        <w:rPr>
          <w:lang w:val="es-ES"/>
        </w:rPr>
        <w:t>☐ Refuz să semnez / Refuzul se consemnează în prezența unui martor.</w:t>
      </w:r>
    </w:p>
    <w:p w14:paraId="43284E7D" w14:textId="77777777" w:rsidR="00D16BD0" w:rsidRPr="00BA0D30" w:rsidRDefault="00D16BD0" w:rsidP="00B54E56">
      <w:pPr>
        <w:tabs>
          <w:tab w:val="left" w:pos="6236"/>
        </w:tabs>
        <w:rPr>
          <w:lang w:val="es-ES"/>
        </w:rPr>
      </w:pPr>
      <w:r w:rsidRPr="00BA0D30">
        <w:rPr>
          <w:b/>
          <w:lang w:val="es-ES"/>
        </w:rPr>
        <w:t>Semnătura persoanei în cauză: .......................................</w:t>
      </w:r>
    </w:p>
    <w:p w14:paraId="7C57F570" w14:textId="77777777" w:rsidR="00D16BD0" w:rsidRPr="00BA0D30" w:rsidRDefault="00D16BD0" w:rsidP="00B54E56">
      <w:pPr>
        <w:rPr>
          <w:lang w:val="es-ES"/>
        </w:rPr>
      </w:pPr>
      <w:r w:rsidRPr="00BA0D30">
        <w:rPr>
          <w:b/>
          <w:lang w:val="es-ES"/>
        </w:rPr>
        <w:t>Martor (dacă este cazul): Nume, prenume, semnătura: .......................................</w:t>
      </w:r>
    </w:p>
    <w:p w14:paraId="556FB655" w14:textId="77777777" w:rsidR="00D16BD0" w:rsidRPr="00BA0D30" w:rsidRDefault="00D16BD0" w:rsidP="00B54E56">
      <w:pPr>
        <w:jc w:val="right"/>
        <w:rPr>
          <w:lang w:val="es-ES"/>
        </w:rPr>
      </w:pPr>
    </w:p>
    <w:sectPr w:rsidR="00D16BD0" w:rsidRPr="00BA0D30"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2133D"/>
    <w:rsid w:val="0015074B"/>
    <w:rsid w:val="0029639D"/>
    <w:rsid w:val="002E14B7"/>
    <w:rsid w:val="00326F90"/>
    <w:rsid w:val="003755F6"/>
    <w:rsid w:val="003A10ED"/>
    <w:rsid w:val="003A7E15"/>
    <w:rsid w:val="003D50A5"/>
    <w:rsid w:val="007D5977"/>
    <w:rsid w:val="00933386"/>
    <w:rsid w:val="009A6482"/>
    <w:rsid w:val="009F2FBE"/>
    <w:rsid w:val="00A02D6E"/>
    <w:rsid w:val="00A407EA"/>
    <w:rsid w:val="00A7748E"/>
    <w:rsid w:val="00AA1D8D"/>
    <w:rsid w:val="00B47730"/>
    <w:rsid w:val="00B54E56"/>
    <w:rsid w:val="00BA0D30"/>
    <w:rsid w:val="00CB0664"/>
    <w:rsid w:val="00D16BD0"/>
    <w:rsid w:val="00DF1C13"/>
    <w:rsid w:val="00FB61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EFEAF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FD2E2-ABDF-4D2C-A8D6-39CDECA85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5111</Words>
  <Characters>29138</Characters>
  <Application>Microsoft Office Word</Application>
  <DocSecurity>0</DocSecurity>
  <Lines>242</Lines>
  <Paragraphs>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34181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Multimedia 1</cp:lastModifiedBy>
  <cp:revision>10</cp:revision>
  <dcterms:created xsi:type="dcterms:W3CDTF">2026-07-17T05:45:00Z</dcterms:created>
  <dcterms:modified xsi:type="dcterms:W3CDTF">2026-09-28T06:20:00Z</dcterms:modified>
</cp:coreProperties>
</file>