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3AA" w:rsidRPr="00886549" w:rsidRDefault="00CF4A52" w:rsidP="0088654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6549">
        <w:rPr>
          <w:rFonts w:ascii="Times New Roman" w:hAnsi="Times New Roman" w:cs="Times New Roman"/>
          <w:b/>
          <w:sz w:val="28"/>
          <w:szCs w:val="28"/>
        </w:rPr>
        <w:t>RE</w:t>
      </w:r>
      <w:r w:rsidR="00E22E27">
        <w:rPr>
          <w:rFonts w:ascii="Times New Roman" w:hAnsi="Times New Roman" w:cs="Times New Roman"/>
          <w:b/>
          <w:sz w:val="28"/>
          <w:szCs w:val="28"/>
        </w:rPr>
        <w:t>GULAMENT OFICIAL DE ORGANIZARE ȘI DESFĂȘ</w:t>
      </w:r>
      <w:r w:rsidRPr="00886549">
        <w:rPr>
          <w:rFonts w:ascii="Times New Roman" w:hAnsi="Times New Roman" w:cs="Times New Roman"/>
          <w:b/>
          <w:sz w:val="28"/>
          <w:szCs w:val="28"/>
        </w:rPr>
        <w:t>URARE</w:t>
      </w:r>
    </w:p>
    <w:p w:rsidR="00886549" w:rsidRPr="00886549" w:rsidRDefault="00886549" w:rsidP="0088654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86549">
        <w:rPr>
          <w:rFonts w:ascii="Times New Roman" w:hAnsi="Times New Roman" w:cs="Times New Roman"/>
          <w:b/>
          <w:sz w:val="28"/>
          <w:szCs w:val="28"/>
        </w:rPr>
        <w:t>Cupa</w:t>
      </w:r>
      <w:proofErr w:type="spellEnd"/>
      <w:r w:rsidRPr="0088654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86549">
        <w:rPr>
          <w:rFonts w:ascii="Times New Roman" w:hAnsi="Times New Roman" w:cs="Times New Roman"/>
          <w:b/>
          <w:sz w:val="28"/>
          <w:szCs w:val="28"/>
        </w:rPr>
        <w:t>Bibliotecii</w:t>
      </w:r>
      <w:proofErr w:type="spellEnd"/>
      <w:r w:rsidRPr="00886549">
        <w:rPr>
          <w:rFonts w:ascii="Times New Roman" w:hAnsi="Times New Roman" w:cs="Times New Roman"/>
          <w:b/>
          <w:sz w:val="28"/>
          <w:szCs w:val="28"/>
        </w:rPr>
        <w:t xml:space="preserve"> la </w:t>
      </w:r>
      <w:proofErr w:type="spellStart"/>
      <w:r w:rsidRPr="00886549">
        <w:rPr>
          <w:rFonts w:ascii="Times New Roman" w:hAnsi="Times New Roman" w:cs="Times New Roman"/>
          <w:b/>
          <w:sz w:val="28"/>
          <w:szCs w:val="28"/>
        </w:rPr>
        <w:t>Fotbal</w:t>
      </w:r>
      <w:proofErr w:type="spellEnd"/>
      <w:r w:rsidRPr="0088654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86549">
        <w:rPr>
          <w:rFonts w:ascii="Times New Roman" w:hAnsi="Times New Roman" w:cs="Times New Roman"/>
          <w:b/>
          <w:sz w:val="28"/>
          <w:szCs w:val="28"/>
        </w:rPr>
        <w:t>pe</w:t>
      </w:r>
      <w:proofErr w:type="spellEnd"/>
      <w:r w:rsidRPr="0088654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86549">
        <w:rPr>
          <w:rFonts w:ascii="Times New Roman" w:hAnsi="Times New Roman" w:cs="Times New Roman"/>
          <w:b/>
          <w:sz w:val="28"/>
          <w:szCs w:val="28"/>
        </w:rPr>
        <w:t>consolă</w:t>
      </w:r>
      <w:proofErr w:type="spellEnd"/>
      <w:r w:rsidRPr="00886549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886549">
        <w:rPr>
          <w:rFonts w:ascii="Times New Roman" w:hAnsi="Times New Roman" w:cs="Times New Roman"/>
          <w:b/>
          <w:sz w:val="28"/>
          <w:szCs w:val="28"/>
        </w:rPr>
        <w:t>Ediția</w:t>
      </w:r>
      <w:proofErr w:type="spellEnd"/>
      <w:r w:rsidRPr="00886549">
        <w:rPr>
          <w:rFonts w:ascii="Times New Roman" w:hAnsi="Times New Roman" w:cs="Times New Roman"/>
          <w:b/>
          <w:sz w:val="28"/>
          <w:szCs w:val="28"/>
        </w:rPr>
        <w:t xml:space="preserve"> I</w:t>
      </w:r>
    </w:p>
    <w:p w:rsidR="00886549" w:rsidRPr="00886549" w:rsidRDefault="00886549" w:rsidP="0088654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6549">
        <w:rPr>
          <w:rFonts w:ascii="Times New Roman" w:hAnsi="Times New Roman" w:cs="Times New Roman"/>
          <w:b/>
          <w:sz w:val="28"/>
          <w:szCs w:val="28"/>
        </w:rPr>
        <w:t>CAMPIONAT EA SPORTS FC 24 – PS5 ⚽</w:t>
      </w:r>
    </w:p>
    <w:p w:rsidR="00886549" w:rsidRPr="00886549" w:rsidRDefault="00886549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23AA" w:rsidRPr="00886549" w:rsidRDefault="00886549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Prezentul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regulament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stabilește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condițiile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înscriere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participare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desfășurare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turneului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organizat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</w:t>
      </w:r>
      <w:r w:rsidR="00CF4A52" w:rsidRPr="00886549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cadrul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Nocturnei Bibliotecii.</w:t>
      </w:r>
      <w:proofErr w:type="gram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Participarea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competiție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presupune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cunoașterea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ș</w:t>
      </w:r>
      <w:r w:rsidR="00CF4A52" w:rsidRPr="00886549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respectarea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prevederilor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sale.</w:t>
      </w:r>
      <w:proofErr w:type="gramEnd"/>
    </w:p>
    <w:p w:rsidR="003323AA" w:rsidRPr="00886549" w:rsidRDefault="00886549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Art. 1 -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Organizatorul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scopul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competiț</w:t>
      </w:r>
      <w:r w:rsidR="00CF4A52" w:rsidRPr="00886549">
        <w:rPr>
          <w:rFonts w:ascii="Times New Roman" w:hAnsi="Times New Roman" w:cs="Times New Roman"/>
          <w:b/>
          <w:sz w:val="28"/>
          <w:szCs w:val="28"/>
        </w:rPr>
        <w:t>iei</w:t>
      </w:r>
      <w:proofErr w:type="spellEnd"/>
    </w:p>
    <w:p w:rsidR="003323AA" w:rsidRPr="00886549" w:rsidRDefault="00CF4A52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6549">
        <w:rPr>
          <w:rFonts w:ascii="Times New Roman" w:hAnsi="Times New Roman" w:cs="Times New Roman"/>
          <w:sz w:val="28"/>
          <w:szCs w:val="28"/>
        </w:rPr>
        <w:t>Turneul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86549">
        <w:rPr>
          <w:rFonts w:ascii="Times New Roman" w:hAnsi="Times New Roman" w:cs="Times New Roman"/>
          <w:sz w:val="28"/>
          <w:szCs w:val="28"/>
        </w:rPr>
        <w:t>este</w:t>
      </w:r>
      <w:proofErr w:type="spellEnd"/>
      <w:proofErr w:type="gramEnd"/>
      <w:r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549">
        <w:rPr>
          <w:rFonts w:ascii="Times New Roman" w:hAnsi="Times New Roman" w:cs="Times New Roman"/>
          <w:sz w:val="28"/>
          <w:szCs w:val="28"/>
        </w:rPr>
        <w:t>or</w:t>
      </w:r>
      <w:r w:rsidR="00886549">
        <w:rPr>
          <w:rFonts w:ascii="Times New Roman" w:hAnsi="Times New Roman" w:cs="Times New Roman"/>
          <w:sz w:val="28"/>
          <w:szCs w:val="28"/>
        </w:rPr>
        <w:t>ganizat</w:t>
      </w:r>
      <w:proofErr w:type="spellEnd"/>
      <w:r w:rsidR="0088654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886549">
        <w:rPr>
          <w:rFonts w:ascii="Times New Roman" w:hAnsi="Times New Roman" w:cs="Times New Roman"/>
          <w:sz w:val="28"/>
          <w:szCs w:val="28"/>
        </w:rPr>
        <w:t>Biblioteca</w:t>
      </w:r>
      <w:proofErr w:type="spellEnd"/>
      <w:r w:rsid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6549">
        <w:rPr>
          <w:rFonts w:ascii="Times New Roman" w:hAnsi="Times New Roman" w:cs="Times New Roman"/>
          <w:sz w:val="28"/>
          <w:szCs w:val="28"/>
        </w:rPr>
        <w:t>Municipală</w:t>
      </w:r>
      <w:proofErr w:type="spellEnd"/>
      <w:r w:rsidR="00886549"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 w:rsidR="00886549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6549">
        <w:rPr>
          <w:rFonts w:ascii="Times New Roman" w:hAnsi="Times New Roman" w:cs="Times New Roman"/>
          <w:sz w:val="28"/>
          <w:szCs w:val="28"/>
        </w:rPr>
        <w:t>Rosetti</w:t>
      </w:r>
      <w:proofErr w:type="spellEnd"/>
      <w:r w:rsidR="00886549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="00886549">
        <w:rPr>
          <w:rFonts w:ascii="Times New Roman" w:hAnsi="Times New Roman" w:cs="Times New Roman"/>
          <w:sz w:val="28"/>
          <w:szCs w:val="28"/>
        </w:rPr>
        <w:t>Onești</w:t>
      </w:r>
      <w:proofErr w:type="spellEnd"/>
      <w:r w:rsidR="008865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86549">
        <w:rPr>
          <w:rFonts w:ascii="Times New Roman" w:hAnsi="Times New Roman" w:cs="Times New Roman"/>
          <w:sz w:val="28"/>
          <w:szCs w:val="28"/>
        </w:rPr>
        <w:t>î</w:t>
      </w:r>
      <w:r w:rsidRPr="00886549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549">
        <w:rPr>
          <w:rFonts w:ascii="Times New Roman" w:hAnsi="Times New Roman" w:cs="Times New Roman"/>
          <w:sz w:val="28"/>
          <w:szCs w:val="28"/>
        </w:rPr>
        <w:t>cadrul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549">
        <w:rPr>
          <w:rFonts w:ascii="Times New Roman" w:hAnsi="Times New Roman" w:cs="Times New Roman"/>
          <w:sz w:val="28"/>
          <w:szCs w:val="28"/>
        </w:rPr>
        <w:t>evenimentului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549">
        <w:rPr>
          <w:rFonts w:ascii="Times New Roman" w:hAnsi="Times New Roman" w:cs="Times New Roman"/>
          <w:sz w:val="28"/>
          <w:szCs w:val="28"/>
        </w:rPr>
        <w:t>Nocturna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549">
        <w:rPr>
          <w:rFonts w:ascii="Times New Roman" w:hAnsi="Times New Roman" w:cs="Times New Roman"/>
          <w:sz w:val="28"/>
          <w:szCs w:val="28"/>
        </w:rPr>
        <w:t>Bibliotecii</w:t>
      </w:r>
      <w:proofErr w:type="spellEnd"/>
      <w:r w:rsidR="00886549">
        <w:rPr>
          <w:rFonts w:ascii="Times New Roman" w:hAnsi="Times New Roman" w:cs="Times New Roman"/>
          <w:sz w:val="28"/>
          <w:szCs w:val="28"/>
        </w:rPr>
        <w:t xml:space="preserve"> 2026. </w:t>
      </w:r>
      <w:proofErr w:type="spellStart"/>
      <w:r w:rsidR="00886549">
        <w:rPr>
          <w:rFonts w:ascii="Times New Roman" w:hAnsi="Times New Roman" w:cs="Times New Roman"/>
          <w:sz w:val="28"/>
          <w:szCs w:val="28"/>
        </w:rPr>
        <w:t>Competiț</w:t>
      </w:r>
      <w:r w:rsidRPr="00886549">
        <w:rPr>
          <w:rFonts w:ascii="Times New Roman" w:hAnsi="Times New Roman" w:cs="Times New Roman"/>
          <w:sz w:val="28"/>
          <w:szCs w:val="28"/>
        </w:rPr>
        <w:t>ia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 </w:t>
      </w:r>
      <w:r w:rsidR="00886549">
        <w:rPr>
          <w:rFonts w:ascii="Times New Roman" w:hAnsi="Times New Roman" w:cs="Times New Roman"/>
          <w:sz w:val="28"/>
          <w:szCs w:val="28"/>
        </w:rPr>
        <w:t xml:space="preserve">are </w:t>
      </w:r>
      <w:proofErr w:type="spellStart"/>
      <w:r w:rsidR="00886549">
        <w:rPr>
          <w:rFonts w:ascii="Times New Roman" w:hAnsi="Times New Roman" w:cs="Times New Roman"/>
          <w:sz w:val="28"/>
          <w:szCs w:val="28"/>
        </w:rPr>
        <w:t>caracter</w:t>
      </w:r>
      <w:proofErr w:type="spellEnd"/>
      <w:r w:rsid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6549">
        <w:rPr>
          <w:rFonts w:ascii="Times New Roman" w:hAnsi="Times New Roman" w:cs="Times New Roman"/>
          <w:sz w:val="28"/>
          <w:szCs w:val="28"/>
        </w:rPr>
        <w:t>recreativ</w:t>
      </w:r>
      <w:proofErr w:type="spellEnd"/>
      <w:r w:rsid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6549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6549">
        <w:rPr>
          <w:rFonts w:ascii="Times New Roman" w:hAnsi="Times New Roman" w:cs="Times New Roman"/>
          <w:sz w:val="28"/>
          <w:szCs w:val="28"/>
        </w:rPr>
        <w:t>urmărește</w:t>
      </w:r>
      <w:proofErr w:type="spellEnd"/>
      <w:r w:rsid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6549">
        <w:rPr>
          <w:rFonts w:ascii="Times New Roman" w:hAnsi="Times New Roman" w:cs="Times New Roman"/>
          <w:sz w:val="28"/>
          <w:szCs w:val="28"/>
        </w:rPr>
        <w:t>încurajarea</w:t>
      </w:r>
      <w:proofErr w:type="spellEnd"/>
      <w:r w:rsid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6549">
        <w:rPr>
          <w:rFonts w:ascii="Times New Roman" w:hAnsi="Times New Roman" w:cs="Times New Roman"/>
          <w:sz w:val="28"/>
          <w:szCs w:val="28"/>
        </w:rPr>
        <w:t>socializă</w:t>
      </w:r>
      <w:r w:rsidRPr="00886549">
        <w:rPr>
          <w:rFonts w:ascii="Times New Roman" w:hAnsi="Times New Roman" w:cs="Times New Roman"/>
          <w:sz w:val="28"/>
          <w:szCs w:val="28"/>
        </w:rPr>
        <w:t>rii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>, fair-pl</w:t>
      </w:r>
      <w:r w:rsidR="00886549">
        <w:rPr>
          <w:rFonts w:ascii="Times New Roman" w:hAnsi="Times New Roman" w:cs="Times New Roman"/>
          <w:sz w:val="28"/>
          <w:szCs w:val="28"/>
        </w:rPr>
        <w:t>ay-</w:t>
      </w:r>
      <w:proofErr w:type="spellStart"/>
      <w:r w:rsidR="00886549">
        <w:rPr>
          <w:rFonts w:ascii="Times New Roman" w:hAnsi="Times New Roman" w:cs="Times New Roman"/>
          <w:sz w:val="28"/>
          <w:szCs w:val="28"/>
        </w:rPr>
        <w:t>ului</w:t>
      </w:r>
      <w:proofErr w:type="spellEnd"/>
      <w:r w:rsidR="008865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="00886549">
        <w:rPr>
          <w:rFonts w:ascii="Times New Roman" w:hAnsi="Times New Roman" w:cs="Times New Roman"/>
          <w:sz w:val="28"/>
          <w:szCs w:val="28"/>
        </w:rPr>
        <w:t>spiritului</w:t>
      </w:r>
      <w:proofErr w:type="spellEnd"/>
      <w:proofErr w:type="gramEnd"/>
      <w:r w:rsid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6549">
        <w:rPr>
          <w:rFonts w:ascii="Times New Roman" w:hAnsi="Times New Roman" w:cs="Times New Roman"/>
          <w:sz w:val="28"/>
          <w:szCs w:val="28"/>
        </w:rPr>
        <w:t>competitiv</w:t>
      </w:r>
      <w:proofErr w:type="spellEnd"/>
      <w:r w:rsid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6549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6549">
        <w:rPr>
          <w:rFonts w:ascii="Times New Roman" w:hAnsi="Times New Roman" w:cs="Times New Roman"/>
          <w:sz w:val="28"/>
          <w:szCs w:val="28"/>
        </w:rPr>
        <w:t>petrecerii</w:t>
      </w:r>
      <w:proofErr w:type="spellEnd"/>
      <w:r w:rsid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6549">
        <w:rPr>
          <w:rFonts w:ascii="Times New Roman" w:hAnsi="Times New Roman" w:cs="Times New Roman"/>
          <w:sz w:val="28"/>
          <w:szCs w:val="28"/>
        </w:rPr>
        <w:t>timpului</w:t>
      </w:r>
      <w:proofErr w:type="spellEnd"/>
      <w:r w:rsidR="00886549">
        <w:rPr>
          <w:rFonts w:ascii="Times New Roman" w:hAnsi="Times New Roman" w:cs="Times New Roman"/>
          <w:sz w:val="28"/>
          <w:szCs w:val="28"/>
        </w:rPr>
        <w:t xml:space="preserve"> liber </w:t>
      </w:r>
      <w:proofErr w:type="spellStart"/>
      <w:r w:rsidR="00886549">
        <w:rPr>
          <w:rFonts w:ascii="Times New Roman" w:hAnsi="Times New Roman" w:cs="Times New Roman"/>
          <w:sz w:val="28"/>
          <w:szCs w:val="28"/>
        </w:rPr>
        <w:t>î</w:t>
      </w:r>
      <w:r w:rsidRPr="00886549">
        <w:rPr>
          <w:rFonts w:ascii="Times New Roman" w:hAnsi="Times New Roman" w:cs="Times New Roman"/>
          <w:sz w:val="28"/>
          <w:szCs w:val="28"/>
        </w:rPr>
        <w:t>ntr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-un </w:t>
      </w:r>
      <w:proofErr w:type="spellStart"/>
      <w:r w:rsidRPr="00886549">
        <w:rPr>
          <w:rFonts w:ascii="Times New Roman" w:hAnsi="Times New Roman" w:cs="Times New Roman"/>
          <w:sz w:val="28"/>
          <w:szCs w:val="28"/>
        </w:rPr>
        <w:t>cadru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549">
        <w:rPr>
          <w:rFonts w:ascii="Times New Roman" w:hAnsi="Times New Roman" w:cs="Times New Roman"/>
          <w:sz w:val="28"/>
          <w:szCs w:val="28"/>
        </w:rPr>
        <w:t>organizat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>.</w:t>
      </w:r>
    </w:p>
    <w:p w:rsidR="003323AA" w:rsidRPr="00886549" w:rsidRDefault="00886549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Art. 2 - Data,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locul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ș</w:t>
      </w:r>
      <w:r w:rsidR="00CF4A52" w:rsidRPr="00886549">
        <w:rPr>
          <w:rFonts w:ascii="Times New Roman" w:hAnsi="Times New Roman" w:cs="Times New Roman"/>
          <w:b/>
          <w:sz w:val="28"/>
          <w:szCs w:val="28"/>
        </w:rPr>
        <w:t>i</w:t>
      </w:r>
      <w:proofErr w:type="spellEnd"/>
      <w:r w:rsidR="00CF4A52" w:rsidRPr="0088654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b/>
          <w:sz w:val="28"/>
          <w:szCs w:val="28"/>
        </w:rPr>
        <w:t>programul</w:t>
      </w:r>
      <w:proofErr w:type="spellEnd"/>
    </w:p>
    <w:p w:rsidR="003323AA" w:rsidRPr="00886549" w:rsidRDefault="00886549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Turneul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>
        <w:rPr>
          <w:rFonts w:ascii="Times New Roman" w:hAnsi="Times New Roman" w:cs="Times New Roman"/>
          <w:sz w:val="28"/>
          <w:szCs w:val="28"/>
        </w:rPr>
        <w:t>desfășoară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sediul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Bibliotecii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Municipale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Rosetti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>
        <w:rPr>
          <w:rFonts w:ascii="Times New Roman" w:hAnsi="Times New Roman" w:cs="Times New Roman"/>
          <w:sz w:val="28"/>
          <w:szCs w:val="28"/>
        </w:rPr>
        <w:t>Onești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î</w:t>
      </w:r>
      <w:r w:rsidR="00CF4A52" w:rsidRPr="00886549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data de </w:t>
      </w:r>
      <w:r w:rsidR="00495B6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noiembrie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2026, </w:t>
      </w:r>
      <w:proofErr w:type="spellStart"/>
      <w:r>
        <w:rPr>
          <w:rFonts w:ascii="Times New Roman" w:hAnsi="Times New Roman" w:cs="Times New Roman"/>
          <w:sz w:val="28"/>
          <w:szCs w:val="28"/>
        </w:rPr>
        <w:t>î</w:t>
      </w:r>
      <w:r w:rsidR="00CF4A52" w:rsidRPr="00886549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int</w:t>
      </w:r>
      <w:r>
        <w:rPr>
          <w:rFonts w:ascii="Times New Roman" w:hAnsi="Times New Roman" w:cs="Times New Roman"/>
          <w:sz w:val="28"/>
          <w:szCs w:val="28"/>
        </w:rPr>
        <w:t>ervalul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17:00-20:00.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Participanții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sunt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rugați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să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>
        <w:rPr>
          <w:rFonts w:ascii="Times New Roman" w:hAnsi="Times New Roman" w:cs="Times New Roman"/>
          <w:sz w:val="28"/>
          <w:szCs w:val="28"/>
        </w:rPr>
        <w:t>prezinte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>
        <w:rPr>
          <w:rFonts w:ascii="Times New Roman" w:hAnsi="Times New Roman" w:cs="Times New Roman"/>
          <w:sz w:val="28"/>
          <w:szCs w:val="28"/>
        </w:rPr>
        <w:t>cel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puțin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15 minute </w:t>
      </w:r>
      <w:proofErr w:type="spellStart"/>
      <w:r>
        <w:rPr>
          <w:rFonts w:ascii="Times New Roman" w:hAnsi="Times New Roman" w:cs="Times New Roman"/>
          <w:sz w:val="28"/>
          <w:szCs w:val="28"/>
        </w:rPr>
        <w:t>î</w:t>
      </w:r>
      <w:r w:rsidR="00CF4A52" w:rsidRPr="00886549">
        <w:rPr>
          <w:rFonts w:ascii="Times New Roman" w:hAnsi="Times New Roman" w:cs="Times New Roman"/>
          <w:sz w:val="28"/>
          <w:szCs w:val="28"/>
        </w:rPr>
        <w:t>nainte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ora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de start.</w:t>
      </w:r>
    </w:p>
    <w:p w:rsidR="003323AA" w:rsidRPr="00886549" w:rsidRDefault="00886549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Art. 3 -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Condiț</w:t>
      </w:r>
      <w:r w:rsidR="00CF4A52" w:rsidRPr="00886549">
        <w:rPr>
          <w:rFonts w:ascii="Times New Roman" w:hAnsi="Times New Roman" w:cs="Times New Roman"/>
          <w:b/>
          <w:sz w:val="28"/>
          <w:szCs w:val="28"/>
        </w:rPr>
        <w:t>ii</w:t>
      </w:r>
      <w:proofErr w:type="spellEnd"/>
      <w:r w:rsidR="00CF4A52" w:rsidRPr="00886549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="00CF4A52" w:rsidRPr="00886549">
        <w:rPr>
          <w:rFonts w:ascii="Times New Roman" w:hAnsi="Times New Roman" w:cs="Times New Roman"/>
          <w:b/>
          <w:sz w:val="28"/>
          <w:szCs w:val="28"/>
        </w:rPr>
        <w:t>participare</w:t>
      </w:r>
      <w:proofErr w:type="spellEnd"/>
    </w:p>
    <w:p w:rsidR="003323AA" w:rsidRDefault="00886549" w:rsidP="0076314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Pot </w:t>
      </w:r>
      <w:proofErr w:type="spellStart"/>
      <w:r>
        <w:rPr>
          <w:rFonts w:ascii="Times New Roman" w:hAnsi="Times New Roman" w:cs="Times New Roman"/>
          <w:sz w:val="28"/>
          <w:szCs w:val="28"/>
        </w:rPr>
        <w:t>participa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au </w:t>
      </w:r>
      <w:proofErr w:type="spellStart"/>
      <w:r>
        <w:rPr>
          <w:rFonts w:ascii="Times New Roman" w:hAnsi="Times New Roman" w:cs="Times New Roman"/>
          <w:sz w:val="28"/>
          <w:szCs w:val="28"/>
        </w:rPr>
        <w:t>împlinit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vârsta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14 </w:t>
      </w:r>
      <w:proofErr w:type="spellStart"/>
      <w:r>
        <w:rPr>
          <w:rFonts w:ascii="Times New Roman" w:hAnsi="Times New Roman" w:cs="Times New Roman"/>
          <w:sz w:val="28"/>
          <w:szCs w:val="28"/>
        </w:rPr>
        <w:t>ani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fără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lim</w:t>
      </w:r>
      <w:r>
        <w:rPr>
          <w:rFonts w:ascii="Times New Roman" w:hAnsi="Times New Roman" w:cs="Times New Roman"/>
          <w:sz w:val="28"/>
          <w:szCs w:val="28"/>
        </w:rPr>
        <w:t>ită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maximă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vârstă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Participarea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este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gratuită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participanț</w:t>
      </w:r>
      <w:r w:rsidR="00CF4A52" w:rsidRPr="00886549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minori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este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necesar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acordul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pă</w:t>
      </w:r>
      <w:r w:rsidR="00CF4A52" w:rsidRPr="00886549">
        <w:rPr>
          <w:rFonts w:ascii="Times New Roman" w:hAnsi="Times New Roman" w:cs="Times New Roman"/>
          <w:sz w:val="28"/>
          <w:szCs w:val="28"/>
        </w:rPr>
        <w:t>rintelui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reprezentantului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legal.</w:t>
      </w:r>
      <w:r w:rsidR="007631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3140" w:rsidRPr="00763140" w:rsidRDefault="00763140" w:rsidP="0076314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63140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7631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3140">
        <w:rPr>
          <w:rFonts w:ascii="Times New Roman" w:hAnsi="Times New Roman" w:cs="Times New Roman"/>
          <w:sz w:val="28"/>
          <w:szCs w:val="28"/>
        </w:rPr>
        <w:t>cazul</w:t>
      </w:r>
      <w:proofErr w:type="spellEnd"/>
      <w:r w:rsidRPr="007631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3140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763140">
        <w:rPr>
          <w:rFonts w:ascii="Times New Roman" w:hAnsi="Times New Roman" w:cs="Times New Roman"/>
          <w:sz w:val="28"/>
          <w:szCs w:val="28"/>
        </w:rPr>
        <w:t xml:space="preserve"> care se </w:t>
      </w:r>
      <w:proofErr w:type="spellStart"/>
      <w:r w:rsidRPr="00763140">
        <w:rPr>
          <w:rFonts w:ascii="Times New Roman" w:hAnsi="Times New Roman" w:cs="Times New Roman"/>
          <w:sz w:val="28"/>
          <w:szCs w:val="28"/>
        </w:rPr>
        <w:t>înscriu</w:t>
      </w:r>
      <w:proofErr w:type="spellEnd"/>
      <w:r w:rsidRPr="007631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3140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Pr="007631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3140">
        <w:rPr>
          <w:rFonts w:ascii="Times New Roman" w:hAnsi="Times New Roman" w:cs="Times New Roman"/>
          <w:sz w:val="28"/>
          <w:szCs w:val="28"/>
        </w:rPr>
        <w:t>mult</w:t>
      </w:r>
      <w:proofErr w:type="spellEnd"/>
      <w:r w:rsidRPr="00763140">
        <w:rPr>
          <w:rFonts w:ascii="Times New Roman" w:hAnsi="Times New Roman" w:cs="Times New Roman"/>
          <w:sz w:val="28"/>
          <w:szCs w:val="28"/>
        </w:rPr>
        <w:t xml:space="preserve"> de 16 </w:t>
      </w:r>
      <w:proofErr w:type="spellStart"/>
      <w:r w:rsidRPr="00763140">
        <w:rPr>
          <w:rFonts w:ascii="Times New Roman" w:hAnsi="Times New Roman" w:cs="Times New Roman"/>
          <w:sz w:val="28"/>
          <w:szCs w:val="28"/>
        </w:rPr>
        <w:t>participanți</w:t>
      </w:r>
      <w:proofErr w:type="spellEnd"/>
      <w:r w:rsidRPr="007631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43738">
        <w:rPr>
          <w:rFonts w:ascii="Times New Roman" w:hAnsi="Times New Roman" w:cs="Times New Roman"/>
          <w:sz w:val="28"/>
          <w:szCs w:val="28"/>
        </w:rPr>
        <w:t>înainte</w:t>
      </w:r>
      <w:proofErr w:type="spellEnd"/>
      <w:r w:rsidR="00D43738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D43738">
        <w:rPr>
          <w:rFonts w:ascii="Times New Roman" w:hAnsi="Times New Roman" w:cs="Times New Roman"/>
          <w:sz w:val="28"/>
          <w:szCs w:val="28"/>
        </w:rPr>
        <w:t>turneul</w:t>
      </w:r>
      <w:proofErr w:type="spellEnd"/>
      <w:r w:rsidRPr="00763140">
        <w:rPr>
          <w:rFonts w:ascii="Times New Roman" w:hAnsi="Times New Roman" w:cs="Times New Roman"/>
          <w:sz w:val="28"/>
          <w:szCs w:val="28"/>
        </w:rPr>
        <w:t xml:space="preserve"> final </w:t>
      </w:r>
      <w:proofErr w:type="spellStart"/>
      <w:proofErr w:type="gramStart"/>
      <w:r w:rsidRPr="00763140">
        <w:rPr>
          <w:rFonts w:ascii="Times New Roman" w:hAnsi="Times New Roman" w:cs="Times New Roman"/>
          <w:sz w:val="28"/>
          <w:szCs w:val="28"/>
        </w:rPr>
        <w:t>va</w:t>
      </w:r>
      <w:proofErr w:type="spellEnd"/>
      <w:proofErr w:type="gramEnd"/>
      <w:r w:rsidRPr="00763140">
        <w:rPr>
          <w:rFonts w:ascii="Times New Roman" w:hAnsi="Times New Roman" w:cs="Times New Roman"/>
          <w:sz w:val="28"/>
          <w:szCs w:val="28"/>
        </w:rPr>
        <w:t xml:space="preserve"> fi </w:t>
      </w:r>
      <w:proofErr w:type="spellStart"/>
      <w:r w:rsidRPr="00763140">
        <w:rPr>
          <w:rFonts w:ascii="Times New Roman" w:hAnsi="Times New Roman" w:cs="Times New Roman"/>
          <w:sz w:val="28"/>
          <w:szCs w:val="28"/>
        </w:rPr>
        <w:t>organizată</w:t>
      </w:r>
      <w:proofErr w:type="spellEnd"/>
      <w:r w:rsidRPr="00763140">
        <w:rPr>
          <w:rFonts w:ascii="Times New Roman" w:hAnsi="Times New Roman" w:cs="Times New Roman"/>
          <w:sz w:val="28"/>
          <w:szCs w:val="28"/>
        </w:rPr>
        <w:t xml:space="preserve"> </w:t>
      </w:r>
      <w:r w:rsidR="00D2479F">
        <w:rPr>
          <w:rFonts w:ascii="Times New Roman" w:hAnsi="Times New Roman" w:cs="Times New Roman"/>
          <w:sz w:val="28"/>
          <w:szCs w:val="28"/>
        </w:rPr>
        <w:t>o</w:t>
      </w:r>
      <w:r w:rsidRPr="007631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3140">
        <w:rPr>
          <w:rFonts w:ascii="Times New Roman" w:hAnsi="Times New Roman" w:cs="Times New Roman"/>
          <w:sz w:val="28"/>
          <w:szCs w:val="28"/>
        </w:rPr>
        <w:t>etapă</w:t>
      </w:r>
      <w:proofErr w:type="spellEnd"/>
      <w:r w:rsidRPr="0076314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763140">
        <w:rPr>
          <w:rFonts w:ascii="Times New Roman" w:hAnsi="Times New Roman" w:cs="Times New Roman"/>
          <w:sz w:val="28"/>
          <w:szCs w:val="28"/>
        </w:rPr>
        <w:t>calificare</w:t>
      </w:r>
      <w:proofErr w:type="spellEnd"/>
      <w:r w:rsidRPr="0076314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63140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7631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3140">
        <w:rPr>
          <w:rFonts w:ascii="Times New Roman" w:hAnsi="Times New Roman" w:cs="Times New Roman"/>
          <w:sz w:val="28"/>
          <w:szCs w:val="28"/>
        </w:rPr>
        <w:t>urma</w:t>
      </w:r>
      <w:proofErr w:type="spellEnd"/>
      <w:r w:rsidRPr="007631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479F">
        <w:rPr>
          <w:rFonts w:ascii="Times New Roman" w:hAnsi="Times New Roman" w:cs="Times New Roman"/>
          <w:sz w:val="28"/>
          <w:szCs w:val="28"/>
        </w:rPr>
        <w:t>ei</w:t>
      </w:r>
      <w:proofErr w:type="spellEnd"/>
      <w:r w:rsidR="00D247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3140">
        <w:rPr>
          <w:rFonts w:ascii="Times New Roman" w:hAnsi="Times New Roman" w:cs="Times New Roman"/>
          <w:sz w:val="28"/>
          <w:szCs w:val="28"/>
        </w:rPr>
        <w:t>vor</w:t>
      </w:r>
      <w:proofErr w:type="spellEnd"/>
      <w:r w:rsidRPr="00763140">
        <w:rPr>
          <w:rFonts w:ascii="Times New Roman" w:hAnsi="Times New Roman" w:cs="Times New Roman"/>
          <w:sz w:val="28"/>
          <w:szCs w:val="28"/>
        </w:rPr>
        <w:t xml:space="preserve"> fi </w:t>
      </w:r>
      <w:proofErr w:type="spellStart"/>
      <w:r w:rsidRPr="00763140">
        <w:rPr>
          <w:rFonts w:ascii="Times New Roman" w:hAnsi="Times New Roman" w:cs="Times New Roman"/>
          <w:sz w:val="28"/>
          <w:szCs w:val="28"/>
        </w:rPr>
        <w:t>desemnați</w:t>
      </w:r>
      <w:proofErr w:type="spellEnd"/>
      <w:r w:rsidRPr="007631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3140">
        <w:rPr>
          <w:rFonts w:ascii="Times New Roman" w:hAnsi="Times New Roman" w:cs="Times New Roman"/>
          <w:sz w:val="28"/>
          <w:szCs w:val="28"/>
        </w:rPr>
        <w:t>cei</w:t>
      </w:r>
      <w:proofErr w:type="spellEnd"/>
      <w:r w:rsidRPr="00763140">
        <w:rPr>
          <w:rFonts w:ascii="Times New Roman" w:hAnsi="Times New Roman" w:cs="Times New Roman"/>
          <w:sz w:val="28"/>
          <w:szCs w:val="28"/>
        </w:rPr>
        <w:t xml:space="preserve"> 16 </w:t>
      </w:r>
      <w:proofErr w:type="spellStart"/>
      <w:r w:rsidRPr="00763140">
        <w:rPr>
          <w:rFonts w:ascii="Times New Roman" w:hAnsi="Times New Roman" w:cs="Times New Roman"/>
          <w:sz w:val="28"/>
          <w:szCs w:val="28"/>
        </w:rPr>
        <w:t>jucători</w:t>
      </w:r>
      <w:proofErr w:type="spellEnd"/>
      <w:r w:rsidRPr="00763140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763140">
        <w:rPr>
          <w:rFonts w:ascii="Times New Roman" w:hAnsi="Times New Roman" w:cs="Times New Roman"/>
          <w:sz w:val="28"/>
          <w:szCs w:val="28"/>
        </w:rPr>
        <w:t>vor</w:t>
      </w:r>
      <w:proofErr w:type="spellEnd"/>
      <w:r w:rsidRPr="007631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3140">
        <w:rPr>
          <w:rFonts w:ascii="Times New Roman" w:hAnsi="Times New Roman" w:cs="Times New Roman"/>
          <w:sz w:val="28"/>
          <w:szCs w:val="28"/>
        </w:rPr>
        <w:t>participa</w:t>
      </w:r>
      <w:proofErr w:type="spellEnd"/>
      <w:r w:rsidRPr="00763140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763140">
        <w:rPr>
          <w:rFonts w:ascii="Times New Roman" w:hAnsi="Times New Roman" w:cs="Times New Roman"/>
          <w:sz w:val="28"/>
          <w:szCs w:val="28"/>
        </w:rPr>
        <w:t>turneul</w:t>
      </w:r>
      <w:proofErr w:type="spellEnd"/>
      <w:r w:rsidRPr="00763140">
        <w:rPr>
          <w:rFonts w:ascii="Times New Roman" w:hAnsi="Times New Roman" w:cs="Times New Roman"/>
          <w:sz w:val="28"/>
          <w:szCs w:val="28"/>
        </w:rPr>
        <w:t xml:space="preserve"> final din </w:t>
      </w:r>
      <w:proofErr w:type="spellStart"/>
      <w:r w:rsidRPr="00763140">
        <w:rPr>
          <w:rFonts w:ascii="Times New Roman" w:hAnsi="Times New Roman" w:cs="Times New Roman"/>
          <w:sz w:val="28"/>
          <w:szCs w:val="28"/>
        </w:rPr>
        <w:t>cadrul</w:t>
      </w:r>
      <w:proofErr w:type="spellEnd"/>
      <w:r w:rsidRPr="007631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3140">
        <w:rPr>
          <w:rFonts w:ascii="Times New Roman" w:hAnsi="Times New Roman" w:cs="Times New Roman"/>
          <w:sz w:val="28"/>
          <w:szCs w:val="28"/>
        </w:rPr>
        <w:t>Noc</w:t>
      </w:r>
      <w:r w:rsidR="00495B63">
        <w:rPr>
          <w:rFonts w:ascii="Times New Roman" w:hAnsi="Times New Roman" w:cs="Times New Roman"/>
          <w:sz w:val="28"/>
          <w:szCs w:val="28"/>
        </w:rPr>
        <w:t>turnei</w:t>
      </w:r>
      <w:proofErr w:type="spellEnd"/>
      <w:r w:rsidR="00495B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5B63">
        <w:rPr>
          <w:rFonts w:ascii="Times New Roman" w:hAnsi="Times New Roman" w:cs="Times New Roman"/>
          <w:sz w:val="28"/>
          <w:szCs w:val="28"/>
        </w:rPr>
        <w:t>Bibliotecii</w:t>
      </w:r>
      <w:proofErr w:type="spellEnd"/>
      <w:r w:rsidR="00495B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95B63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495B63">
        <w:rPr>
          <w:rFonts w:ascii="Times New Roman" w:hAnsi="Times New Roman" w:cs="Times New Roman"/>
          <w:sz w:val="28"/>
          <w:szCs w:val="28"/>
        </w:rPr>
        <w:t xml:space="preserve"> data de 20</w:t>
      </w:r>
      <w:bookmarkStart w:id="0" w:name="_GoBack"/>
      <w:bookmarkEnd w:id="0"/>
      <w:r w:rsidRPr="007631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3140">
        <w:rPr>
          <w:rFonts w:ascii="Times New Roman" w:hAnsi="Times New Roman" w:cs="Times New Roman"/>
          <w:sz w:val="28"/>
          <w:szCs w:val="28"/>
        </w:rPr>
        <w:t>noiembrie</w:t>
      </w:r>
      <w:proofErr w:type="spellEnd"/>
      <w:r w:rsidRPr="00763140">
        <w:rPr>
          <w:rFonts w:ascii="Times New Roman" w:hAnsi="Times New Roman" w:cs="Times New Roman"/>
          <w:sz w:val="28"/>
          <w:szCs w:val="28"/>
        </w:rPr>
        <w:t xml:space="preserve"> 2026.</w:t>
      </w:r>
    </w:p>
    <w:p w:rsidR="00763140" w:rsidRDefault="00763140" w:rsidP="0088654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3140" w:rsidRDefault="00763140" w:rsidP="0088654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3140" w:rsidRDefault="00763140" w:rsidP="0088654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23AA" w:rsidRPr="00886549" w:rsidRDefault="00886549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Art. 4 -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Î</w:t>
      </w:r>
      <w:r w:rsidR="00CF4A52" w:rsidRPr="00886549">
        <w:rPr>
          <w:rFonts w:ascii="Times New Roman" w:hAnsi="Times New Roman" w:cs="Times New Roman"/>
          <w:b/>
          <w:sz w:val="28"/>
          <w:szCs w:val="28"/>
        </w:rPr>
        <w:t>nscrierea</w:t>
      </w:r>
      <w:proofErr w:type="spellEnd"/>
    </w:p>
    <w:p w:rsidR="003323AA" w:rsidRDefault="00886549" w:rsidP="0076314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Î</w:t>
      </w:r>
      <w:r w:rsidR="006F368F">
        <w:rPr>
          <w:rFonts w:ascii="Times New Roman" w:hAnsi="Times New Roman" w:cs="Times New Roman"/>
          <w:sz w:val="28"/>
          <w:szCs w:val="28"/>
        </w:rPr>
        <w:t>nscrierile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realizează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î</w:t>
      </w:r>
      <w:r w:rsidR="00CF4A52" w:rsidRPr="00886549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perioada</w:t>
      </w:r>
      <w:proofErr w:type="spellEnd"/>
      <w:r w:rsidR="00763140">
        <w:rPr>
          <w:rFonts w:ascii="Times New Roman" w:hAnsi="Times New Roman" w:cs="Times New Roman"/>
          <w:sz w:val="28"/>
          <w:szCs w:val="28"/>
        </w:rPr>
        <w:t xml:space="preserve"> 08.10.2026-30.10.2026</w:t>
      </w:r>
      <w:r w:rsidR="00CF4A52" w:rsidRPr="00886549">
        <w:rPr>
          <w:rFonts w:ascii="Times New Roman" w:hAnsi="Times New Roman" w:cs="Times New Roman"/>
          <w:sz w:val="28"/>
          <w:szCs w:val="28"/>
        </w:rPr>
        <w:t xml:space="preserve">, </w:t>
      </w:r>
      <w:r w:rsidR="00E22E27">
        <w:rPr>
          <w:rFonts w:ascii="Times New Roman" w:hAnsi="Times New Roman" w:cs="Times New Roman"/>
          <w:sz w:val="28"/>
          <w:szCs w:val="28"/>
        </w:rPr>
        <w:t xml:space="preserve">la </w:t>
      </w:r>
      <w:proofErr w:type="spellStart"/>
      <w:r w:rsidR="00E22E27">
        <w:rPr>
          <w:rFonts w:ascii="Times New Roman" w:hAnsi="Times New Roman" w:cs="Times New Roman"/>
          <w:sz w:val="28"/>
          <w:szCs w:val="28"/>
        </w:rPr>
        <w:t>sediul</w:t>
      </w:r>
      <w:proofErr w:type="spellEnd"/>
      <w:r w:rsidR="00E22E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2E27">
        <w:rPr>
          <w:rFonts w:ascii="Times New Roman" w:hAnsi="Times New Roman" w:cs="Times New Roman"/>
          <w:sz w:val="28"/>
          <w:szCs w:val="28"/>
        </w:rPr>
        <w:t>bibliotecii</w:t>
      </w:r>
      <w:proofErr w:type="spellEnd"/>
      <w:r w:rsidR="00E22E27">
        <w:rPr>
          <w:rFonts w:ascii="Times New Roman" w:hAnsi="Times New Roman" w:cs="Times New Roman"/>
          <w:sz w:val="28"/>
          <w:szCs w:val="28"/>
        </w:rPr>
        <w:t xml:space="preserve">, la </w:t>
      </w:r>
      <w:proofErr w:type="spellStart"/>
      <w:r w:rsidR="00E22E27">
        <w:rPr>
          <w:rFonts w:ascii="Times New Roman" w:hAnsi="Times New Roman" w:cs="Times New Roman"/>
          <w:sz w:val="28"/>
          <w:szCs w:val="28"/>
        </w:rPr>
        <w:t>Sala</w:t>
      </w:r>
      <w:proofErr w:type="spellEnd"/>
      <w:r w:rsidR="00E22E27">
        <w:rPr>
          <w:rFonts w:ascii="Times New Roman" w:hAnsi="Times New Roman" w:cs="Times New Roman"/>
          <w:sz w:val="28"/>
          <w:szCs w:val="28"/>
        </w:rPr>
        <w:t xml:space="preserve"> Multimedia, </w:t>
      </w:r>
      <w:proofErr w:type="spellStart"/>
      <w:r w:rsidR="00E22E27">
        <w:rPr>
          <w:rFonts w:ascii="Times New Roman" w:hAnsi="Times New Roman" w:cs="Times New Roman"/>
          <w:sz w:val="28"/>
          <w:szCs w:val="28"/>
        </w:rPr>
        <w:t>etaj</w:t>
      </w:r>
      <w:proofErr w:type="spellEnd"/>
      <w:r w:rsidR="00E22E27">
        <w:rPr>
          <w:rFonts w:ascii="Times New Roman" w:hAnsi="Times New Roman" w:cs="Times New Roman"/>
          <w:sz w:val="28"/>
          <w:szCs w:val="28"/>
        </w:rPr>
        <w:t xml:space="preserve"> 1</w:t>
      </w:r>
      <w:r w:rsidR="006F368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Înscrierea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F368F">
        <w:rPr>
          <w:rFonts w:ascii="Times New Roman" w:hAnsi="Times New Roman" w:cs="Times New Roman"/>
          <w:sz w:val="28"/>
          <w:szCs w:val="28"/>
        </w:rPr>
        <w:t>este</w:t>
      </w:r>
      <w:proofErr w:type="spellEnd"/>
      <w:proofErr w:type="gram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individuală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înscriere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participantul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confirmă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luat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cunoștință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regulament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obligă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F368F">
        <w:rPr>
          <w:rFonts w:ascii="Times New Roman" w:hAnsi="Times New Roman" w:cs="Times New Roman"/>
          <w:sz w:val="28"/>
          <w:szCs w:val="28"/>
        </w:rPr>
        <w:t>să</w:t>
      </w:r>
      <w:proofErr w:type="spellEnd"/>
      <w:proofErr w:type="gram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î</w:t>
      </w:r>
      <w:r w:rsidR="00CF4A52" w:rsidRPr="00886549">
        <w:rPr>
          <w:rFonts w:ascii="Times New Roman" w:hAnsi="Times New Roman" w:cs="Times New Roman"/>
          <w:sz w:val="28"/>
          <w:szCs w:val="28"/>
        </w:rPr>
        <w:t>l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respecte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>.</w:t>
      </w:r>
      <w:r w:rsidR="007631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3140" w:rsidRPr="00763140" w:rsidRDefault="00763140" w:rsidP="00763140">
      <w:pPr>
        <w:pStyle w:val="NormalWeb"/>
        <w:spacing w:line="360" w:lineRule="auto"/>
        <w:jc w:val="both"/>
        <w:rPr>
          <w:sz w:val="28"/>
          <w:szCs w:val="28"/>
        </w:rPr>
      </w:pPr>
      <w:proofErr w:type="spellStart"/>
      <w:r w:rsidRPr="00763140">
        <w:rPr>
          <w:sz w:val="28"/>
          <w:szCs w:val="28"/>
        </w:rPr>
        <w:t>Înscrierea</w:t>
      </w:r>
      <w:proofErr w:type="spellEnd"/>
      <w:r w:rsidRPr="00763140">
        <w:rPr>
          <w:sz w:val="28"/>
          <w:szCs w:val="28"/>
        </w:rPr>
        <w:t xml:space="preserve"> </w:t>
      </w:r>
      <w:proofErr w:type="spellStart"/>
      <w:proofErr w:type="gramStart"/>
      <w:r w:rsidRPr="00763140">
        <w:rPr>
          <w:sz w:val="28"/>
          <w:szCs w:val="28"/>
        </w:rPr>
        <w:t>este</w:t>
      </w:r>
      <w:proofErr w:type="spellEnd"/>
      <w:proofErr w:type="gramEnd"/>
      <w:r w:rsidRPr="00763140">
        <w:rPr>
          <w:sz w:val="28"/>
          <w:szCs w:val="28"/>
        </w:rPr>
        <w:t xml:space="preserve"> </w:t>
      </w:r>
      <w:proofErr w:type="spellStart"/>
      <w:r w:rsidRPr="00763140">
        <w:rPr>
          <w:sz w:val="28"/>
          <w:szCs w:val="28"/>
        </w:rPr>
        <w:t>individuală</w:t>
      </w:r>
      <w:proofErr w:type="spellEnd"/>
      <w:r w:rsidRPr="00763140">
        <w:rPr>
          <w:sz w:val="28"/>
          <w:szCs w:val="28"/>
        </w:rPr>
        <w:t xml:space="preserve"> </w:t>
      </w:r>
      <w:proofErr w:type="spellStart"/>
      <w:r w:rsidRPr="00763140">
        <w:rPr>
          <w:sz w:val="28"/>
          <w:szCs w:val="28"/>
        </w:rPr>
        <w:t>și</w:t>
      </w:r>
      <w:proofErr w:type="spellEnd"/>
      <w:r w:rsidRPr="00763140">
        <w:rPr>
          <w:sz w:val="28"/>
          <w:szCs w:val="28"/>
        </w:rPr>
        <w:t xml:space="preserve"> nu </w:t>
      </w:r>
      <w:proofErr w:type="spellStart"/>
      <w:r w:rsidRPr="00763140">
        <w:rPr>
          <w:sz w:val="28"/>
          <w:szCs w:val="28"/>
        </w:rPr>
        <w:t>garantează</w:t>
      </w:r>
      <w:proofErr w:type="spellEnd"/>
      <w:r w:rsidRPr="00763140">
        <w:rPr>
          <w:sz w:val="28"/>
          <w:szCs w:val="28"/>
        </w:rPr>
        <w:t xml:space="preserve"> automat </w:t>
      </w:r>
      <w:proofErr w:type="spellStart"/>
      <w:r w:rsidRPr="00763140">
        <w:rPr>
          <w:sz w:val="28"/>
          <w:szCs w:val="28"/>
        </w:rPr>
        <w:t>participarea</w:t>
      </w:r>
      <w:proofErr w:type="spellEnd"/>
      <w:r w:rsidRPr="00763140">
        <w:rPr>
          <w:sz w:val="28"/>
          <w:szCs w:val="28"/>
        </w:rPr>
        <w:t xml:space="preserve"> la </w:t>
      </w:r>
      <w:proofErr w:type="spellStart"/>
      <w:r w:rsidRPr="00763140">
        <w:rPr>
          <w:sz w:val="28"/>
          <w:szCs w:val="28"/>
        </w:rPr>
        <w:t>turneul</w:t>
      </w:r>
      <w:proofErr w:type="spellEnd"/>
      <w:r w:rsidRPr="00763140">
        <w:rPr>
          <w:sz w:val="28"/>
          <w:szCs w:val="28"/>
        </w:rPr>
        <w:t xml:space="preserve"> final </w:t>
      </w:r>
      <w:proofErr w:type="spellStart"/>
      <w:r w:rsidRPr="00763140">
        <w:rPr>
          <w:sz w:val="28"/>
          <w:szCs w:val="28"/>
        </w:rPr>
        <w:t>în</w:t>
      </w:r>
      <w:proofErr w:type="spellEnd"/>
      <w:r w:rsidRPr="00763140">
        <w:rPr>
          <w:sz w:val="28"/>
          <w:szCs w:val="28"/>
        </w:rPr>
        <w:t xml:space="preserve"> </w:t>
      </w:r>
      <w:proofErr w:type="spellStart"/>
      <w:r w:rsidRPr="00763140">
        <w:rPr>
          <w:sz w:val="28"/>
          <w:szCs w:val="28"/>
        </w:rPr>
        <w:t>situația</w:t>
      </w:r>
      <w:proofErr w:type="spellEnd"/>
      <w:r w:rsidRPr="00763140">
        <w:rPr>
          <w:sz w:val="28"/>
          <w:szCs w:val="28"/>
        </w:rPr>
        <w:t xml:space="preserve"> </w:t>
      </w:r>
      <w:proofErr w:type="spellStart"/>
      <w:r w:rsidRPr="00763140">
        <w:rPr>
          <w:sz w:val="28"/>
          <w:szCs w:val="28"/>
        </w:rPr>
        <w:t>în</w:t>
      </w:r>
      <w:proofErr w:type="spellEnd"/>
      <w:r w:rsidRPr="00763140">
        <w:rPr>
          <w:sz w:val="28"/>
          <w:szCs w:val="28"/>
        </w:rPr>
        <w:t xml:space="preserve"> care </w:t>
      </w:r>
      <w:proofErr w:type="spellStart"/>
      <w:r w:rsidRPr="00763140">
        <w:rPr>
          <w:sz w:val="28"/>
          <w:szCs w:val="28"/>
        </w:rPr>
        <w:t>numărul</w:t>
      </w:r>
      <w:proofErr w:type="spellEnd"/>
      <w:r w:rsidRPr="00763140">
        <w:rPr>
          <w:sz w:val="28"/>
          <w:szCs w:val="28"/>
        </w:rPr>
        <w:t xml:space="preserve"> </w:t>
      </w:r>
      <w:proofErr w:type="spellStart"/>
      <w:r w:rsidRPr="00763140">
        <w:rPr>
          <w:sz w:val="28"/>
          <w:szCs w:val="28"/>
        </w:rPr>
        <w:t>persoanelor</w:t>
      </w:r>
      <w:proofErr w:type="spellEnd"/>
      <w:r w:rsidRPr="00763140">
        <w:rPr>
          <w:sz w:val="28"/>
          <w:szCs w:val="28"/>
        </w:rPr>
        <w:t xml:space="preserve"> </w:t>
      </w:r>
      <w:proofErr w:type="spellStart"/>
      <w:r w:rsidRPr="00763140">
        <w:rPr>
          <w:sz w:val="28"/>
          <w:szCs w:val="28"/>
        </w:rPr>
        <w:t>înscrise</w:t>
      </w:r>
      <w:proofErr w:type="spellEnd"/>
      <w:r w:rsidRPr="00763140">
        <w:rPr>
          <w:sz w:val="28"/>
          <w:szCs w:val="28"/>
        </w:rPr>
        <w:t xml:space="preserve"> </w:t>
      </w:r>
      <w:proofErr w:type="spellStart"/>
      <w:r w:rsidRPr="00763140">
        <w:rPr>
          <w:sz w:val="28"/>
          <w:szCs w:val="28"/>
        </w:rPr>
        <w:t>depășește</w:t>
      </w:r>
      <w:proofErr w:type="spellEnd"/>
      <w:r w:rsidRPr="00763140">
        <w:rPr>
          <w:sz w:val="28"/>
          <w:szCs w:val="28"/>
        </w:rPr>
        <w:t xml:space="preserve"> 16.</w:t>
      </w:r>
    </w:p>
    <w:p w:rsidR="00763140" w:rsidRPr="00763140" w:rsidRDefault="00763140" w:rsidP="00763140">
      <w:pPr>
        <w:pStyle w:val="NormalWeb"/>
        <w:spacing w:line="360" w:lineRule="auto"/>
        <w:jc w:val="both"/>
        <w:rPr>
          <w:b/>
          <w:sz w:val="28"/>
          <w:szCs w:val="28"/>
        </w:rPr>
      </w:pPr>
      <w:proofErr w:type="spellStart"/>
      <w:r w:rsidRPr="00763140">
        <w:rPr>
          <w:rStyle w:val="Strong"/>
          <w:b w:val="0"/>
          <w:sz w:val="28"/>
          <w:szCs w:val="28"/>
        </w:rPr>
        <w:t>Dacă</w:t>
      </w:r>
      <w:proofErr w:type="spellEnd"/>
      <w:r w:rsidRPr="00763140">
        <w:rPr>
          <w:rStyle w:val="Strong"/>
          <w:b w:val="0"/>
          <w:sz w:val="28"/>
          <w:szCs w:val="28"/>
        </w:rPr>
        <w:t xml:space="preserve"> </w:t>
      </w:r>
      <w:proofErr w:type="spellStart"/>
      <w:r w:rsidRPr="00763140">
        <w:rPr>
          <w:rStyle w:val="Strong"/>
          <w:b w:val="0"/>
          <w:sz w:val="28"/>
          <w:szCs w:val="28"/>
        </w:rPr>
        <w:t>numărul</w:t>
      </w:r>
      <w:proofErr w:type="spellEnd"/>
      <w:r w:rsidRPr="00763140">
        <w:rPr>
          <w:rStyle w:val="Strong"/>
          <w:b w:val="0"/>
          <w:sz w:val="28"/>
          <w:szCs w:val="28"/>
        </w:rPr>
        <w:t xml:space="preserve"> </w:t>
      </w:r>
      <w:proofErr w:type="spellStart"/>
      <w:r w:rsidR="00D2479F">
        <w:rPr>
          <w:rStyle w:val="Strong"/>
          <w:b w:val="0"/>
          <w:sz w:val="28"/>
          <w:szCs w:val="28"/>
        </w:rPr>
        <w:t>lor</w:t>
      </w:r>
      <w:proofErr w:type="spellEnd"/>
      <w:r w:rsidR="00D2479F">
        <w:rPr>
          <w:rStyle w:val="Strong"/>
          <w:b w:val="0"/>
          <w:sz w:val="28"/>
          <w:szCs w:val="28"/>
        </w:rPr>
        <w:t xml:space="preserve"> </w:t>
      </w:r>
      <w:proofErr w:type="spellStart"/>
      <w:proofErr w:type="gramStart"/>
      <w:r w:rsidR="00D2479F">
        <w:rPr>
          <w:rStyle w:val="Strong"/>
          <w:b w:val="0"/>
          <w:sz w:val="28"/>
          <w:szCs w:val="28"/>
        </w:rPr>
        <w:t>este</w:t>
      </w:r>
      <w:proofErr w:type="spellEnd"/>
      <w:proofErr w:type="gramEnd"/>
      <w:r w:rsidR="00D2479F">
        <w:rPr>
          <w:rStyle w:val="Strong"/>
          <w:b w:val="0"/>
          <w:sz w:val="28"/>
          <w:szCs w:val="28"/>
        </w:rPr>
        <w:t xml:space="preserve"> </w:t>
      </w:r>
      <w:proofErr w:type="spellStart"/>
      <w:r w:rsidR="00D2479F">
        <w:rPr>
          <w:rStyle w:val="Strong"/>
          <w:b w:val="0"/>
          <w:sz w:val="28"/>
          <w:szCs w:val="28"/>
        </w:rPr>
        <w:t>mai</w:t>
      </w:r>
      <w:proofErr w:type="spellEnd"/>
      <w:r w:rsidR="00D2479F">
        <w:rPr>
          <w:rStyle w:val="Strong"/>
          <w:b w:val="0"/>
          <w:sz w:val="28"/>
          <w:szCs w:val="28"/>
        </w:rPr>
        <w:t xml:space="preserve"> mare de 16</w:t>
      </w:r>
      <w:r w:rsidRPr="00763140">
        <w:rPr>
          <w:rStyle w:val="Strong"/>
          <w:b w:val="0"/>
          <w:sz w:val="28"/>
          <w:szCs w:val="28"/>
        </w:rPr>
        <w:t xml:space="preserve">, se </w:t>
      </w:r>
      <w:proofErr w:type="spellStart"/>
      <w:r w:rsidRPr="00763140">
        <w:rPr>
          <w:rStyle w:val="Strong"/>
          <w:b w:val="0"/>
          <w:sz w:val="28"/>
          <w:szCs w:val="28"/>
        </w:rPr>
        <w:t>va</w:t>
      </w:r>
      <w:proofErr w:type="spellEnd"/>
      <w:r w:rsidRPr="00763140">
        <w:rPr>
          <w:rStyle w:val="Strong"/>
          <w:b w:val="0"/>
          <w:sz w:val="28"/>
          <w:szCs w:val="28"/>
        </w:rPr>
        <w:t xml:space="preserve"> </w:t>
      </w:r>
      <w:proofErr w:type="spellStart"/>
      <w:r w:rsidRPr="00763140">
        <w:rPr>
          <w:rStyle w:val="Strong"/>
          <w:b w:val="0"/>
          <w:sz w:val="28"/>
          <w:szCs w:val="28"/>
        </w:rPr>
        <w:t>organiza</w:t>
      </w:r>
      <w:proofErr w:type="spellEnd"/>
      <w:r w:rsidRPr="00763140">
        <w:rPr>
          <w:rStyle w:val="Strong"/>
          <w:b w:val="0"/>
          <w:sz w:val="28"/>
          <w:szCs w:val="28"/>
        </w:rPr>
        <w:t xml:space="preserve"> o </w:t>
      </w:r>
      <w:proofErr w:type="spellStart"/>
      <w:r w:rsidRPr="00763140">
        <w:rPr>
          <w:rStyle w:val="Strong"/>
          <w:b w:val="0"/>
          <w:sz w:val="28"/>
          <w:szCs w:val="28"/>
        </w:rPr>
        <w:t>etapă</w:t>
      </w:r>
      <w:proofErr w:type="spellEnd"/>
      <w:r w:rsidRPr="00763140">
        <w:rPr>
          <w:rStyle w:val="Strong"/>
          <w:b w:val="0"/>
          <w:sz w:val="28"/>
          <w:szCs w:val="28"/>
        </w:rPr>
        <w:t xml:space="preserve"> de </w:t>
      </w:r>
      <w:proofErr w:type="spellStart"/>
      <w:r w:rsidRPr="00763140">
        <w:rPr>
          <w:rStyle w:val="Strong"/>
          <w:b w:val="0"/>
          <w:sz w:val="28"/>
          <w:szCs w:val="28"/>
        </w:rPr>
        <w:t>calificare</w:t>
      </w:r>
      <w:proofErr w:type="spellEnd"/>
      <w:r w:rsidRPr="00763140">
        <w:rPr>
          <w:rStyle w:val="Strong"/>
          <w:b w:val="0"/>
          <w:sz w:val="28"/>
          <w:szCs w:val="28"/>
        </w:rPr>
        <w:t xml:space="preserve">, conform </w:t>
      </w:r>
      <w:proofErr w:type="spellStart"/>
      <w:r w:rsidRPr="00763140">
        <w:rPr>
          <w:rStyle w:val="Strong"/>
          <w:b w:val="0"/>
          <w:sz w:val="28"/>
          <w:szCs w:val="28"/>
        </w:rPr>
        <w:t>unui</w:t>
      </w:r>
      <w:proofErr w:type="spellEnd"/>
      <w:r w:rsidRPr="00763140">
        <w:rPr>
          <w:rStyle w:val="Strong"/>
          <w:b w:val="0"/>
          <w:sz w:val="28"/>
          <w:szCs w:val="28"/>
        </w:rPr>
        <w:t xml:space="preserve"> program </w:t>
      </w:r>
      <w:proofErr w:type="spellStart"/>
      <w:r w:rsidR="00D2479F">
        <w:rPr>
          <w:rStyle w:val="Strong"/>
          <w:b w:val="0"/>
          <w:sz w:val="28"/>
          <w:szCs w:val="28"/>
        </w:rPr>
        <w:t>comunicat</w:t>
      </w:r>
      <w:proofErr w:type="spellEnd"/>
      <w:r w:rsidR="00D2479F">
        <w:rPr>
          <w:rStyle w:val="Strong"/>
          <w:b w:val="0"/>
          <w:sz w:val="28"/>
          <w:szCs w:val="28"/>
        </w:rPr>
        <w:t xml:space="preserve"> la </w:t>
      </w:r>
      <w:proofErr w:type="spellStart"/>
      <w:r w:rsidR="00D2479F">
        <w:rPr>
          <w:rStyle w:val="Strong"/>
          <w:b w:val="0"/>
          <w:sz w:val="28"/>
          <w:szCs w:val="28"/>
        </w:rPr>
        <w:t>finalul</w:t>
      </w:r>
      <w:proofErr w:type="spellEnd"/>
      <w:r w:rsidR="00D2479F">
        <w:rPr>
          <w:rStyle w:val="Strong"/>
          <w:b w:val="0"/>
          <w:sz w:val="28"/>
          <w:szCs w:val="28"/>
        </w:rPr>
        <w:t xml:space="preserve"> </w:t>
      </w:r>
      <w:proofErr w:type="spellStart"/>
      <w:r w:rsidR="00D2479F">
        <w:rPr>
          <w:rStyle w:val="Strong"/>
          <w:b w:val="0"/>
          <w:sz w:val="28"/>
          <w:szCs w:val="28"/>
        </w:rPr>
        <w:t>perioadei</w:t>
      </w:r>
      <w:proofErr w:type="spellEnd"/>
      <w:r w:rsidR="00D2479F">
        <w:rPr>
          <w:rStyle w:val="Strong"/>
          <w:b w:val="0"/>
          <w:sz w:val="28"/>
          <w:szCs w:val="28"/>
        </w:rPr>
        <w:t xml:space="preserve"> de </w:t>
      </w:r>
      <w:proofErr w:type="spellStart"/>
      <w:r w:rsidR="00D2479F">
        <w:rPr>
          <w:rStyle w:val="Strong"/>
          <w:b w:val="0"/>
          <w:sz w:val="28"/>
          <w:szCs w:val="28"/>
        </w:rPr>
        <w:t>înscriere</w:t>
      </w:r>
      <w:proofErr w:type="spellEnd"/>
      <w:r w:rsidRPr="00763140">
        <w:rPr>
          <w:rStyle w:val="Strong"/>
          <w:b w:val="0"/>
          <w:sz w:val="28"/>
          <w:szCs w:val="28"/>
        </w:rPr>
        <w:t xml:space="preserve">. </w:t>
      </w:r>
      <w:proofErr w:type="spellStart"/>
      <w:proofErr w:type="gramStart"/>
      <w:r w:rsidRPr="00763140">
        <w:rPr>
          <w:rStyle w:val="Strong"/>
          <w:b w:val="0"/>
          <w:sz w:val="28"/>
          <w:szCs w:val="28"/>
        </w:rPr>
        <w:t>În</w:t>
      </w:r>
      <w:proofErr w:type="spellEnd"/>
      <w:r w:rsidRPr="00763140">
        <w:rPr>
          <w:rStyle w:val="Strong"/>
          <w:b w:val="0"/>
          <w:sz w:val="28"/>
          <w:szCs w:val="28"/>
        </w:rPr>
        <w:t xml:space="preserve"> </w:t>
      </w:r>
      <w:proofErr w:type="spellStart"/>
      <w:r w:rsidRPr="00763140">
        <w:rPr>
          <w:rStyle w:val="Strong"/>
          <w:b w:val="0"/>
          <w:sz w:val="28"/>
          <w:szCs w:val="28"/>
        </w:rPr>
        <w:t>urma</w:t>
      </w:r>
      <w:proofErr w:type="spellEnd"/>
      <w:r w:rsidRPr="00763140">
        <w:rPr>
          <w:rStyle w:val="Strong"/>
          <w:b w:val="0"/>
          <w:sz w:val="28"/>
          <w:szCs w:val="28"/>
        </w:rPr>
        <w:t xml:space="preserve"> </w:t>
      </w:r>
      <w:proofErr w:type="spellStart"/>
      <w:r w:rsidRPr="00763140">
        <w:rPr>
          <w:rStyle w:val="Strong"/>
          <w:b w:val="0"/>
          <w:sz w:val="28"/>
          <w:szCs w:val="28"/>
        </w:rPr>
        <w:t>calificărilor</w:t>
      </w:r>
      <w:proofErr w:type="spellEnd"/>
      <w:r w:rsidRPr="00763140">
        <w:rPr>
          <w:rStyle w:val="Strong"/>
          <w:b w:val="0"/>
          <w:sz w:val="28"/>
          <w:szCs w:val="28"/>
        </w:rPr>
        <w:t xml:space="preserve">, </w:t>
      </w:r>
      <w:proofErr w:type="spellStart"/>
      <w:r w:rsidRPr="00763140">
        <w:rPr>
          <w:rStyle w:val="Strong"/>
          <w:b w:val="0"/>
          <w:sz w:val="28"/>
          <w:szCs w:val="28"/>
        </w:rPr>
        <w:t>primii</w:t>
      </w:r>
      <w:proofErr w:type="spellEnd"/>
      <w:r w:rsidRPr="00763140">
        <w:rPr>
          <w:rStyle w:val="Strong"/>
          <w:b w:val="0"/>
          <w:sz w:val="28"/>
          <w:szCs w:val="28"/>
        </w:rPr>
        <w:t xml:space="preserve"> 16 </w:t>
      </w:r>
      <w:proofErr w:type="spellStart"/>
      <w:r w:rsidRPr="00763140">
        <w:rPr>
          <w:rStyle w:val="Strong"/>
          <w:b w:val="0"/>
          <w:sz w:val="28"/>
          <w:szCs w:val="28"/>
        </w:rPr>
        <w:t>jucători</w:t>
      </w:r>
      <w:proofErr w:type="spellEnd"/>
      <w:r w:rsidRPr="00763140">
        <w:rPr>
          <w:rStyle w:val="Strong"/>
          <w:b w:val="0"/>
          <w:sz w:val="28"/>
          <w:szCs w:val="28"/>
        </w:rPr>
        <w:t xml:space="preserve"> </w:t>
      </w:r>
      <w:proofErr w:type="spellStart"/>
      <w:r w:rsidRPr="00763140">
        <w:rPr>
          <w:rStyle w:val="Strong"/>
          <w:b w:val="0"/>
          <w:sz w:val="28"/>
          <w:szCs w:val="28"/>
        </w:rPr>
        <w:t>vor</w:t>
      </w:r>
      <w:proofErr w:type="spellEnd"/>
      <w:r w:rsidRPr="00763140">
        <w:rPr>
          <w:rStyle w:val="Strong"/>
          <w:b w:val="0"/>
          <w:sz w:val="28"/>
          <w:szCs w:val="28"/>
        </w:rPr>
        <w:t xml:space="preserve"> </w:t>
      </w:r>
      <w:r w:rsidR="00D2479F">
        <w:rPr>
          <w:rStyle w:val="Strong"/>
          <w:b w:val="0"/>
          <w:sz w:val="28"/>
          <w:szCs w:val="28"/>
        </w:rPr>
        <w:t>intra</w:t>
      </w:r>
      <w:r w:rsidRPr="00763140">
        <w:rPr>
          <w:rStyle w:val="Strong"/>
          <w:b w:val="0"/>
          <w:sz w:val="28"/>
          <w:szCs w:val="28"/>
        </w:rPr>
        <w:t xml:space="preserve"> </w:t>
      </w:r>
      <w:proofErr w:type="spellStart"/>
      <w:r w:rsidRPr="00763140">
        <w:rPr>
          <w:rStyle w:val="Strong"/>
          <w:b w:val="0"/>
          <w:sz w:val="28"/>
          <w:szCs w:val="28"/>
        </w:rPr>
        <w:t>în</w:t>
      </w:r>
      <w:proofErr w:type="spellEnd"/>
      <w:r w:rsidRPr="00763140">
        <w:rPr>
          <w:rStyle w:val="Strong"/>
          <w:b w:val="0"/>
          <w:sz w:val="28"/>
          <w:szCs w:val="28"/>
        </w:rPr>
        <w:t xml:space="preserve"> </w:t>
      </w:r>
      <w:proofErr w:type="spellStart"/>
      <w:r w:rsidRPr="00763140">
        <w:rPr>
          <w:rStyle w:val="Strong"/>
          <w:b w:val="0"/>
          <w:sz w:val="28"/>
          <w:szCs w:val="28"/>
        </w:rPr>
        <w:t>turneul</w:t>
      </w:r>
      <w:proofErr w:type="spellEnd"/>
      <w:r w:rsidRPr="00763140">
        <w:rPr>
          <w:rStyle w:val="Strong"/>
          <w:b w:val="0"/>
          <w:sz w:val="28"/>
          <w:szCs w:val="28"/>
        </w:rPr>
        <w:t xml:space="preserve"> final.</w:t>
      </w:r>
      <w:proofErr w:type="gramEnd"/>
    </w:p>
    <w:p w:rsidR="00763140" w:rsidRPr="00886549" w:rsidRDefault="00763140" w:rsidP="00D43738">
      <w:pPr>
        <w:pStyle w:val="NormalWeb"/>
        <w:spacing w:line="360" w:lineRule="auto"/>
        <w:jc w:val="both"/>
        <w:rPr>
          <w:sz w:val="28"/>
          <w:szCs w:val="28"/>
        </w:rPr>
      </w:pPr>
      <w:proofErr w:type="spellStart"/>
      <w:r w:rsidRPr="00763140">
        <w:rPr>
          <w:sz w:val="28"/>
          <w:szCs w:val="28"/>
        </w:rPr>
        <w:t>Dacă</w:t>
      </w:r>
      <w:proofErr w:type="spellEnd"/>
      <w:r w:rsidRPr="00763140">
        <w:rPr>
          <w:sz w:val="28"/>
          <w:szCs w:val="28"/>
        </w:rPr>
        <w:t xml:space="preserve"> </w:t>
      </w:r>
      <w:proofErr w:type="spellStart"/>
      <w:r w:rsidRPr="00763140">
        <w:rPr>
          <w:sz w:val="28"/>
          <w:szCs w:val="28"/>
        </w:rPr>
        <w:t>sunt</w:t>
      </w:r>
      <w:proofErr w:type="spellEnd"/>
      <w:r w:rsidRPr="00763140">
        <w:rPr>
          <w:sz w:val="28"/>
          <w:szCs w:val="28"/>
        </w:rPr>
        <w:t xml:space="preserve"> </w:t>
      </w:r>
      <w:r w:rsidRPr="00763140">
        <w:rPr>
          <w:rStyle w:val="Strong"/>
          <w:b w:val="0"/>
          <w:sz w:val="28"/>
          <w:szCs w:val="28"/>
        </w:rPr>
        <w:t xml:space="preserve">16 </w:t>
      </w:r>
      <w:proofErr w:type="spellStart"/>
      <w:r w:rsidR="00D2479F">
        <w:rPr>
          <w:rStyle w:val="Strong"/>
          <w:b w:val="0"/>
          <w:sz w:val="28"/>
          <w:szCs w:val="28"/>
        </w:rPr>
        <w:t>participanți</w:t>
      </w:r>
      <w:proofErr w:type="spellEnd"/>
      <w:r w:rsidR="00D2479F">
        <w:rPr>
          <w:rStyle w:val="Strong"/>
          <w:b w:val="0"/>
          <w:sz w:val="28"/>
          <w:szCs w:val="28"/>
        </w:rPr>
        <w:t xml:space="preserve"> </w:t>
      </w:r>
      <w:proofErr w:type="spellStart"/>
      <w:r w:rsidRPr="00763140">
        <w:rPr>
          <w:rStyle w:val="Strong"/>
          <w:b w:val="0"/>
          <w:sz w:val="28"/>
          <w:szCs w:val="28"/>
        </w:rPr>
        <w:t>sau</w:t>
      </w:r>
      <w:proofErr w:type="spellEnd"/>
      <w:r w:rsidRPr="00763140">
        <w:rPr>
          <w:rStyle w:val="Strong"/>
          <w:b w:val="0"/>
          <w:sz w:val="28"/>
          <w:szCs w:val="28"/>
        </w:rPr>
        <w:t xml:space="preserve"> </w:t>
      </w:r>
      <w:proofErr w:type="spellStart"/>
      <w:r w:rsidRPr="00763140">
        <w:rPr>
          <w:rStyle w:val="Strong"/>
          <w:b w:val="0"/>
          <w:sz w:val="28"/>
          <w:szCs w:val="28"/>
        </w:rPr>
        <w:t>mai</w:t>
      </w:r>
      <w:proofErr w:type="spellEnd"/>
      <w:r w:rsidRPr="00763140">
        <w:rPr>
          <w:rStyle w:val="Strong"/>
          <w:b w:val="0"/>
          <w:sz w:val="28"/>
          <w:szCs w:val="28"/>
        </w:rPr>
        <w:t xml:space="preserve"> </w:t>
      </w:r>
      <w:proofErr w:type="spellStart"/>
      <w:r w:rsidRPr="00763140">
        <w:rPr>
          <w:rStyle w:val="Strong"/>
          <w:b w:val="0"/>
          <w:sz w:val="28"/>
          <w:szCs w:val="28"/>
        </w:rPr>
        <w:t>puțin</w:t>
      </w:r>
      <w:r w:rsidR="00D2479F">
        <w:rPr>
          <w:rStyle w:val="Strong"/>
          <w:b w:val="0"/>
          <w:sz w:val="28"/>
          <w:szCs w:val="28"/>
        </w:rPr>
        <w:t>i</w:t>
      </w:r>
      <w:proofErr w:type="spellEnd"/>
      <w:r w:rsidRPr="00763140">
        <w:rPr>
          <w:rStyle w:val="Strong"/>
          <w:b w:val="0"/>
          <w:sz w:val="28"/>
          <w:szCs w:val="28"/>
        </w:rPr>
        <w:t xml:space="preserve"> </w:t>
      </w:r>
      <w:proofErr w:type="spellStart"/>
      <w:r w:rsidRPr="00763140">
        <w:rPr>
          <w:rStyle w:val="Strong"/>
          <w:b w:val="0"/>
          <w:sz w:val="28"/>
          <w:szCs w:val="28"/>
        </w:rPr>
        <w:t>înscriși</w:t>
      </w:r>
      <w:proofErr w:type="spellEnd"/>
      <w:r w:rsidRPr="00763140">
        <w:rPr>
          <w:sz w:val="28"/>
          <w:szCs w:val="28"/>
        </w:rPr>
        <w:t xml:space="preserve">, </w:t>
      </w:r>
      <w:proofErr w:type="spellStart"/>
      <w:r w:rsidRPr="00763140">
        <w:rPr>
          <w:sz w:val="28"/>
          <w:szCs w:val="28"/>
        </w:rPr>
        <w:t>toți</w:t>
      </w:r>
      <w:proofErr w:type="spellEnd"/>
      <w:r w:rsidRPr="00763140">
        <w:rPr>
          <w:sz w:val="28"/>
          <w:szCs w:val="28"/>
        </w:rPr>
        <w:t xml:space="preserve"> </w:t>
      </w:r>
      <w:proofErr w:type="spellStart"/>
      <w:r w:rsidRPr="00763140">
        <w:rPr>
          <w:sz w:val="28"/>
          <w:szCs w:val="28"/>
        </w:rPr>
        <w:t>vor</w:t>
      </w:r>
      <w:proofErr w:type="spellEnd"/>
      <w:r w:rsidRPr="00763140">
        <w:rPr>
          <w:sz w:val="28"/>
          <w:szCs w:val="28"/>
        </w:rPr>
        <w:t xml:space="preserve"> intra direct </w:t>
      </w:r>
      <w:proofErr w:type="spellStart"/>
      <w:r w:rsidRPr="00763140">
        <w:rPr>
          <w:sz w:val="28"/>
          <w:szCs w:val="28"/>
        </w:rPr>
        <w:t>în</w:t>
      </w:r>
      <w:proofErr w:type="spellEnd"/>
      <w:r w:rsidRPr="00763140">
        <w:rPr>
          <w:sz w:val="28"/>
          <w:szCs w:val="28"/>
        </w:rPr>
        <w:t xml:space="preserve"> </w:t>
      </w:r>
      <w:proofErr w:type="spellStart"/>
      <w:r w:rsidRPr="00763140">
        <w:rPr>
          <w:sz w:val="28"/>
          <w:szCs w:val="28"/>
        </w:rPr>
        <w:t>turneul</w:t>
      </w:r>
      <w:proofErr w:type="spellEnd"/>
      <w:r w:rsidRPr="00763140">
        <w:rPr>
          <w:sz w:val="28"/>
          <w:szCs w:val="28"/>
        </w:rPr>
        <w:t xml:space="preserve"> din 6 </w:t>
      </w:r>
      <w:proofErr w:type="spellStart"/>
      <w:r w:rsidRPr="00763140">
        <w:rPr>
          <w:sz w:val="28"/>
          <w:szCs w:val="28"/>
        </w:rPr>
        <w:t>noiembrie</w:t>
      </w:r>
      <w:proofErr w:type="spellEnd"/>
      <w:r w:rsidRPr="00763140">
        <w:rPr>
          <w:sz w:val="28"/>
          <w:szCs w:val="28"/>
        </w:rPr>
        <w:t>.</w:t>
      </w:r>
    </w:p>
    <w:p w:rsidR="003323AA" w:rsidRPr="00886549" w:rsidRDefault="006F368F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Art. 5 -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Platforma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formatul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competiț</w:t>
      </w:r>
      <w:r w:rsidR="00CF4A52" w:rsidRPr="00886549">
        <w:rPr>
          <w:rFonts w:ascii="Times New Roman" w:hAnsi="Times New Roman" w:cs="Times New Roman"/>
          <w:b/>
          <w:sz w:val="28"/>
          <w:szCs w:val="28"/>
        </w:rPr>
        <w:t>iei</w:t>
      </w:r>
      <w:proofErr w:type="spellEnd"/>
    </w:p>
    <w:p w:rsidR="00763140" w:rsidRPr="00763140" w:rsidRDefault="006F368F" w:rsidP="0076314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Competiția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>
        <w:rPr>
          <w:rFonts w:ascii="Times New Roman" w:hAnsi="Times New Roman" w:cs="Times New Roman"/>
          <w:sz w:val="28"/>
          <w:szCs w:val="28"/>
        </w:rPr>
        <w:t>desfăș</w:t>
      </w:r>
      <w:r w:rsidR="00CF4A52" w:rsidRPr="00886549">
        <w:rPr>
          <w:rFonts w:ascii="Times New Roman" w:hAnsi="Times New Roman" w:cs="Times New Roman"/>
          <w:sz w:val="28"/>
          <w:szCs w:val="28"/>
        </w:rPr>
        <w:t>oa</w:t>
      </w:r>
      <w:r>
        <w:rPr>
          <w:rFonts w:ascii="Times New Roman" w:hAnsi="Times New Roman" w:cs="Times New Roman"/>
          <w:sz w:val="28"/>
          <w:szCs w:val="28"/>
        </w:rPr>
        <w:t>ră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PlayStation 5,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jocul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EA SPORTS FC 24, </w:t>
      </w:r>
      <w:proofErr w:type="spellStart"/>
      <w:r>
        <w:rPr>
          <w:rFonts w:ascii="Times New Roman" w:hAnsi="Times New Roman" w:cs="Times New Roman"/>
          <w:sz w:val="28"/>
          <w:szCs w:val="28"/>
        </w:rPr>
        <w:t>î</w:t>
      </w:r>
      <w:r w:rsidR="00CF4A52" w:rsidRPr="00886549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format </w:t>
      </w:r>
      <w:proofErr w:type="gramStart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vs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1,</w:t>
      </w:r>
      <w:proofErr w:type="gram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meci local. </w:t>
      </w:r>
      <w:proofErr w:type="spellStart"/>
      <w:r w:rsidR="00763140" w:rsidRPr="00763140">
        <w:rPr>
          <w:rStyle w:val="Strong"/>
          <w:rFonts w:ascii="Times New Roman" w:hAnsi="Times New Roman" w:cs="Times New Roman"/>
          <w:b w:val="0"/>
          <w:sz w:val="28"/>
          <w:szCs w:val="28"/>
        </w:rPr>
        <w:t>Turneul</w:t>
      </w:r>
      <w:proofErr w:type="spellEnd"/>
      <w:r w:rsidR="00763140" w:rsidRPr="0076314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final </w:t>
      </w:r>
      <w:proofErr w:type="spellStart"/>
      <w:r w:rsidR="00763140" w:rsidRPr="00763140">
        <w:rPr>
          <w:rStyle w:val="Strong"/>
          <w:rFonts w:ascii="Times New Roman" w:hAnsi="Times New Roman" w:cs="Times New Roman"/>
          <w:b w:val="0"/>
          <w:sz w:val="28"/>
          <w:szCs w:val="28"/>
        </w:rPr>
        <w:t>va</w:t>
      </w:r>
      <w:proofErr w:type="spellEnd"/>
      <w:r w:rsidR="00763140" w:rsidRPr="0076314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763140" w:rsidRPr="00763140">
        <w:rPr>
          <w:rStyle w:val="Strong"/>
          <w:rFonts w:ascii="Times New Roman" w:hAnsi="Times New Roman" w:cs="Times New Roman"/>
          <w:b w:val="0"/>
          <w:sz w:val="28"/>
          <w:szCs w:val="28"/>
        </w:rPr>
        <w:t>avea</w:t>
      </w:r>
      <w:proofErr w:type="spellEnd"/>
      <w:r w:rsidR="00763140" w:rsidRPr="00763140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16 </w:t>
      </w:r>
      <w:proofErr w:type="spellStart"/>
      <w:r w:rsidR="00763140" w:rsidRPr="00763140">
        <w:rPr>
          <w:rStyle w:val="Strong"/>
          <w:rFonts w:ascii="Times New Roman" w:hAnsi="Times New Roman" w:cs="Times New Roman"/>
          <w:b w:val="0"/>
          <w:sz w:val="28"/>
          <w:szCs w:val="28"/>
        </w:rPr>
        <w:t>participanți</w:t>
      </w:r>
      <w:proofErr w:type="spellEnd"/>
      <w:r w:rsidR="00763140" w:rsidRPr="007631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63140" w:rsidRPr="00763140">
        <w:rPr>
          <w:rFonts w:ascii="Times New Roman" w:hAnsi="Times New Roman" w:cs="Times New Roman"/>
          <w:sz w:val="28"/>
          <w:szCs w:val="28"/>
        </w:rPr>
        <w:t>stabiliți</w:t>
      </w:r>
      <w:proofErr w:type="spellEnd"/>
      <w:r w:rsidR="00763140" w:rsidRPr="00763140">
        <w:rPr>
          <w:rFonts w:ascii="Times New Roman" w:hAnsi="Times New Roman" w:cs="Times New Roman"/>
          <w:sz w:val="28"/>
          <w:szCs w:val="28"/>
        </w:rPr>
        <w:t xml:space="preserve"> direct, </w:t>
      </w:r>
      <w:proofErr w:type="spellStart"/>
      <w:r w:rsidR="00763140" w:rsidRPr="00763140">
        <w:rPr>
          <w:rFonts w:ascii="Times New Roman" w:hAnsi="Times New Roman" w:cs="Times New Roman"/>
          <w:sz w:val="28"/>
          <w:szCs w:val="28"/>
        </w:rPr>
        <w:t>dacă</w:t>
      </w:r>
      <w:proofErr w:type="spellEnd"/>
      <w:r w:rsidR="00763140" w:rsidRPr="007631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140" w:rsidRPr="00763140">
        <w:rPr>
          <w:rFonts w:ascii="Times New Roman" w:hAnsi="Times New Roman" w:cs="Times New Roman"/>
          <w:sz w:val="28"/>
          <w:szCs w:val="28"/>
        </w:rPr>
        <w:t>numărul</w:t>
      </w:r>
      <w:proofErr w:type="spellEnd"/>
      <w:r w:rsidR="00763140" w:rsidRPr="007631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140" w:rsidRPr="00763140">
        <w:rPr>
          <w:rFonts w:ascii="Times New Roman" w:hAnsi="Times New Roman" w:cs="Times New Roman"/>
          <w:sz w:val="28"/>
          <w:szCs w:val="28"/>
        </w:rPr>
        <w:t>celor</w:t>
      </w:r>
      <w:proofErr w:type="spellEnd"/>
      <w:r w:rsidR="00763140" w:rsidRPr="007631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140" w:rsidRPr="00763140">
        <w:rPr>
          <w:rFonts w:ascii="Times New Roman" w:hAnsi="Times New Roman" w:cs="Times New Roman"/>
          <w:sz w:val="28"/>
          <w:szCs w:val="28"/>
        </w:rPr>
        <w:t>înscriși</w:t>
      </w:r>
      <w:proofErr w:type="spellEnd"/>
      <w:r w:rsidR="00763140" w:rsidRPr="00763140">
        <w:rPr>
          <w:rFonts w:ascii="Times New Roman" w:hAnsi="Times New Roman" w:cs="Times New Roman"/>
          <w:sz w:val="28"/>
          <w:szCs w:val="28"/>
        </w:rPr>
        <w:t xml:space="preserve"> nu </w:t>
      </w:r>
      <w:proofErr w:type="spellStart"/>
      <w:r w:rsidR="00763140" w:rsidRPr="00763140">
        <w:rPr>
          <w:rFonts w:ascii="Times New Roman" w:hAnsi="Times New Roman" w:cs="Times New Roman"/>
          <w:sz w:val="28"/>
          <w:szCs w:val="28"/>
        </w:rPr>
        <w:t>depășește</w:t>
      </w:r>
      <w:proofErr w:type="spellEnd"/>
      <w:r w:rsidR="00763140" w:rsidRPr="00763140">
        <w:rPr>
          <w:rFonts w:ascii="Times New Roman" w:hAnsi="Times New Roman" w:cs="Times New Roman"/>
          <w:sz w:val="28"/>
          <w:szCs w:val="28"/>
        </w:rPr>
        <w:t xml:space="preserve"> 16, </w:t>
      </w:r>
      <w:proofErr w:type="spellStart"/>
      <w:r w:rsidR="00763140" w:rsidRPr="00763140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763140" w:rsidRPr="007631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140" w:rsidRPr="00763140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763140" w:rsidRPr="007631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140" w:rsidRPr="00763140">
        <w:rPr>
          <w:rFonts w:ascii="Times New Roman" w:hAnsi="Times New Roman" w:cs="Times New Roman"/>
          <w:sz w:val="28"/>
          <w:szCs w:val="28"/>
        </w:rPr>
        <w:t>urma</w:t>
      </w:r>
      <w:proofErr w:type="spellEnd"/>
      <w:r w:rsidR="00763140" w:rsidRPr="007631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140" w:rsidRPr="00763140">
        <w:rPr>
          <w:rFonts w:ascii="Times New Roman" w:hAnsi="Times New Roman" w:cs="Times New Roman"/>
          <w:sz w:val="28"/>
          <w:szCs w:val="28"/>
        </w:rPr>
        <w:t>etapei</w:t>
      </w:r>
      <w:proofErr w:type="spellEnd"/>
      <w:r w:rsidR="00763140" w:rsidRPr="00763140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763140" w:rsidRPr="00763140">
        <w:rPr>
          <w:rFonts w:ascii="Times New Roman" w:hAnsi="Times New Roman" w:cs="Times New Roman"/>
          <w:sz w:val="28"/>
          <w:szCs w:val="28"/>
        </w:rPr>
        <w:t>calificare</w:t>
      </w:r>
      <w:proofErr w:type="spellEnd"/>
      <w:r w:rsidR="00763140" w:rsidRPr="007631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63140" w:rsidRPr="00763140">
        <w:rPr>
          <w:rFonts w:ascii="Times New Roman" w:hAnsi="Times New Roman" w:cs="Times New Roman"/>
          <w:sz w:val="28"/>
          <w:szCs w:val="28"/>
        </w:rPr>
        <w:t>dacă</w:t>
      </w:r>
      <w:proofErr w:type="spellEnd"/>
      <w:r w:rsidR="00763140" w:rsidRPr="007631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140" w:rsidRPr="00763140">
        <w:rPr>
          <w:rFonts w:ascii="Times New Roman" w:hAnsi="Times New Roman" w:cs="Times New Roman"/>
          <w:sz w:val="28"/>
          <w:szCs w:val="28"/>
        </w:rPr>
        <w:t>numărul</w:t>
      </w:r>
      <w:proofErr w:type="spellEnd"/>
      <w:r w:rsidR="00763140" w:rsidRPr="007631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140" w:rsidRPr="00763140">
        <w:rPr>
          <w:rFonts w:ascii="Times New Roman" w:hAnsi="Times New Roman" w:cs="Times New Roman"/>
          <w:sz w:val="28"/>
          <w:szCs w:val="28"/>
        </w:rPr>
        <w:t>numărului</w:t>
      </w:r>
      <w:proofErr w:type="spellEnd"/>
      <w:r w:rsidR="00763140" w:rsidRPr="007631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140" w:rsidRPr="00763140">
        <w:rPr>
          <w:rFonts w:ascii="Times New Roman" w:hAnsi="Times New Roman" w:cs="Times New Roman"/>
          <w:sz w:val="28"/>
          <w:szCs w:val="28"/>
        </w:rPr>
        <w:t>este</w:t>
      </w:r>
      <w:proofErr w:type="spellEnd"/>
      <w:r w:rsidR="00763140" w:rsidRPr="007631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3140" w:rsidRPr="00763140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="00763140" w:rsidRPr="00763140">
        <w:rPr>
          <w:rFonts w:ascii="Times New Roman" w:hAnsi="Times New Roman" w:cs="Times New Roman"/>
          <w:sz w:val="28"/>
          <w:szCs w:val="28"/>
        </w:rPr>
        <w:t xml:space="preserve"> mare.</w:t>
      </w:r>
    </w:p>
    <w:p w:rsidR="003323AA" w:rsidRDefault="00CF4A52" w:rsidP="0076314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6549">
        <w:rPr>
          <w:rFonts w:ascii="Times New Roman" w:hAnsi="Times New Roman" w:cs="Times New Roman"/>
          <w:sz w:val="28"/>
          <w:szCs w:val="28"/>
        </w:rPr>
        <w:t>Sistemul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86549">
        <w:rPr>
          <w:rFonts w:ascii="Times New Roman" w:hAnsi="Times New Roman" w:cs="Times New Roman"/>
          <w:sz w:val="28"/>
          <w:szCs w:val="28"/>
        </w:rPr>
        <w:t>est</w:t>
      </w:r>
      <w:r w:rsidR="006F368F">
        <w:rPr>
          <w:rFonts w:ascii="Times New Roman" w:hAnsi="Times New Roman" w:cs="Times New Roman"/>
          <w:sz w:val="28"/>
          <w:szCs w:val="28"/>
        </w:rPr>
        <w:t>e</w:t>
      </w:r>
      <w:proofErr w:type="spellEnd"/>
      <w:proofErr w:type="gram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eliminatoriu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optimi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finală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- 8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meciuri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sferturi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finală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 - 4 </w:t>
      </w:r>
      <w:proofErr w:type="spellStart"/>
      <w:r w:rsidRPr="00886549">
        <w:rPr>
          <w:rFonts w:ascii="Times New Roman" w:hAnsi="Times New Roman" w:cs="Times New Roman"/>
          <w:sz w:val="28"/>
          <w:szCs w:val="28"/>
        </w:rPr>
        <w:t>meciuri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886549">
        <w:rPr>
          <w:rFonts w:ascii="Times New Roman" w:hAnsi="Times New Roman" w:cs="Times New Roman"/>
          <w:sz w:val="28"/>
          <w:szCs w:val="28"/>
        </w:rPr>
        <w:t>sem</w:t>
      </w:r>
      <w:r w:rsidR="006F368F">
        <w:rPr>
          <w:rFonts w:ascii="Times New Roman" w:hAnsi="Times New Roman" w:cs="Times New Roman"/>
          <w:sz w:val="28"/>
          <w:szCs w:val="28"/>
        </w:rPr>
        <w:t>ifinale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- 2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meciuri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finala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mică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 - 1 </w:t>
      </w:r>
      <w:proofErr w:type="spellStart"/>
      <w:r w:rsidRPr="00886549">
        <w:rPr>
          <w:rFonts w:ascii="Times New Roman" w:hAnsi="Times New Roman" w:cs="Times New Roman"/>
          <w:sz w:val="28"/>
          <w:szCs w:val="28"/>
        </w:rPr>
        <w:t>meci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886549">
        <w:rPr>
          <w:rFonts w:ascii="Times New Roman" w:hAnsi="Times New Roman" w:cs="Times New Roman"/>
          <w:sz w:val="28"/>
          <w:szCs w:val="28"/>
        </w:rPr>
        <w:t>finala</w:t>
      </w:r>
      <w:proofErr w:type="spellEnd"/>
      <w:r w:rsidR="00886549" w:rsidRPr="00886549">
        <w:rPr>
          <w:rFonts w:ascii="Times New Roman" w:hAnsi="Times New Roman" w:cs="Times New Roman"/>
          <w:sz w:val="28"/>
          <w:szCs w:val="28"/>
        </w:rPr>
        <w:t xml:space="preserve"> mare</w:t>
      </w:r>
      <w:r w:rsidR="006F368F">
        <w:rPr>
          <w:rFonts w:ascii="Times New Roman" w:hAnsi="Times New Roman" w:cs="Times New Roman"/>
          <w:sz w:val="28"/>
          <w:szCs w:val="28"/>
        </w:rPr>
        <w:t xml:space="preserve"> - 1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meci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6F368F">
        <w:rPr>
          <w:rFonts w:ascii="Times New Roman" w:hAnsi="Times New Roman" w:cs="Times New Roman"/>
          <w:sz w:val="28"/>
          <w:szCs w:val="28"/>
        </w:rPr>
        <w:t>Tabloul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iniț</w:t>
      </w:r>
      <w:r w:rsidRPr="00886549">
        <w:rPr>
          <w:rFonts w:ascii="Times New Roman" w:hAnsi="Times New Roman" w:cs="Times New Roman"/>
          <w:sz w:val="28"/>
          <w:szCs w:val="28"/>
        </w:rPr>
        <w:t>ial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886549">
        <w:rPr>
          <w:rFonts w:ascii="Times New Roman" w:hAnsi="Times New Roman" w:cs="Times New Roman"/>
          <w:sz w:val="28"/>
          <w:szCs w:val="28"/>
        </w:rPr>
        <w:t>stabile</w:t>
      </w:r>
      <w:r w:rsidR="006F368F">
        <w:rPr>
          <w:rFonts w:ascii="Times New Roman" w:hAnsi="Times New Roman" w:cs="Times New Roman"/>
          <w:sz w:val="28"/>
          <w:szCs w:val="28"/>
        </w:rPr>
        <w:t>ște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tragere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sorț</w:t>
      </w:r>
      <w:r w:rsidRPr="00886549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63140" w:rsidRPr="00886549" w:rsidRDefault="00763140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23AA" w:rsidRPr="00886549" w:rsidRDefault="00CF4A52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549">
        <w:rPr>
          <w:rFonts w:ascii="Times New Roman" w:hAnsi="Times New Roman" w:cs="Times New Roman"/>
          <w:b/>
          <w:sz w:val="28"/>
          <w:szCs w:val="28"/>
        </w:rPr>
        <w:t>Art. 6 - Regulile meciurilor</w:t>
      </w:r>
    </w:p>
    <w:p w:rsidR="003323AA" w:rsidRPr="00886549" w:rsidRDefault="00CF4A52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6549">
        <w:rPr>
          <w:rFonts w:ascii="Times New Roman" w:hAnsi="Times New Roman" w:cs="Times New Roman"/>
          <w:sz w:val="28"/>
          <w:szCs w:val="28"/>
        </w:rPr>
        <w:t>Meciurile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 di</w:t>
      </w:r>
      <w:r w:rsidR="006F368F">
        <w:rPr>
          <w:rFonts w:ascii="Times New Roman" w:hAnsi="Times New Roman" w:cs="Times New Roman"/>
          <w:sz w:val="28"/>
          <w:szCs w:val="28"/>
        </w:rPr>
        <w:t xml:space="preserve">n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optimi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sferturi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semifinale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ș</w:t>
      </w:r>
      <w:r w:rsidRPr="00886549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549">
        <w:rPr>
          <w:rFonts w:ascii="Times New Roman" w:hAnsi="Times New Roman" w:cs="Times New Roman"/>
          <w:sz w:val="28"/>
          <w:szCs w:val="28"/>
        </w:rPr>
        <w:t>finala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 mica se </w:t>
      </w:r>
      <w:proofErr w:type="spellStart"/>
      <w:r w:rsidRPr="00886549">
        <w:rPr>
          <w:rFonts w:ascii="Times New Roman" w:hAnsi="Times New Roman" w:cs="Times New Roman"/>
          <w:sz w:val="28"/>
          <w:szCs w:val="28"/>
        </w:rPr>
        <w:t>d</w:t>
      </w:r>
      <w:r w:rsidR="006F368F">
        <w:rPr>
          <w:rFonts w:ascii="Times New Roman" w:hAnsi="Times New Roman" w:cs="Times New Roman"/>
          <w:sz w:val="28"/>
          <w:szCs w:val="28"/>
        </w:rPr>
        <w:t>ispută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două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reprize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câ</w:t>
      </w:r>
      <w:r w:rsidR="00886549" w:rsidRPr="00886549">
        <w:rPr>
          <w:rFonts w:ascii="Times New Roman" w:hAnsi="Times New Roman" w:cs="Times New Roman"/>
          <w:sz w:val="28"/>
          <w:szCs w:val="28"/>
        </w:rPr>
        <w:t>te</w:t>
      </w:r>
      <w:proofErr w:type="spellEnd"/>
      <w:r w:rsidR="00886549" w:rsidRPr="00886549">
        <w:rPr>
          <w:rFonts w:ascii="Times New Roman" w:hAnsi="Times New Roman" w:cs="Times New Roman"/>
          <w:sz w:val="28"/>
          <w:szCs w:val="28"/>
        </w:rPr>
        <w:t xml:space="preserve"> 5 </w:t>
      </w:r>
      <w:r w:rsidRPr="00886549">
        <w:rPr>
          <w:rFonts w:ascii="Times New Roman" w:hAnsi="Times New Roman" w:cs="Times New Roman"/>
          <w:sz w:val="28"/>
          <w:szCs w:val="28"/>
        </w:rPr>
        <w:t xml:space="preserve">minute. </w:t>
      </w:r>
      <w:proofErr w:type="spellStart"/>
      <w:r w:rsidRPr="00886549">
        <w:rPr>
          <w:rFonts w:ascii="Times New Roman" w:hAnsi="Times New Roman" w:cs="Times New Roman"/>
          <w:sz w:val="28"/>
          <w:szCs w:val="28"/>
        </w:rPr>
        <w:t>Finala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dispută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două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reprize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câ</w:t>
      </w:r>
      <w:r w:rsidR="00886549" w:rsidRPr="00886549">
        <w:rPr>
          <w:rFonts w:ascii="Times New Roman" w:hAnsi="Times New Roman" w:cs="Times New Roman"/>
          <w:sz w:val="28"/>
          <w:szCs w:val="28"/>
        </w:rPr>
        <w:t>te</w:t>
      </w:r>
      <w:proofErr w:type="spellEnd"/>
      <w:r w:rsidR="00886549" w:rsidRPr="00886549">
        <w:rPr>
          <w:rFonts w:ascii="Times New Roman" w:hAnsi="Times New Roman" w:cs="Times New Roman"/>
          <w:sz w:val="28"/>
          <w:szCs w:val="28"/>
        </w:rPr>
        <w:t xml:space="preserve"> 6</w:t>
      </w:r>
      <w:r w:rsidR="006F368F">
        <w:rPr>
          <w:rFonts w:ascii="Times New Roman" w:hAnsi="Times New Roman" w:cs="Times New Roman"/>
          <w:sz w:val="28"/>
          <w:szCs w:val="28"/>
        </w:rPr>
        <w:t xml:space="preserve"> minute.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caz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egalitate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joacă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prelungiri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ș</w:t>
      </w:r>
      <w:r w:rsidRPr="00886549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6549">
        <w:rPr>
          <w:rFonts w:ascii="Times New Roman" w:hAnsi="Times New Roman" w:cs="Times New Roman"/>
          <w:sz w:val="28"/>
          <w:szCs w:val="28"/>
        </w:rPr>
        <w:t>dac</w:t>
      </w:r>
      <w:r w:rsidR="006F368F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6549">
        <w:rPr>
          <w:rFonts w:ascii="Times New Roman" w:hAnsi="Times New Roman" w:cs="Times New Roman"/>
          <w:sz w:val="28"/>
          <w:szCs w:val="28"/>
        </w:rPr>
        <w:t>este</w:t>
      </w:r>
      <w:proofErr w:type="gramEnd"/>
      <w:r w:rsidRPr="00886549">
        <w:rPr>
          <w:rFonts w:ascii="Times New Roman" w:hAnsi="Times New Roman" w:cs="Times New Roman"/>
          <w:sz w:val="28"/>
          <w:szCs w:val="28"/>
        </w:rPr>
        <w:t xml:space="preserve"> necesar, lovi</w:t>
      </w:r>
      <w:r w:rsidR="006F368F">
        <w:rPr>
          <w:rFonts w:ascii="Times New Roman" w:hAnsi="Times New Roman" w:cs="Times New Roman"/>
          <w:sz w:val="28"/>
          <w:szCs w:val="28"/>
        </w:rPr>
        <w:t xml:space="preserve">turi de departajare.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Participanții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pot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alege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orice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echipă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de club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disponibilă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joc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proofErr w:type="gramStart"/>
      <w:r w:rsidR="006F368F">
        <w:rPr>
          <w:rFonts w:ascii="Times New Roman" w:hAnsi="Times New Roman" w:cs="Times New Roman"/>
          <w:sz w:val="28"/>
          <w:szCs w:val="28"/>
        </w:rPr>
        <w:t>este</w:t>
      </w:r>
      <w:proofErr w:type="spellEnd"/>
      <w:proofErr w:type="gram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permisă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alegerea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aceleiași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echipe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că</w:t>
      </w:r>
      <w:r w:rsidRPr="00886549">
        <w:rPr>
          <w:rFonts w:ascii="Times New Roman" w:hAnsi="Times New Roman" w:cs="Times New Roman"/>
          <w:sz w:val="28"/>
          <w:szCs w:val="28"/>
        </w:rPr>
        <w:t>tre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549">
        <w:rPr>
          <w:rFonts w:ascii="Times New Roman" w:hAnsi="Times New Roman" w:cs="Times New Roman"/>
          <w:sz w:val="28"/>
          <w:szCs w:val="28"/>
        </w:rPr>
        <w:t>ambii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549">
        <w:rPr>
          <w:rFonts w:ascii="Times New Roman" w:hAnsi="Times New Roman" w:cs="Times New Roman"/>
          <w:sz w:val="28"/>
          <w:szCs w:val="28"/>
        </w:rPr>
        <w:lastRenderedPageBreak/>
        <w:t>adve</w:t>
      </w:r>
      <w:r w:rsidR="006F368F">
        <w:rPr>
          <w:rFonts w:ascii="Times New Roman" w:hAnsi="Times New Roman" w:cs="Times New Roman"/>
          <w:sz w:val="28"/>
          <w:szCs w:val="28"/>
        </w:rPr>
        <w:t>rsari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6F368F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alegerea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echipei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pregătirea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meciului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acordă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maximum 2 minute.</w:t>
      </w:r>
      <w:proofErr w:type="gram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F368F">
        <w:rPr>
          <w:rFonts w:ascii="Times New Roman" w:hAnsi="Times New Roman" w:cs="Times New Roman"/>
          <w:sz w:val="28"/>
          <w:szCs w:val="28"/>
        </w:rPr>
        <w:t>Setă</w:t>
      </w:r>
      <w:r w:rsidRPr="00886549">
        <w:rPr>
          <w:rFonts w:ascii="Times New Roman" w:hAnsi="Times New Roman" w:cs="Times New Roman"/>
          <w:sz w:val="28"/>
          <w:szCs w:val="28"/>
        </w:rPr>
        <w:t>rile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549">
        <w:rPr>
          <w:rFonts w:ascii="Times New Roman" w:hAnsi="Times New Roman" w:cs="Times New Roman"/>
          <w:sz w:val="28"/>
          <w:szCs w:val="28"/>
        </w:rPr>
        <w:t>generale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 ale </w:t>
      </w:r>
      <w:proofErr w:type="spellStart"/>
      <w:r w:rsidRPr="00886549">
        <w:rPr>
          <w:rFonts w:ascii="Times New Roman" w:hAnsi="Times New Roman" w:cs="Times New Roman"/>
          <w:sz w:val="28"/>
          <w:szCs w:val="28"/>
        </w:rPr>
        <w:t>jocului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sunt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stabilite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organizator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sunt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identice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toți</w:t>
      </w:r>
      <w:proofErr w:type="spellEnd"/>
      <w:r w:rsidR="006F36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68F">
        <w:rPr>
          <w:rFonts w:ascii="Times New Roman" w:hAnsi="Times New Roman" w:cs="Times New Roman"/>
          <w:sz w:val="28"/>
          <w:szCs w:val="28"/>
        </w:rPr>
        <w:t>participanț</w:t>
      </w:r>
      <w:r w:rsidRPr="00886549">
        <w:rPr>
          <w:rFonts w:ascii="Times New Roman" w:hAnsi="Times New Roman" w:cs="Times New Roman"/>
          <w:sz w:val="28"/>
          <w:szCs w:val="28"/>
        </w:rPr>
        <w:t>ii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323AA" w:rsidRPr="00886549" w:rsidRDefault="006F368F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Art. 7 -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Comenzi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setă</w:t>
      </w:r>
      <w:r w:rsidR="00CF4A52" w:rsidRPr="00886549">
        <w:rPr>
          <w:rFonts w:ascii="Times New Roman" w:hAnsi="Times New Roman" w:cs="Times New Roman"/>
          <w:b/>
          <w:sz w:val="28"/>
          <w:szCs w:val="28"/>
        </w:rPr>
        <w:t>ri</w:t>
      </w:r>
      <w:proofErr w:type="spellEnd"/>
      <w:r w:rsidR="00CF4A52" w:rsidRPr="0088654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b/>
          <w:sz w:val="28"/>
          <w:szCs w:val="28"/>
        </w:rPr>
        <w:t>personale</w:t>
      </w:r>
      <w:proofErr w:type="spellEnd"/>
    </w:p>
    <w:p w:rsidR="003323AA" w:rsidRPr="00886549" w:rsidRDefault="006F368F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Participanții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pot </w:t>
      </w:r>
      <w:proofErr w:type="spellStart"/>
      <w:r>
        <w:rPr>
          <w:rFonts w:ascii="Times New Roman" w:hAnsi="Times New Roman" w:cs="Times New Roman"/>
          <w:sz w:val="28"/>
          <w:szCs w:val="28"/>
        </w:rPr>
        <w:t>utiliza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configurația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comenzilor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cu care </w:t>
      </w:r>
      <w:proofErr w:type="spellStart"/>
      <w:r>
        <w:rPr>
          <w:rFonts w:ascii="Times New Roman" w:hAnsi="Times New Roman" w:cs="Times New Roman"/>
          <w:sz w:val="28"/>
          <w:szCs w:val="28"/>
        </w:rPr>
        <w:t>sunt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obișnuiți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>
        <w:rPr>
          <w:rFonts w:ascii="Times New Roman" w:hAnsi="Times New Roman" w:cs="Times New Roman"/>
          <w:sz w:val="28"/>
          <w:szCs w:val="28"/>
        </w:rPr>
        <w:t>condiția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să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fie </w:t>
      </w:r>
      <w:proofErr w:type="spellStart"/>
      <w:r>
        <w:rPr>
          <w:rFonts w:ascii="Times New Roman" w:hAnsi="Times New Roman" w:cs="Times New Roman"/>
          <w:sz w:val="28"/>
          <w:szCs w:val="28"/>
        </w:rPr>
        <w:t>efectuate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</w:t>
      </w:r>
      <w:r w:rsidR="00CF4A52" w:rsidRPr="00886549">
        <w:rPr>
          <w:rFonts w:ascii="Times New Roman" w:hAnsi="Times New Roman" w:cs="Times New Roman"/>
          <w:sz w:val="28"/>
          <w:szCs w:val="28"/>
        </w:rPr>
        <w:t>naint</w:t>
      </w:r>
      <w:r>
        <w:rPr>
          <w:rFonts w:ascii="Times New Roman" w:hAnsi="Times New Roman" w:cs="Times New Roman"/>
          <w:sz w:val="28"/>
          <w:szCs w:val="28"/>
        </w:rPr>
        <w:t>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începerea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meciului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nu </w:t>
      </w:r>
      <w:proofErr w:type="spellStart"/>
      <w:r>
        <w:rPr>
          <w:rFonts w:ascii="Times New Roman" w:hAnsi="Times New Roman" w:cs="Times New Roman"/>
          <w:sz w:val="28"/>
          <w:szCs w:val="28"/>
        </w:rPr>
        <w:t>întârzie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competiț</w:t>
      </w:r>
      <w:r w:rsidR="00CF4A52" w:rsidRPr="00886549">
        <w:rPr>
          <w:rFonts w:ascii="Times New Roman" w:hAnsi="Times New Roman" w:cs="Times New Roman"/>
          <w:sz w:val="28"/>
          <w:szCs w:val="28"/>
        </w:rPr>
        <w:t>ia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F4A52" w:rsidRPr="00886549">
        <w:rPr>
          <w:rFonts w:ascii="Times New Roman" w:hAnsi="Times New Roman" w:cs="Times New Roman"/>
          <w:sz w:val="28"/>
          <w:szCs w:val="28"/>
        </w:rPr>
        <w:t>Un</w:t>
      </w:r>
      <w:proofErr w:type="gram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meci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nu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fi </w:t>
      </w:r>
      <w:proofErr w:type="spellStart"/>
      <w:r>
        <w:rPr>
          <w:rFonts w:ascii="Times New Roman" w:hAnsi="Times New Roman" w:cs="Times New Roman"/>
          <w:sz w:val="28"/>
          <w:szCs w:val="28"/>
        </w:rPr>
        <w:t>reluat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>
        <w:rPr>
          <w:rFonts w:ascii="Times New Roman" w:hAnsi="Times New Roman" w:cs="Times New Roman"/>
          <w:sz w:val="28"/>
          <w:szCs w:val="28"/>
        </w:rPr>
        <w:t>alegere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greșită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echipei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setărilor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efectuată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de participant.</w:t>
      </w:r>
    </w:p>
    <w:p w:rsidR="003323AA" w:rsidRPr="00886549" w:rsidRDefault="006F368F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Art. 8 -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Prezența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întâ</w:t>
      </w:r>
      <w:r w:rsidR="00CF4A52" w:rsidRPr="00886549">
        <w:rPr>
          <w:rFonts w:ascii="Times New Roman" w:hAnsi="Times New Roman" w:cs="Times New Roman"/>
          <w:b/>
          <w:sz w:val="28"/>
          <w:szCs w:val="28"/>
        </w:rPr>
        <w:t>rzierea</w:t>
      </w:r>
      <w:proofErr w:type="spellEnd"/>
    </w:p>
    <w:p w:rsidR="003323AA" w:rsidRPr="00886549" w:rsidRDefault="006F368F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Participanții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trebuie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să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fie </w:t>
      </w:r>
      <w:proofErr w:type="spellStart"/>
      <w:r>
        <w:rPr>
          <w:rFonts w:ascii="Times New Roman" w:hAnsi="Times New Roman" w:cs="Times New Roman"/>
          <w:sz w:val="28"/>
          <w:szCs w:val="28"/>
        </w:rPr>
        <w:t>disponibili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atunci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când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sunt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chemaț</w:t>
      </w:r>
      <w:r w:rsidR="00CF4A52" w:rsidRPr="00886549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pe</w:t>
      </w:r>
      <w:r>
        <w:rPr>
          <w:rFonts w:ascii="Times New Roman" w:hAnsi="Times New Roman" w:cs="Times New Roman"/>
          <w:sz w:val="28"/>
          <w:szCs w:val="28"/>
        </w:rPr>
        <w:t>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disputarea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meciului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cazul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neprezentării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după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chemarea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către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organizator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după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un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termen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aș</w:t>
      </w:r>
      <w:r w:rsidR="00CF4A52" w:rsidRPr="00886549">
        <w:rPr>
          <w:rFonts w:ascii="Times New Roman" w:hAnsi="Times New Roman" w:cs="Times New Roman"/>
          <w:sz w:val="28"/>
          <w:szCs w:val="28"/>
        </w:rPr>
        <w:t>teptare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de maximum 5 minute, organizatorul poate declara meciul pierdut prin forfait.</w:t>
      </w:r>
    </w:p>
    <w:p w:rsidR="003323AA" w:rsidRPr="00886549" w:rsidRDefault="00CF4A52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549">
        <w:rPr>
          <w:rFonts w:ascii="Times New Roman" w:hAnsi="Times New Roman" w:cs="Times New Roman"/>
          <w:b/>
          <w:sz w:val="28"/>
          <w:szCs w:val="28"/>
        </w:rPr>
        <w:t>Art. 9 - Probleme tehnice</w:t>
      </w:r>
    </w:p>
    <w:p w:rsidR="003323AA" w:rsidRPr="00886549" w:rsidRDefault="006F368F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cazul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unei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defecț</w:t>
      </w:r>
      <w:r w:rsidR="00CF4A52" w:rsidRPr="00886549">
        <w:rPr>
          <w:rFonts w:ascii="Times New Roman" w:hAnsi="Times New Roman" w:cs="Times New Roman"/>
          <w:sz w:val="28"/>
          <w:szCs w:val="28"/>
        </w:rPr>
        <w:t>iuni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consolei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control</w:t>
      </w:r>
      <w:r>
        <w:rPr>
          <w:rFonts w:ascii="Times New Roman" w:hAnsi="Times New Roman" w:cs="Times New Roman"/>
          <w:sz w:val="28"/>
          <w:szCs w:val="28"/>
        </w:rPr>
        <w:t>lerului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ecranului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>
        <w:rPr>
          <w:rFonts w:ascii="Times New Roman" w:hAnsi="Times New Roman" w:cs="Times New Roman"/>
          <w:sz w:val="28"/>
          <w:szCs w:val="28"/>
        </w:rPr>
        <w:t>unei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</w:t>
      </w:r>
      <w:r w:rsidR="00CF4A52" w:rsidRPr="00886549">
        <w:rPr>
          <w:rFonts w:ascii="Times New Roman" w:hAnsi="Times New Roman" w:cs="Times New Roman"/>
          <w:sz w:val="28"/>
          <w:szCs w:val="28"/>
        </w:rPr>
        <w:t>ntreruperi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jocului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care nu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este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imputabilă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participanț</w:t>
      </w:r>
      <w:r w:rsidR="00CF4A52" w:rsidRPr="00886549">
        <w:rPr>
          <w:rFonts w:ascii="Times New Roman" w:hAnsi="Times New Roman" w:cs="Times New Roman"/>
          <w:sz w:val="28"/>
          <w:szCs w:val="28"/>
        </w:rPr>
        <w:t>ilor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organizatorul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decide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cont</w:t>
      </w:r>
      <w:r>
        <w:rPr>
          <w:rFonts w:ascii="Times New Roman" w:hAnsi="Times New Roman" w:cs="Times New Roman"/>
          <w:sz w:val="28"/>
          <w:szCs w:val="28"/>
        </w:rPr>
        <w:t>inuarea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reluarea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meciului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ținând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momentul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scorul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care s-a </w:t>
      </w:r>
      <w:proofErr w:type="spellStart"/>
      <w:r>
        <w:rPr>
          <w:rFonts w:ascii="Times New Roman" w:hAnsi="Times New Roman" w:cs="Times New Roman"/>
          <w:sz w:val="28"/>
          <w:szCs w:val="28"/>
        </w:rPr>
        <w:t>produs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</w:t>
      </w:r>
      <w:r w:rsidR="00CF4A52" w:rsidRPr="00886549">
        <w:rPr>
          <w:rFonts w:ascii="Times New Roman" w:hAnsi="Times New Roman" w:cs="Times New Roman"/>
          <w:sz w:val="28"/>
          <w:szCs w:val="28"/>
        </w:rPr>
        <w:t>ntreruperea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>.</w:t>
      </w:r>
    </w:p>
    <w:p w:rsidR="003323AA" w:rsidRPr="00886549" w:rsidRDefault="006F368F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Art. 10 -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Conduită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ș</w:t>
      </w:r>
      <w:r w:rsidR="00CF4A52" w:rsidRPr="00886549">
        <w:rPr>
          <w:rFonts w:ascii="Times New Roman" w:hAnsi="Times New Roman" w:cs="Times New Roman"/>
          <w:b/>
          <w:sz w:val="28"/>
          <w:szCs w:val="28"/>
        </w:rPr>
        <w:t>i</w:t>
      </w:r>
      <w:proofErr w:type="spellEnd"/>
      <w:r w:rsidR="00CF4A52" w:rsidRPr="00886549">
        <w:rPr>
          <w:rFonts w:ascii="Times New Roman" w:hAnsi="Times New Roman" w:cs="Times New Roman"/>
          <w:b/>
          <w:sz w:val="28"/>
          <w:szCs w:val="28"/>
        </w:rPr>
        <w:t xml:space="preserve"> fair-play</w:t>
      </w:r>
    </w:p>
    <w:p w:rsidR="003323AA" w:rsidRPr="00886549" w:rsidRDefault="006F368F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Participanții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trebuie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să</w:t>
      </w:r>
      <w:proofErr w:type="spellEnd"/>
      <w:proofErr w:type="gram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manif</w:t>
      </w:r>
      <w:r>
        <w:rPr>
          <w:rFonts w:ascii="Times New Roman" w:hAnsi="Times New Roman" w:cs="Times New Roman"/>
          <w:sz w:val="28"/>
          <w:szCs w:val="28"/>
        </w:rPr>
        <w:t>este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un </w:t>
      </w:r>
      <w:proofErr w:type="spellStart"/>
      <w:r>
        <w:rPr>
          <w:rFonts w:ascii="Times New Roman" w:hAnsi="Times New Roman" w:cs="Times New Roman"/>
          <w:sz w:val="28"/>
          <w:szCs w:val="28"/>
        </w:rPr>
        <w:t>comportament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civilizat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respectuos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față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adversari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public </w:t>
      </w:r>
      <w:proofErr w:type="spellStart"/>
      <w:r>
        <w:rPr>
          <w:rFonts w:ascii="Times New Roman" w:hAnsi="Times New Roman" w:cs="Times New Roman"/>
          <w:sz w:val="28"/>
          <w:szCs w:val="28"/>
        </w:rPr>
        <w:t>ș</w:t>
      </w:r>
      <w:r w:rsidR="00CF4A52" w:rsidRPr="00886549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organizatori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Sunt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interzise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injuriile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comportame</w:t>
      </w:r>
      <w:r>
        <w:rPr>
          <w:rFonts w:ascii="Times New Roman" w:hAnsi="Times New Roman" w:cs="Times New Roman"/>
          <w:sz w:val="28"/>
          <w:szCs w:val="28"/>
        </w:rPr>
        <w:t>ntul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agresiv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distragerea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intenționată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F4A52" w:rsidRPr="00886549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adversarulu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deteriorarea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echipamentelor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orice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acț</w:t>
      </w:r>
      <w:r w:rsidR="00CF4A52" w:rsidRPr="00886549">
        <w:rPr>
          <w:rFonts w:ascii="Times New Roman" w:hAnsi="Times New Roman" w:cs="Times New Roman"/>
          <w:sz w:val="28"/>
          <w:szCs w:val="28"/>
        </w:rPr>
        <w:t>iune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ca</w:t>
      </w:r>
      <w:r>
        <w:rPr>
          <w:rFonts w:ascii="Times New Roman" w:hAnsi="Times New Roman" w:cs="Times New Roman"/>
          <w:sz w:val="28"/>
          <w:szCs w:val="28"/>
        </w:rPr>
        <w:t xml:space="preserve">re </w:t>
      </w:r>
      <w:proofErr w:type="spellStart"/>
      <w:r>
        <w:rPr>
          <w:rFonts w:ascii="Times New Roman" w:hAnsi="Times New Roman" w:cs="Times New Roman"/>
          <w:sz w:val="28"/>
          <w:szCs w:val="28"/>
        </w:rPr>
        <w:t>perturbă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competiția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funcț</w:t>
      </w:r>
      <w:r w:rsidR="00CF4A52" w:rsidRPr="00886549">
        <w:rPr>
          <w:rFonts w:ascii="Times New Roman" w:hAnsi="Times New Roman" w:cs="Times New Roman"/>
          <w:sz w:val="28"/>
          <w:szCs w:val="28"/>
        </w:rPr>
        <w:t>ie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de </w:t>
      </w:r>
      <w:proofErr w:type="gramStart"/>
      <w:r w:rsidR="00CF4A52" w:rsidRPr="00886549">
        <w:rPr>
          <w:rFonts w:ascii="Times New Roman" w:hAnsi="Times New Roman" w:cs="Times New Roman"/>
          <w:sz w:val="28"/>
          <w:szCs w:val="28"/>
        </w:rPr>
        <w:t>gravitate</w:t>
      </w:r>
      <w:proofErr w:type="gramEnd"/>
      <w:r w:rsidR="00CF4A52" w:rsidRPr="00886549">
        <w:rPr>
          <w:rFonts w:ascii="Times New Roman" w:hAnsi="Times New Roman" w:cs="Times New Roman"/>
          <w:sz w:val="28"/>
          <w:szCs w:val="28"/>
        </w:rPr>
        <w:t>, organizatorul poate aplica avertisment, pierderea meciului sau eliminarea din turneu.</w:t>
      </w:r>
    </w:p>
    <w:p w:rsidR="003323AA" w:rsidRPr="00886549" w:rsidRDefault="006F368F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Art. 11 -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Clasament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ș</w:t>
      </w:r>
      <w:r w:rsidR="00CF4A52" w:rsidRPr="00886549">
        <w:rPr>
          <w:rFonts w:ascii="Times New Roman" w:hAnsi="Times New Roman" w:cs="Times New Roman"/>
          <w:b/>
          <w:sz w:val="28"/>
          <w:szCs w:val="28"/>
        </w:rPr>
        <w:t>i</w:t>
      </w:r>
      <w:proofErr w:type="spellEnd"/>
      <w:r w:rsidR="00CF4A52" w:rsidRPr="0088654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b/>
          <w:sz w:val="28"/>
          <w:szCs w:val="28"/>
        </w:rPr>
        <w:t>premii</w:t>
      </w:r>
      <w:proofErr w:type="spellEnd"/>
    </w:p>
    <w:p w:rsidR="003323AA" w:rsidRPr="00886549" w:rsidRDefault="006F368F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Se </w:t>
      </w:r>
      <w:proofErr w:type="spellStart"/>
      <w:r>
        <w:rPr>
          <w:rFonts w:ascii="Times New Roman" w:hAnsi="Times New Roman" w:cs="Times New Roman"/>
          <w:sz w:val="28"/>
          <w:szCs w:val="28"/>
        </w:rPr>
        <w:t>acordă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premiile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I, </w:t>
      </w:r>
      <w:r>
        <w:rPr>
          <w:rFonts w:ascii="Times New Roman" w:hAnsi="Times New Roman" w:cs="Times New Roman"/>
          <w:sz w:val="28"/>
          <w:szCs w:val="28"/>
        </w:rPr>
        <w:t>II si III.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Locul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III se </w:t>
      </w:r>
      <w:proofErr w:type="spellStart"/>
      <w:r>
        <w:rPr>
          <w:rFonts w:ascii="Times New Roman" w:hAnsi="Times New Roman" w:cs="Times New Roman"/>
          <w:sz w:val="28"/>
          <w:szCs w:val="28"/>
        </w:rPr>
        <w:t>stabilește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finala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mică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disputată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</w:t>
      </w:r>
      <w:r w:rsidR="00CF4A52" w:rsidRPr="00886549">
        <w:rPr>
          <w:rFonts w:ascii="Times New Roman" w:hAnsi="Times New Roman" w:cs="Times New Roman"/>
          <w:sz w:val="28"/>
          <w:szCs w:val="28"/>
        </w:rPr>
        <w:t>ntre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doi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participanți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învinși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î</w:t>
      </w:r>
      <w:r w:rsidR="00CF4A52" w:rsidRPr="00886549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semifinale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>atura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premiilor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va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fi </w:t>
      </w:r>
      <w:proofErr w:type="spellStart"/>
      <w:r>
        <w:rPr>
          <w:rFonts w:ascii="Times New Roman" w:hAnsi="Times New Roman" w:cs="Times New Roman"/>
          <w:sz w:val="28"/>
          <w:szCs w:val="28"/>
        </w:rPr>
        <w:t>comunicată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de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organizator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Premiile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>
        <w:rPr>
          <w:rFonts w:ascii="Times New Roman" w:hAnsi="Times New Roman" w:cs="Times New Roman"/>
          <w:sz w:val="28"/>
          <w:szCs w:val="28"/>
        </w:rPr>
        <w:t>acordă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personal </w:t>
      </w:r>
      <w:proofErr w:type="spellStart"/>
      <w:r>
        <w:rPr>
          <w:rFonts w:ascii="Times New Roman" w:hAnsi="Times New Roman" w:cs="Times New Roman"/>
          <w:sz w:val="28"/>
          <w:szCs w:val="28"/>
        </w:rPr>
        <w:t>câștigătorilor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condiț</w:t>
      </w:r>
      <w:r w:rsidR="00CF4A52" w:rsidRPr="00886549">
        <w:rPr>
          <w:rFonts w:ascii="Times New Roman" w:hAnsi="Times New Roman" w:cs="Times New Roman"/>
          <w:sz w:val="28"/>
          <w:szCs w:val="28"/>
        </w:rPr>
        <w:t>iile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stabilite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organizator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323AA" w:rsidRPr="00886549" w:rsidRDefault="00CF4A52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54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Art. </w:t>
      </w:r>
      <w:r w:rsidR="006F368F">
        <w:rPr>
          <w:rFonts w:ascii="Times New Roman" w:hAnsi="Times New Roman" w:cs="Times New Roman"/>
          <w:b/>
          <w:sz w:val="28"/>
          <w:szCs w:val="28"/>
        </w:rPr>
        <w:t xml:space="preserve">12 - Date cu </w:t>
      </w:r>
      <w:proofErr w:type="spellStart"/>
      <w:r w:rsidR="006F368F">
        <w:rPr>
          <w:rFonts w:ascii="Times New Roman" w:hAnsi="Times New Roman" w:cs="Times New Roman"/>
          <w:b/>
          <w:sz w:val="28"/>
          <w:szCs w:val="28"/>
        </w:rPr>
        <w:t>caracter</w:t>
      </w:r>
      <w:proofErr w:type="spellEnd"/>
      <w:r w:rsidR="006F368F">
        <w:rPr>
          <w:rFonts w:ascii="Times New Roman" w:hAnsi="Times New Roman" w:cs="Times New Roman"/>
          <w:b/>
          <w:sz w:val="28"/>
          <w:szCs w:val="28"/>
        </w:rPr>
        <w:t xml:space="preserve"> personal </w:t>
      </w:r>
      <w:proofErr w:type="spellStart"/>
      <w:r w:rsidR="006F368F">
        <w:rPr>
          <w:rFonts w:ascii="Times New Roman" w:hAnsi="Times New Roman" w:cs="Times New Roman"/>
          <w:b/>
          <w:sz w:val="28"/>
          <w:szCs w:val="28"/>
        </w:rPr>
        <w:t>ș</w:t>
      </w:r>
      <w:r w:rsidRPr="00886549">
        <w:rPr>
          <w:rFonts w:ascii="Times New Roman" w:hAnsi="Times New Roman" w:cs="Times New Roman"/>
          <w:b/>
          <w:sz w:val="28"/>
          <w:szCs w:val="28"/>
        </w:rPr>
        <w:t>i</w:t>
      </w:r>
      <w:proofErr w:type="spellEnd"/>
      <w:r w:rsidRPr="0088654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86549">
        <w:rPr>
          <w:rFonts w:ascii="Times New Roman" w:hAnsi="Times New Roman" w:cs="Times New Roman"/>
          <w:b/>
          <w:sz w:val="28"/>
          <w:szCs w:val="28"/>
        </w:rPr>
        <w:t>imagini</w:t>
      </w:r>
      <w:proofErr w:type="spellEnd"/>
    </w:p>
    <w:p w:rsidR="003323AA" w:rsidRPr="00886549" w:rsidRDefault="006F368F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Datele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solicitate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</w:rPr>
        <w:t>î</w:t>
      </w:r>
      <w:r w:rsidR="00CF4A52" w:rsidRPr="00886549">
        <w:rPr>
          <w:rFonts w:ascii="Times New Roman" w:hAnsi="Times New Roman" w:cs="Times New Roman"/>
          <w:sz w:val="28"/>
          <w:szCs w:val="28"/>
        </w:rPr>
        <w:t>nscriere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vor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f</w:t>
      </w:r>
      <w:r>
        <w:rPr>
          <w:rFonts w:ascii="Times New Roman" w:hAnsi="Times New Roman" w:cs="Times New Roman"/>
          <w:sz w:val="28"/>
          <w:szCs w:val="28"/>
        </w:rPr>
        <w:t xml:space="preserve">i </w:t>
      </w:r>
      <w:proofErr w:type="spellStart"/>
      <w:r>
        <w:rPr>
          <w:rFonts w:ascii="Times New Roman" w:hAnsi="Times New Roman" w:cs="Times New Roman"/>
          <w:sz w:val="28"/>
          <w:szCs w:val="28"/>
        </w:rPr>
        <w:t>utilizate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organizarea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ș</w:t>
      </w:r>
      <w:r w:rsidR="00CF4A52" w:rsidRPr="00886549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administrarea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turneului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potriv</w:t>
      </w:r>
      <w:r>
        <w:rPr>
          <w:rFonts w:ascii="Times New Roman" w:hAnsi="Times New Roman" w:cs="Times New Roman"/>
          <w:sz w:val="28"/>
          <w:szCs w:val="28"/>
        </w:rPr>
        <w:t>it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regulilor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aplicabile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instituț</w:t>
      </w:r>
      <w:r w:rsidR="00CF4A52" w:rsidRPr="00886549">
        <w:rPr>
          <w:rFonts w:ascii="Times New Roman" w:hAnsi="Times New Roman" w:cs="Times New Roman"/>
          <w:sz w:val="28"/>
          <w:szCs w:val="28"/>
        </w:rPr>
        <w:t>iei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Informarea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0970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="007B09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0970">
        <w:rPr>
          <w:rFonts w:ascii="Times New Roman" w:hAnsi="Times New Roman" w:cs="Times New Roman"/>
          <w:sz w:val="28"/>
          <w:szCs w:val="28"/>
        </w:rPr>
        <w:t>fotografierea</w:t>
      </w:r>
      <w:proofErr w:type="spellEnd"/>
      <w:r w:rsidR="007B097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7B0970">
        <w:rPr>
          <w:rFonts w:ascii="Times New Roman" w:hAnsi="Times New Roman" w:cs="Times New Roman"/>
          <w:sz w:val="28"/>
          <w:szCs w:val="28"/>
        </w:rPr>
        <w:t>filmarea</w:t>
      </w:r>
      <w:proofErr w:type="spellEnd"/>
      <w:r w:rsidR="007B09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0970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7B09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0970">
        <w:rPr>
          <w:rFonts w:ascii="Times New Roman" w:hAnsi="Times New Roman" w:cs="Times New Roman"/>
          <w:sz w:val="28"/>
          <w:szCs w:val="28"/>
        </w:rPr>
        <w:t>utilizarea</w:t>
      </w:r>
      <w:proofErr w:type="spellEnd"/>
      <w:r w:rsidR="007B09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0970">
        <w:rPr>
          <w:rFonts w:ascii="Times New Roman" w:hAnsi="Times New Roman" w:cs="Times New Roman"/>
          <w:sz w:val="28"/>
          <w:szCs w:val="28"/>
        </w:rPr>
        <w:t>imaginilor</w:t>
      </w:r>
      <w:proofErr w:type="spellEnd"/>
      <w:r w:rsidR="007B09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0970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7B09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0970">
        <w:rPr>
          <w:rFonts w:ascii="Times New Roman" w:hAnsi="Times New Roman" w:cs="Times New Roman"/>
          <w:sz w:val="28"/>
          <w:szCs w:val="28"/>
        </w:rPr>
        <w:t>comunicarea</w:t>
      </w:r>
      <w:proofErr w:type="spellEnd"/>
      <w:r w:rsidR="007B09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0970"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 w:rsidR="007B09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B0970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="007B09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0970">
        <w:rPr>
          <w:rFonts w:ascii="Times New Roman" w:hAnsi="Times New Roman" w:cs="Times New Roman"/>
          <w:sz w:val="28"/>
          <w:szCs w:val="28"/>
        </w:rPr>
        <w:t>evenimentului</w:t>
      </w:r>
      <w:proofErr w:type="spellEnd"/>
      <w:r w:rsidR="007B0970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="007B0970">
        <w:rPr>
          <w:rFonts w:ascii="Times New Roman" w:hAnsi="Times New Roman" w:cs="Times New Roman"/>
          <w:sz w:val="28"/>
          <w:szCs w:val="28"/>
        </w:rPr>
        <w:t>realizează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distinct,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iar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minori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se</w:t>
      </w:r>
      <w:r w:rsidR="007B09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0970">
        <w:rPr>
          <w:rFonts w:ascii="Times New Roman" w:hAnsi="Times New Roman" w:cs="Times New Roman"/>
          <w:sz w:val="28"/>
          <w:szCs w:val="28"/>
        </w:rPr>
        <w:t>vor</w:t>
      </w:r>
      <w:proofErr w:type="spellEnd"/>
      <w:r w:rsidR="007B09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0970">
        <w:rPr>
          <w:rFonts w:ascii="Times New Roman" w:hAnsi="Times New Roman" w:cs="Times New Roman"/>
          <w:sz w:val="28"/>
          <w:szCs w:val="28"/>
        </w:rPr>
        <w:t>respecta</w:t>
      </w:r>
      <w:proofErr w:type="spellEnd"/>
      <w:r w:rsidR="007B09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0970">
        <w:rPr>
          <w:rFonts w:ascii="Times New Roman" w:hAnsi="Times New Roman" w:cs="Times New Roman"/>
          <w:sz w:val="28"/>
          <w:szCs w:val="28"/>
        </w:rPr>
        <w:t>condiț</w:t>
      </w:r>
      <w:r w:rsidR="00CF4A52" w:rsidRPr="00886549">
        <w:rPr>
          <w:rFonts w:ascii="Times New Roman" w:hAnsi="Times New Roman" w:cs="Times New Roman"/>
          <w:sz w:val="28"/>
          <w:szCs w:val="28"/>
        </w:rPr>
        <w:t>iile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aplicabile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acordului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reprezentantului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legal.</w:t>
      </w:r>
    </w:p>
    <w:p w:rsidR="003323AA" w:rsidRPr="00886549" w:rsidRDefault="007B0970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Art. 13 -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Dispoziț</w:t>
      </w:r>
      <w:r w:rsidR="00CF4A52" w:rsidRPr="00886549">
        <w:rPr>
          <w:rFonts w:ascii="Times New Roman" w:hAnsi="Times New Roman" w:cs="Times New Roman"/>
          <w:b/>
          <w:sz w:val="28"/>
          <w:szCs w:val="28"/>
        </w:rPr>
        <w:t>ii</w:t>
      </w:r>
      <w:proofErr w:type="spellEnd"/>
      <w:r w:rsidR="00CF4A52" w:rsidRPr="00886549">
        <w:rPr>
          <w:rFonts w:ascii="Times New Roman" w:hAnsi="Times New Roman" w:cs="Times New Roman"/>
          <w:b/>
          <w:sz w:val="28"/>
          <w:szCs w:val="28"/>
        </w:rPr>
        <w:t xml:space="preserve"> finale</w:t>
      </w:r>
    </w:p>
    <w:p w:rsidR="003323AA" w:rsidRPr="00886549" w:rsidRDefault="007B0970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Situațiile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neprevă</w:t>
      </w:r>
      <w:r w:rsidR="00CF4A52" w:rsidRPr="00886549">
        <w:rPr>
          <w:rFonts w:ascii="Times New Roman" w:hAnsi="Times New Roman" w:cs="Times New Roman"/>
          <w:sz w:val="28"/>
          <w:szCs w:val="28"/>
        </w:rPr>
        <w:t>zute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de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prezentul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regulament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sunt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soluț</w:t>
      </w:r>
      <w:r w:rsidR="00CF4A52" w:rsidRPr="00886549">
        <w:rPr>
          <w:rFonts w:ascii="Times New Roman" w:hAnsi="Times New Roman" w:cs="Times New Roman"/>
          <w:sz w:val="28"/>
          <w:szCs w:val="28"/>
        </w:rPr>
        <w:t>ionate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organizator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respec</w:t>
      </w:r>
      <w:r>
        <w:rPr>
          <w:rFonts w:ascii="Times New Roman" w:hAnsi="Times New Roman" w:cs="Times New Roman"/>
          <w:sz w:val="28"/>
          <w:szCs w:val="28"/>
        </w:rPr>
        <w:t>tarea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principiilor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echitate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ș</w:t>
      </w:r>
      <w:r w:rsidR="00CF4A52" w:rsidRPr="00886549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fair-play.</w:t>
      </w:r>
      <w:proofErr w:type="gram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Organizatorul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poate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adapt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programul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meciurilor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atunci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când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desfăș</w:t>
      </w:r>
      <w:r w:rsidR="00CF4A52" w:rsidRPr="00886549">
        <w:rPr>
          <w:rFonts w:ascii="Times New Roman" w:hAnsi="Times New Roman" w:cs="Times New Roman"/>
          <w:sz w:val="28"/>
          <w:szCs w:val="28"/>
        </w:rPr>
        <w:t>u</w:t>
      </w:r>
      <w:r>
        <w:rPr>
          <w:rFonts w:ascii="Times New Roman" w:hAnsi="Times New Roman" w:cs="Times New Roman"/>
          <w:sz w:val="28"/>
          <w:szCs w:val="28"/>
        </w:rPr>
        <w:t>rarea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evenimentului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>
        <w:rPr>
          <w:rFonts w:ascii="Times New Roman" w:hAnsi="Times New Roman" w:cs="Times New Roman"/>
          <w:sz w:val="28"/>
          <w:szCs w:val="28"/>
        </w:rPr>
        <w:t>impune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fără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F4A52" w:rsidRPr="00886549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afecta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4A52" w:rsidRPr="00886549">
        <w:rPr>
          <w:rFonts w:ascii="Times New Roman" w:hAnsi="Times New Roman" w:cs="Times New Roman"/>
          <w:sz w:val="28"/>
          <w:szCs w:val="28"/>
        </w:rPr>
        <w:t>egali</w:t>
      </w:r>
      <w:r>
        <w:rPr>
          <w:rFonts w:ascii="Times New Roman" w:hAnsi="Times New Roman" w:cs="Times New Roman"/>
          <w:sz w:val="28"/>
          <w:szCs w:val="28"/>
        </w:rPr>
        <w:t>tatea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tratament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</w:rPr>
        <w:t>participanț</w:t>
      </w:r>
      <w:r w:rsidR="00CF4A52" w:rsidRPr="00886549">
        <w:rPr>
          <w:rFonts w:ascii="Times New Roman" w:hAnsi="Times New Roman" w:cs="Times New Roman"/>
          <w:sz w:val="28"/>
          <w:szCs w:val="28"/>
        </w:rPr>
        <w:t>ilor</w:t>
      </w:r>
      <w:proofErr w:type="spellEnd"/>
      <w:r w:rsidR="00CF4A52" w:rsidRPr="00886549">
        <w:rPr>
          <w:rFonts w:ascii="Times New Roman" w:hAnsi="Times New Roman" w:cs="Times New Roman"/>
          <w:sz w:val="28"/>
          <w:szCs w:val="28"/>
        </w:rPr>
        <w:t>.</w:t>
      </w:r>
    </w:p>
    <w:p w:rsidR="003323AA" w:rsidRPr="00886549" w:rsidRDefault="00CF4A52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6549">
        <w:rPr>
          <w:rFonts w:ascii="Times New Roman" w:hAnsi="Times New Roman" w:cs="Times New Roman"/>
          <w:b/>
          <w:sz w:val="28"/>
          <w:szCs w:val="28"/>
        </w:rPr>
        <w:t>Organizator,</w:t>
      </w:r>
    </w:p>
    <w:p w:rsidR="00886549" w:rsidRPr="00886549" w:rsidRDefault="00CF4A52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6549">
        <w:rPr>
          <w:rFonts w:ascii="Times New Roman" w:hAnsi="Times New Roman" w:cs="Times New Roman"/>
          <w:sz w:val="28"/>
          <w:szCs w:val="28"/>
        </w:rPr>
        <w:t>Biblioteca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549">
        <w:rPr>
          <w:rFonts w:ascii="Times New Roman" w:hAnsi="Times New Roman" w:cs="Times New Roman"/>
          <w:sz w:val="28"/>
          <w:szCs w:val="28"/>
        </w:rPr>
        <w:t>Municipal</w:t>
      </w:r>
      <w:r w:rsidR="007B0970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7B0970"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 w:rsidR="007B0970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="007B09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0970">
        <w:rPr>
          <w:rFonts w:ascii="Times New Roman" w:hAnsi="Times New Roman" w:cs="Times New Roman"/>
          <w:sz w:val="28"/>
          <w:szCs w:val="28"/>
        </w:rPr>
        <w:t>Rosetti</w:t>
      </w:r>
      <w:proofErr w:type="spellEnd"/>
      <w:r w:rsidR="007B0970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="007B0970">
        <w:rPr>
          <w:rFonts w:ascii="Times New Roman" w:hAnsi="Times New Roman" w:cs="Times New Roman"/>
          <w:sz w:val="28"/>
          <w:szCs w:val="28"/>
        </w:rPr>
        <w:t>Oneș</w:t>
      </w:r>
      <w:r w:rsidRPr="00886549">
        <w:rPr>
          <w:rFonts w:ascii="Times New Roman" w:hAnsi="Times New Roman" w:cs="Times New Roman"/>
          <w:sz w:val="28"/>
          <w:szCs w:val="28"/>
        </w:rPr>
        <w:t>ti</w:t>
      </w:r>
      <w:proofErr w:type="spellEnd"/>
    </w:p>
    <w:p w:rsidR="00886549" w:rsidRPr="00886549" w:rsidRDefault="00886549" w:rsidP="008865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6549">
        <w:rPr>
          <w:rFonts w:ascii="Times New Roman" w:hAnsi="Times New Roman" w:cs="Times New Roman"/>
          <w:sz w:val="28"/>
          <w:szCs w:val="28"/>
        </w:rPr>
        <w:t>Bibliotecar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549">
        <w:rPr>
          <w:rFonts w:ascii="Times New Roman" w:hAnsi="Times New Roman" w:cs="Times New Roman"/>
          <w:sz w:val="28"/>
          <w:szCs w:val="28"/>
        </w:rPr>
        <w:t>Dima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549">
        <w:rPr>
          <w:rFonts w:ascii="Times New Roman" w:hAnsi="Times New Roman" w:cs="Times New Roman"/>
          <w:sz w:val="28"/>
          <w:szCs w:val="28"/>
        </w:rPr>
        <w:t>Otilia</w:t>
      </w:r>
      <w:proofErr w:type="spellEnd"/>
    </w:p>
    <w:p w:rsidR="003323AA" w:rsidRPr="00886549" w:rsidRDefault="00886549" w:rsidP="007612F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86549">
        <w:rPr>
          <w:rFonts w:ascii="Times New Roman" w:hAnsi="Times New Roman" w:cs="Times New Roman"/>
          <w:sz w:val="28"/>
          <w:szCs w:val="28"/>
        </w:rPr>
        <w:t>Bibliotecar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549">
        <w:rPr>
          <w:rFonts w:ascii="Times New Roman" w:hAnsi="Times New Roman" w:cs="Times New Roman"/>
          <w:sz w:val="28"/>
          <w:szCs w:val="28"/>
        </w:rPr>
        <w:t>Sălbatecu</w:t>
      </w:r>
      <w:proofErr w:type="spellEnd"/>
      <w:r w:rsidRPr="00886549">
        <w:rPr>
          <w:rFonts w:ascii="Times New Roman" w:hAnsi="Times New Roman" w:cs="Times New Roman"/>
          <w:sz w:val="28"/>
          <w:szCs w:val="28"/>
        </w:rPr>
        <w:t xml:space="preserve"> Cristina </w:t>
      </w:r>
      <w:r w:rsidR="00CF4A52" w:rsidRPr="00886549">
        <w:rPr>
          <w:rFonts w:ascii="Times New Roman" w:hAnsi="Times New Roman" w:cs="Times New Roman"/>
          <w:sz w:val="28"/>
          <w:szCs w:val="28"/>
        </w:rPr>
        <w:br/>
      </w:r>
    </w:p>
    <w:sectPr w:rsidR="003323AA" w:rsidRPr="00886549" w:rsidSect="00034616">
      <w:footerReference w:type="default" r:id="rId9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64F" w:rsidRDefault="00EA564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EA564F" w:rsidRDefault="00EA564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3AA" w:rsidRDefault="00CF4A52">
    <w:pPr>
      <w:pStyle w:val="Footer"/>
      <w:jc w:val="center"/>
      <w:rPr>
        <w:rFonts w:hint="eastAsia"/>
      </w:rPr>
    </w:pPr>
    <w:r>
      <w:rPr>
        <w:sz w:val="16"/>
      </w:rPr>
      <w:t>Biblioteca Municipala „Radu Rosetti” Onesti | Nocturna Bibliotecii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64F" w:rsidRDefault="00EA564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EA564F" w:rsidRDefault="00EA564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563D1"/>
    <w:rsid w:val="0029639D"/>
    <w:rsid w:val="00326F90"/>
    <w:rsid w:val="003323AA"/>
    <w:rsid w:val="00495B63"/>
    <w:rsid w:val="006F368F"/>
    <w:rsid w:val="007612F4"/>
    <w:rsid w:val="00763140"/>
    <w:rsid w:val="007A21BC"/>
    <w:rsid w:val="007B0970"/>
    <w:rsid w:val="00886549"/>
    <w:rsid w:val="008A5D3F"/>
    <w:rsid w:val="00AA1D8D"/>
    <w:rsid w:val="00B47730"/>
    <w:rsid w:val="00C42EC5"/>
    <w:rsid w:val="00CB0664"/>
    <w:rsid w:val="00CF4A52"/>
    <w:rsid w:val="00D2479F"/>
    <w:rsid w:val="00D43738"/>
    <w:rsid w:val="00E22E27"/>
    <w:rsid w:val="00E42F3A"/>
    <w:rsid w:val="00EA564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763140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763140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86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D478131-BD00-4A24-B6E0-66D375EB3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Multimedia 1</cp:lastModifiedBy>
  <cp:revision>7</cp:revision>
  <dcterms:created xsi:type="dcterms:W3CDTF">2026-09-28T12:46:00Z</dcterms:created>
  <dcterms:modified xsi:type="dcterms:W3CDTF">2026-10-13T08:16:00Z</dcterms:modified>
</cp:coreProperties>
</file>